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0C0A" w:rsidR="000D7C00" w:rsidP="008C0C0A" w:rsidRDefault="0086662C" w14:paraId="35DEB3F2" w14:textId="10A72C99">
      <w:pPr>
        <w:jc w:val="both"/>
        <w:rPr>
          <w:rFonts w:ascii="Times New Roman" w:hAnsi="Times New Roman" w:cs="Times New Roman"/>
        </w:rPr>
      </w:pPr>
      <w:r>
        <w:rPr>
          <w:rFonts w:ascii="Times New Roman" w:hAnsi="Times New Roman" w:cs="Times New Roman"/>
        </w:rPr>
        <w:br/>
        <w:t xml:space="preserve">Kurum / Tesis Adı: GİRESUN ÜNİVERSİTESİ - AÇIK HAVA SPOR SAHALARI </w:t>
      </w:r>
    </w:p>
    <w:p w:rsidRPr="008C0C0A" w:rsidR="001C0F44" w:rsidP="008C0C0A" w:rsidRDefault="0086662C" w14:paraId="43A0C2AA" w14:textId="4818CDAE">
      <w:pPr>
        <w:jc w:val="both"/>
        <w:rPr>
          <w:rFonts w:ascii="Times New Roman" w:hAnsi="Times New Roman" w:cs="Times New Roman"/>
        </w:rPr>
      </w:pPr>
      <w:r>
        <w:rPr>
          <w:rFonts w:ascii="Times New Roman" w:hAnsi="Times New Roman" w:cs="Times New Roman"/>
        </w:rPr>
        <w:t xml:space="preserve">Sorumlu Birim       : SAĞLIK,KÜLTÜR VE SPOR DAİRE BAŞKANLIĞI</w:t>
      </w:r>
    </w:p>
    <w:p w:rsidRPr="008C0C0A" w:rsidR="001C0F44" w:rsidP="008C0C0A" w:rsidRDefault="001309E4" w14:paraId="0958DC10" w14:textId="0AEDA2F9">
      <w:pPr>
        <w:jc w:val="both"/>
        <w:rPr>
          <w:rFonts w:ascii="Times New Roman" w:hAnsi="Times New Roman" w:cs="Times New Roman"/>
        </w:rPr>
      </w:pPr>
      <w:r>
        <w:rPr>
          <w:rFonts w:ascii="Times New Roman" w:hAnsi="Times New Roman" w:cs="Times New Roman"/>
        </w:rPr>
        <w:t xml:space="preserve">Kontrol Türü          : Aylık</w:t>
      </w:r>
    </w:p>
    <w:p w:rsidRPr="008C0C0A" w:rsidR="001C0F44" w:rsidP="008C0C0A" w:rsidRDefault="0086662C" w14:paraId="30FEFF4C" w14:textId="6BF985DC">
      <w:pPr>
        <w:jc w:val="both"/>
        <w:rPr>
          <w:rFonts w:ascii="Times New Roman" w:hAnsi="Times New Roman" w:cs="Times New Roman"/>
        </w:rPr>
      </w:pPr>
      <w:r>
        <w:rPr>
          <w:rFonts w:ascii="Times New Roman" w:hAnsi="Times New Roman" w:cs="Times New Roman"/>
        </w:rPr>
        <w:t xml:space="preserve">Kontrol Tarihi        : </w:t>
      </w:r>
      <w:sdt>
        <w:sdtPr>
          <w:rPr>
            <w:rFonts w:ascii="Times New Roman" w:hAnsi="Times New Roman" w:cs="Times New Roman"/>
          </w:rPr>
          <w:alias w:val="Kontrol Tarihi"/>
          <w:tag w:val="alan"/>
          <w:id w:val="800000061"/>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 </w:t>
      </w:r>
      <w:sdt>
        <w:sdtPr>
          <w:rPr>
            <w:rFonts w:ascii="Times New Roman" w:hAnsi="Times New Roman" w:cs="Times New Roman"/>
          </w:rPr>
          <w:alias w:val="/"/>
          <w:tag w:val="alan"/>
          <w:id w:val="800000062"/>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w:t>
      </w:r>
      <w:sdt>
        <w:sdtPr>
          <w:rPr>
            <w:rFonts w:ascii="Times New Roman" w:hAnsi="Times New Roman" w:cs="Times New Roman"/>
          </w:rPr>
          <w:alias w:val="/"/>
          <w:tag w:val="alan"/>
          <w:id w:val="800000063"/>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w:t>
      </w:r>
    </w:p>
    <w:p w:rsidRPr="008C0C0A" w:rsidR="00DE6F8C" w:rsidP="008C0C0A" w:rsidRDefault="0058023D" w14:paraId="122CD9F3" w14:textId="645089FD">
      <w:pPr>
        <w:jc w:val="both"/>
        <w:rPr>
          <w:rFonts w:ascii="Times New Roman" w:hAnsi="Times New Roman" w:cs="Times New Roman"/>
        </w:rPr>
      </w:pPr>
      <w:r>
        <w:rPr>
          <w:rFonts w:ascii="Times New Roman" w:hAnsi="Times New Roman" w:cs="Times New Roman"/>
        </w:rPr>
        <w:t xml:space="preserve">Sorumlu Personel: </w:t>
      </w:r>
      <w:sdt>
        <w:sdtPr>
          <w:rPr>
            <w:rFonts w:ascii="Times New Roman" w:hAnsi="Times New Roman" w:cs="Times New Roman"/>
          </w:rPr>
          <w:alias w:val="Sorumlu Personel"/>
          <w:tag w:val="alan"/>
          <w:id w:val="800000064"/>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w:t>
      </w:r>
      <w:sdt>
        <w:sdtPr>
          <w:rPr>
            <w:rFonts w:ascii="Times New Roman" w:hAnsi="Times New Roman" w:cs="Times New Roman"/>
          </w:rPr>
          <w:alias w:val="Sorumlu Personel"/>
          <w:tag w:val="alan"/>
          <w:id w:val="800000065"/>
          <w15:appearance w15:val="boundingBox"/>
          <w:text/>
        </w:sdtPr>
        <w:sdtContent>
          <w:r>
            <w:rPr>
              <w:rFonts w:ascii="Times New Roman" w:hAnsi="Times New Roman" w:cs="Times New Roman"/>
            </w:rPr>
            <w:t xml:space="preserve">.........................................</w:t>
          </w:r>
        </w:sdtContent>
      </w:sdt>
    </w:p>
    <w:p w:rsidRPr="008C0C0A" w:rsidR="00357DD3" w:rsidP="008C0C0A" w:rsidRDefault="00357DD3" w14:paraId="587AE071" w14:textId="77777777">
      <w:pPr>
        <w:jc w:val="both"/>
        <w:rPr>
          <w:rFonts w:ascii="Times New Roman" w:hAnsi="Times New Roman" w:cs="Times New Roman"/>
          <w:bCs/>
        </w:rPr>
      </w:pPr>
    </w:p>
    <w:p w:rsidRPr="008C0C0A" w:rsidR="00DE6F8C" w:rsidP="008C0C0A" w:rsidRDefault="00901938" w14:paraId="53C595C3" w14:textId="51AA5354">
      <w:pPr>
        <w:jc w:val="both"/>
        <w:rPr>
          <w:rFonts w:ascii="Times New Roman" w:hAnsi="Times New Roman" w:cs="Times New Roman"/>
          <w:bCs/>
        </w:rPr>
      </w:pPr>
      <w:r>
        <w:rPr>
          <w:rFonts w:ascii="Times New Roman" w:hAnsi="Times New Roman" w:cs="Times New Roman"/>
          <w:bCs/>
        </w:rPr>
        <w:t xml:space="preserve">                    FUTBOL SAHASI</w:t>
      </w:r>
    </w:p>
    <w:tbl>
      <w:tblPr>
        <w:tblW w:w="0" w:type="auto"/>
        <w:jc w:val="center"/>
        <w:tblLook w:val="04A0" w:firstRow="1" w:lastRow="0" w:firstColumn="1" w:lastColumn="0" w:noHBand="0" w:noVBand="1"/>
      </w:tblPr>
      <w:tblGrid>
        <w:gridCol w:w="1322"/>
        <w:gridCol w:w="822"/>
        <w:gridCol w:w="1018"/>
        <w:gridCol w:w="587"/>
        <w:gridCol w:w="587"/>
        <w:gridCol w:w="965"/>
        <w:gridCol w:w="487"/>
        <w:gridCol w:w="487"/>
        <w:gridCol w:w="1122"/>
        <w:gridCol w:w="747"/>
        <w:gridCol w:w="496"/>
      </w:tblGrid>
      <w:tr w:rsidRPr="008C0C0A" w:rsidR="008278D8" w:rsidTr="008278D8" w14:paraId="73A12DCC" w14:textId="77777777">
        <w:trPr>
          <w:jc w:val="center"/>
        </w:trPr>
        <w:tc>
          <w:tcPr>
            <w:tcW w:w="1322" w:type="dxa"/>
          </w:tcPr>
          <w:p w:rsidRPr="008C0C0A" w:rsidR="008278D8" w:rsidP="008C0C0A" w:rsidRDefault="008278D8" w14:paraId="229F836C" w14:textId="77777777">
            <w:pPr>
              <w:jc w:val="both"/>
              <w:rPr>
                <w:rFonts w:ascii="Times New Roman" w:hAnsi="Times New Roman" w:cs="Times New Roman"/>
              </w:rPr>
            </w:pPr>
            <w:r>
              <w:rPr>
                <w:rFonts w:ascii="Times New Roman" w:hAnsi="Times New Roman" w:cs="Times New Roman"/>
                <w:b/>
              </w:rPr>
              <w:t>Yapılan</w:t>
            </w:r>
          </w:p>
          <w:p w:rsidRPr="008C0C0A" w:rsidR="008278D8" w:rsidP="008C0C0A" w:rsidRDefault="008278D8" w14:paraId="40C4CDAA" w14:textId="77777777">
            <w:pPr>
              <w:jc w:val="both"/>
              <w:rPr>
                <w:rFonts w:ascii="Times New Roman" w:hAnsi="Times New Roman" w:cs="Times New Roman"/>
              </w:rPr>
            </w:pPr>
            <w:r>
              <w:rPr>
                <w:rFonts w:ascii="Times New Roman" w:hAnsi="Times New Roman" w:cs="Times New Roman"/>
                <w:b/>
              </w:rPr>
              <w:t>Kontrol</w:t>
            </w:r>
          </w:p>
          <w:p w:rsidRPr="008C0C0A" w:rsidR="008278D8" w:rsidP="008C0C0A" w:rsidRDefault="008278D8" w14:paraId="0A88198E" w14:textId="3AFE16FD">
            <w:pPr>
              <w:jc w:val="both"/>
              <w:rPr>
                <w:rFonts w:ascii="Times New Roman" w:hAnsi="Times New Roman" w:cs="Times New Roman"/>
              </w:rPr>
            </w:pPr>
          </w:p>
        </w:tc>
        <w:tc>
          <w:tcPr>
            <w:tcW w:w="822" w:type="dxa"/>
          </w:tcPr>
          <w:p w:rsidRPr="008C0C0A" w:rsidR="008278D8" w:rsidP="008C0C0A" w:rsidRDefault="008278D8" w14:paraId="62CC3285" w14:textId="77777777">
            <w:pPr>
              <w:jc w:val="both"/>
              <w:rPr>
                <w:rFonts w:ascii="Times New Roman" w:hAnsi="Times New Roman" w:cs="Times New Roman"/>
              </w:rPr>
            </w:pPr>
            <w:sdt>
              <w:sdtPr>
                <w:rPr/>
                <w:alias w:val="Alan"/>
                <w:tag w:val="alan"/>
                <w:id w:val="800000221"/>
                <w15:appearance w15:val="boundingBox"/>
                <w:text/>
              </w:sdtPr>
              <w:sdtContent>
                <w:r>
                  <w:t xml:space="preserve">          </w:t>
                </w:r>
              </w:sdtContent>
            </w:sdt>
          </w:p>
        </w:tc>
        <w:tc>
          <w:tcPr>
            <w:tcW w:w="1018" w:type="dxa"/>
          </w:tcPr>
          <w:p w:rsidRPr="008C0C0A" w:rsidR="008278D8" w:rsidP="008C0C0A" w:rsidRDefault="008278D8" w14:paraId="224915AF" w14:textId="2089D564">
            <w:pPr>
              <w:jc w:val="both"/>
              <w:rPr>
                <w:rFonts w:ascii="Times New Roman" w:hAnsi="Times New Roman" w:cs="Times New Roman"/>
              </w:rPr>
            </w:pPr>
            <w:r>
              <w:rPr>
                <w:rFonts w:ascii="Times New Roman" w:hAnsi="Times New Roman" w:cs="Times New Roman"/>
                <w:b/>
              </w:rPr>
              <w:t>Sağlam</w:t>
            </w:r>
          </w:p>
        </w:tc>
        <w:tc>
          <w:tcPr>
            <w:tcW w:w="587" w:type="dxa"/>
          </w:tcPr>
          <w:p w:rsidRPr="008C0C0A" w:rsidR="008278D8" w:rsidP="008C0C0A" w:rsidRDefault="008278D8" w14:paraId="2EE26DF5" w14:textId="77777777">
            <w:pPr>
              <w:jc w:val="both"/>
              <w:rPr>
                <w:rFonts w:ascii="Times New Roman" w:hAnsi="Times New Roman" w:cs="Times New Roman"/>
              </w:rPr>
            </w:pPr>
            <w:sdt>
              <w:sdtPr>
                <w:rPr/>
                <w:alias w:val="Alan"/>
                <w:tag w:val="alan"/>
                <w:id w:val="800000220"/>
                <w15:appearance w15:val="boundingBox"/>
                <w:text/>
              </w:sdtPr>
              <w:sdtContent>
                <w:r>
                  <w:t xml:space="preserve">      </w:t>
                </w:r>
              </w:sdtContent>
            </w:sdt>
          </w:p>
        </w:tc>
        <w:tc>
          <w:tcPr>
            <w:tcW w:w="587" w:type="dxa"/>
          </w:tcPr>
          <w:p w:rsidRPr="008C0C0A" w:rsidR="008278D8" w:rsidP="008C0C0A" w:rsidRDefault="008278D8" w14:paraId="302B70F6" w14:textId="71A7011B">
            <w:pPr>
              <w:jc w:val="both"/>
              <w:rPr>
                <w:rFonts w:ascii="Times New Roman" w:hAnsi="Times New Roman" w:cs="Times New Roman"/>
              </w:rPr>
            </w:pPr>
            <w:sdt>
              <w:sdtPr>
                <w:rPr/>
                <w:alias w:val="Alan"/>
                <w:tag w:val="alan"/>
                <w:id w:val="800000219"/>
                <w15:appearance w15:val="boundingBox"/>
                <w:text/>
              </w:sdtPr>
              <w:sdtContent>
                <w:r>
                  <w:t xml:space="preserve">      </w:t>
                </w:r>
              </w:sdtContent>
            </w:sdt>
          </w:p>
        </w:tc>
        <w:tc>
          <w:tcPr>
            <w:tcW w:w="965" w:type="dxa"/>
          </w:tcPr>
          <w:p w:rsidRPr="008C0C0A" w:rsidR="008278D8" w:rsidP="008C0C0A" w:rsidRDefault="008278D8" w14:paraId="68D19DC8" w14:textId="6FC9EA39">
            <w:pPr>
              <w:jc w:val="both"/>
              <w:rPr>
                <w:rFonts w:ascii="Times New Roman" w:hAnsi="Times New Roman" w:cs="Times New Roman"/>
              </w:rPr>
            </w:pPr>
            <w:r>
              <w:rPr>
                <w:rFonts w:ascii="Times New Roman" w:hAnsi="Times New Roman" w:cs="Times New Roman"/>
                <w:b/>
              </w:rPr>
              <w:t>Arızalı</w:t>
            </w:r>
          </w:p>
        </w:tc>
        <w:tc>
          <w:tcPr>
            <w:tcW w:w="487" w:type="dxa"/>
          </w:tcPr>
          <w:p w:rsidRPr="008C0C0A" w:rsidR="008278D8" w:rsidP="008C0C0A" w:rsidRDefault="008278D8" w14:paraId="5E319963" w14:textId="77777777">
            <w:pPr>
              <w:jc w:val="both"/>
              <w:rPr>
                <w:rFonts w:ascii="Times New Roman" w:hAnsi="Times New Roman" w:cs="Times New Roman"/>
              </w:rPr>
            </w:pPr>
            <w:sdt>
              <w:sdtPr>
                <w:rPr/>
                <w:alias w:val="Alan"/>
                <w:tag w:val="alan"/>
                <w:id w:val="800000218"/>
                <w15:appearance w15:val="boundingBox"/>
                <w:text/>
              </w:sdtPr>
              <w:sdtContent>
                <w:r>
                  <w:t xml:space="preserve">    </w:t>
                </w:r>
              </w:sdtContent>
            </w:sdt>
          </w:p>
        </w:tc>
        <w:tc>
          <w:tcPr>
            <w:tcW w:w="487" w:type="dxa"/>
          </w:tcPr>
          <w:p w:rsidRPr="008C0C0A" w:rsidR="008278D8" w:rsidP="008C0C0A" w:rsidRDefault="008278D8" w14:paraId="6F84F5B0" w14:textId="72B328D0">
            <w:pPr>
              <w:jc w:val="both"/>
              <w:rPr>
                <w:rFonts w:ascii="Times New Roman" w:hAnsi="Times New Roman" w:cs="Times New Roman"/>
              </w:rPr>
            </w:pPr>
            <w:sdt>
              <w:sdtPr>
                <w:rPr/>
                <w:alias w:val="Alan"/>
                <w:tag w:val="alan"/>
                <w:id w:val="800000217"/>
                <w15:appearance w15:val="boundingBox"/>
                <w:text/>
              </w:sdtPr>
              <w:sdtContent>
                <w:r>
                  <w:t xml:space="preserve">    </w:t>
                </w:r>
              </w:sdtContent>
            </w:sdt>
          </w:p>
        </w:tc>
        <w:tc>
          <w:tcPr>
            <w:tcW w:w="1122" w:type="dxa"/>
          </w:tcPr>
          <w:p w:rsidRPr="008C0C0A" w:rsidR="008278D8" w:rsidP="008C0C0A" w:rsidRDefault="008278D8" w14:paraId="4C9EFF3C" w14:textId="05A6EAA8">
            <w:pPr>
              <w:jc w:val="both"/>
              <w:rPr>
                <w:rFonts w:ascii="Times New Roman" w:hAnsi="Times New Roman" w:cs="Times New Roman"/>
              </w:rPr>
            </w:pPr>
            <w:r>
              <w:rPr>
                <w:rFonts w:ascii="Times New Roman" w:hAnsi="Times New Roman" w:cs="Times New Roman"/>
                <w:b/>
              </w:rPr>
              <w:t xml:space="preserve">(Arızalı) ise not alındı.</w:t>
            </w:r>
          </w:p>
        </w:tc>
        <w:tc>
          <w:tcPr>
            <w:tcW w:w="747" w:type="dxa"/>
          </w:tcPr>
          <w:p w:rsidRPr="008C0C0A" w:rsidR="008278D8" w:rsidP="008C0C0A" w:rsidRDefault="008278D8" w14:paraId="0AB28B20" w14:textId="2B06798D">
            <w:pPr>
              <w:jc w:val="both"/>
              <w:rPr>
                <w:rFonts w:ascii="Times New Roman" w:hAnsi="Times New Roman" w:cs="Times New Roman"/>
              </w:rPr>
            </w:pPr>
            <w:sdt>
              <w:sdtPr>
                <w:rPr/>
                <w:alias w:val="Alan"/>
                <w:tag w:val="alan"/>
                <w:id w:val="800000216"/>
                <w15:appearance w15:val="boundingBox"/>
                <w:text/>
              </w:sdtPr>
              <w:sdtContent>
                <w:r>
                  <w:t xml:space="preserve">         </w:t>
                </w:r>
              </w:sdtContent>
            </w:sdt>
          </w:p>
        </w:tc>
        <w:tc>
          <w:tcPr>
            <w:tcW w:w="496" w:type="dxa"/>
          </w:tcPr>
          <w:p w:rsidRPr="008C0C0A" w:rsidR="008278D8" w:rsidP="008C0C0A" w:rsidRDefault="008278D8" w14:paraId="7E8FF46E" w14:textId="33F78D8D">
            <w:pPr>
              <w:jc w:val="both"/>
              <w:rPr>
                <w:rFonts w:ascii="Times New Roman" w:hAnsi="Times New Roman" w:cs="Times New Roman"/>
              </w:rPr>
            </w:pPr>
            <w:sdt>
              <w:sdtPr>
                <w:rPr/>
                <w:alias w:val="Alan"/>
                <w:tag w:val="alan"/>
                <w:id w:val="800000215"/>
                <w15:appearance w15:val="boundingBox"/>
                <w:text/>
              </w:sdtPr>
              <w:sdtContent>
                <w:r>
                  <w:t xml:space="preserve">    </w:t>
                </w:r>
              </w:sdtContent>
            </w:sdt>
          </w:p>
        </w:tc>
      </w:tr>
      <w:tr w:rsidRPr="008C0C0A" w:rsidR="008278D8" w:rsidTr="008278D8" w14:paraId="7EB4B9EA" w14:textId="77777777">
        <w:trPr>
          <w:jc w:val="center"/>
        </w:trPr>
        <w:tc>
          <w:tcPr>
            <w:tcW w:w="1322" w:type="dxa"/>
          </w:tcPr>
          <w:p w:rsidRPr="008C0C0A" w:rsidR="008278D8" w:rsidP="008C0C0A" w:rsidRDefault="008278D8" w14:paraId="0966E579" w14:textId="77777777">
            <w:pPr>
              <w:jc w:val="both"/>
              <w:rPr>
                <w:rFonts w:ascii="Times New Roman" w:hAnsi="Times New Roman" w:cs="Times New Roman"/>
              </w:rPr>
            </w:pPr>
            <w:r>
              <w:rPr>
                <w:rFonts w:ascii="Times New Roman" w:hAnsi="Times New Roman" w:cs="Times New Roman"/>
                <w:b/>
              </w:rPr>
              <w:t xml:space="preserve">Kale direkleri ve fileler</w:t>
            </w:r>
          </w:p>
        </w:tc>
        <w:tc>
          <w:tcPr>
            <w:tcW w:w="822" w:type="dxa"/>
          </w:tcPr>
          <w:p w:rsidRPr="008C0C0A" w:rsidR="008278D8" w:rsidP="008C0C0A" w:rsidRDefault="008278D8" w14:paraId="77EDF769" w14:textId="77777777">
            <w:pPr>
              <w:jc w:val="both"/>
              <w:rPr>
                <w:rFonts w:ascii="Times New Roman" w:hAnsi="Times New Roman" w:cs="Times New Roman"/>
              </w:rPr>
            </w:pPr>
            <w:sdt>
              <w:sdtPr>
                <w:rPr/>
                <w:alias w:val="Alan"/>
                <w:tag w:val="alan"/>
                <w:id w:val="800000214"/>
                <w15:appearance w15:val="boundingBox"/>
                <w:text/>
              </w:sdtPr>
              <w:sdtContent>
                <w:r>
                  <w:t xml:space="preserve">          </w:t>
                </w:r>
              </w:sdtContent>
            </w:sdt>
          </w:p>
        </w:tc>
        <w:tc>
          <w:tcPr>
            <w:tcW w:w="1018" w:type="dxa"/>
          </w:tcPr>
          <w:p w:rsidRPr="008C0C0A" w:rsidR="008278D8" w:rsidP="008C0C0A" w:rsidRDefault="008278D8" w14:paraId="4B7DF7E5" w14:textId="61E9669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238763E3" w14:textId="77777777">
            <w:pPr>
              <w:jc w:val="both"/>
              <w:rPr>
                <w:rFonts w:ascii="Times New Roman" w:hAnsi="Times New Roman" w:cs="Times New Roman"/>
              </w:rPr>
            </w:pPr>
            <w:sdt>
              <w:sdtPr>
                <w:rPr/>
                <w:alias w:val="Alan"/>
                <w:tag w:val="alan"/>
                <w:id w:val="800000213"/>
                <w15:appearance w15:val="boundingBox"/>
                <w:text/>
              </w:sdtPr>
              <w:sdtContent>
                <w:r>
                  <w:t xml:space="preserve">      </w:t>
                </w:r>
              </w:sdtContent>
            </w:sdt>
          </w:p>
        </w:tc>
        <w:tc>
          <w:tcPr>
            <w:tcW w:w="587" w:type="dxa"/>
          </w:tcPr>
          <w:p w:rsidRPr="008C0C0A" w:rsidR="008278D8" w:rsidP="008C0C0A" w:rsidRDefault="008278D8" w14:paraId="5152AB57" w14:textId="3FA1214D">
            <w:pPr>
              <w:jc w:val="both"/>
              <w:rPr>
                <w:rFonts w:ascii="Times New Roman" w:hAnsi="Times New Roman" w:cs="Times New Roman"/>
              </w:rPr>
            </w:pPr>
            <w:sdt>
              <w:sdtPr>
                <w:rPr/>
                <w:alias w:val="Alan"/>
                <w:tag w:val="alan"/>
                <w:id w:val="800000212"/>
                <w15:appearance w15:val="boundingBox"/>
                <w:text/>
              </w:sdtPr>
              <w:sdtContent>
                <w:r>
                  <w:t xml:space="preserve">      </w:t>
                </w:r>
              </w:sdtContent>
            </w:sdt>
          </w:p>
        </w:tc>
        <w:tc>
          <w:tcPr>
            <w:tcW w:w="965" w:type="dxa"/>
          </w:tcPr>
          <w:p w:rsidRPr="008C0C0A" w:rsidR="008278D8" w:rsidP="008C0C0A" w:rsidRDefault="008278D8" w14:paraId="3A9BFB16" w14:textId="0D9968B5">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2"/>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4EFFAC1F" w14:textId="77777777">
            <w:pPr>
              <w:jc w:val="both"/>
              <w:rPr>
                <w:rFonts w:ascii="Times New Roman" w:hAnsi="Times New Roman" w:cs="Times New Roman"/>
              </w:rPr>
            </w:pPr>
            <w:sdt>
              <w:sdtPr>
                <w:rPr/>
                <w:alias w:val="Alan"/>
                <w:tag w:val="alan"/>
                <w:id w:val="800000211"/>
                <w15:appearance w15:val="boundingBox"/>
                <w:text/>
              </w:sdtPr>
              <w:sdtContent>
                <w:r>
                  <w:t xml:space="preserve">    </w:t>
                </w:r>
              </w:sdtContent>
            </w:sdt>
          </w:p>
        </w:tc>
        <w:tc>
          <w:tcPr>
            <w:tcW w:w="487" w:type="dxa"/>
          </w:tcPr>
          <w:p w:rsidRPr="008C0C0A" w:rsidR="008278D8" w:rsidP="008C0C0A" w:rsidRDefault="008278D8" w14:paraId="4FCC431A" w14:textId="2FD66579">
            <w:pPr>
              <w:jc w:val="both"/>
              <w:rPr>
                <w:rFonts w:ascii="Times New Roman" w:hAnsi="Times New Roman" w:cs="Times New Roman"/>
              </w:rPr>
            </w:pPr>
            <w:sdt>
              <w:sdtPr>
                <w:rPr/>
                <w:alias w:val="Alan"/>
                <w:tag w:val="alan"/>
                <w:id w:val="800000210"/>
                <w15:appearance w15:val="boundingBox"/>
                <w:text/>
              </w:sdtPr>
              <w:sdtContent>
                <w:r>
                  <w:t xml:space="preserve">    </w:t>
                </w:r>
              </w:sdtContent>
            </w:sdt>
          </w:p>
        </w:tc>
        <w:tc>
          <w:tcPr>
            <w:tcW w:w="1122" w:type="dxa"/>
          </w:tcPr>
          <w:p w:rsidRPr="008C0C0A" w:rsidR="008278D8" w:rsidP="008C0C0A" w:rsidRDefault="008278D8" w14:paraId="0CFC4E3E" w14:textId="5AD245CA">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3"/>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46524C6E" w14:textId="77777777">
            <w:pPr>
              <w:jc w:val="both"/>
              <w:rPr>
                <w:rFonts w:ascii="Times New Roman" w:hAnsi="Times New Roman" w:cs="Times New Roman"/>
              </w:rPr>
            </w:pPr>
            <w:sdt>
              <w:sdtPr>
                <w:rPr/>
                <w:alias w:val="Alan"/>
                <w:tag w:val="alan"/>
                <w:id w:val="800000209"/>
                <w15:appearance w15:val="boundingBox"/>
                <w:text/>
              </w:sdtPr>
              <w:sdtContent>
                <w:r>
                  <w:t xml:space="preserve">         </w:t>
                </w:r>
              </w:sdtContent>
            </w:sdt>
          </w:p>
        </w:tc>
        <w:tc>
          <w:tcPr>
            <w:tcW w:w="496" w:type="dxa"/>
          </w:tcPr>
          <w:p w:rsidRPr="008C0C0A" w:rsidR="008278D8" w:rsidP="008C0C0A" w:rsidRDefault="008278D8" w14:paraId="5E4B02BB" w14:textId="77777777">
            <w:pPr>
              <w:jc w:val="both"/>
              <w:rPr>
                <w:rFonts w:ascii="Times New Roman" w:hAnsi="Times New Roman" w:cs="Times New Roman"/>
              </w:rPr>
            </w:pPr>
            <w:sdt>
              <w:sdtPr>
                <w:rPr/>
                <w:alias w:val="Alan"/>
                <w:tag w:val="alan"/>
                <w:id w:val="800000208"/>
                <w15:appearance w15:val="boundingBox"/>
                <w:text/>
              </w:sdtPr>
              <w:sdtContent>
                <w:r>
                  <w:t xml:space="preserve">    </w:t>
                </w:r>
              </w:sdtContent>
            </w:sdt>
          </w:p>
        </w:tc>
      </w:tr>
      <w:tr w:rsidRPr="008C0C0A" w:rsidR="008278D8" w:rsidTr="008278D8" w14:paraId="08107A97" w14:textId="77777777">
        <w:trPr>
          <w:jc w:val="center"/>
        </w:trPr>
        <w:tc>
          <w:tcPr>
            <w:tcW w:w="1322" w:type="dxa"/>
          </w:tcPr>
          <w:p w:rsidRPr="008C0C0A" w:rsidR="008278D8" w:rsidP="008C0C0A" w:rsidRDefault="008278D8" w14:paraId="764D3B1E" w14:textId="4AC780E3">
            <w:pPr>
              <w:jc w:val="both"/>
              <w:rPr>
                <w:rFonts w:ascii="Times New Roman" w:hAnsi="Times New Roman" w:cs="Times New Roman"/>
              </w:rPr>
            </w:pPr>
            <w:r>
              <w:rPr>
                <w:rFonts w:ascii="Times New Roman" w:hAnsi="Times New Roman" w:cs="Times New Roman"/>
                <w:b/>
              </w:rPr>
              <w:t xml:space="preserve">Zemin durumu (çatlak, çukur, kayganlık)</w:t>
            </w:r>
          </w:p>
        </w:tc>
        <w:tc>
          <w:tcPr>
            <w:tcW w:w="822" w:type="dxa"/>
          </w:tcPr>
          <w:p w:rsidRPr="008C0C0A" w:rsidR="008278D8" w:rsidP="008C0C0A" w:rsidRDefault="008278D8" w14:paraId="5B2B7D13" w14:textId="77777777">
            <w:pPr>
              <w:jc w:val="both"/>
              <w:rPr>
                <w:rFonts w:ascii="Times New Roman" w:hAnsi="Times New Roman" w:cs="Times New Roman"/>
              </w:rPr>
            </w:pPr>
            <w:sdt>
              <w:sdtPr>
                <w:rPr/>
                <w:alias w:val="Alan"/>
                <w:tag w:val="alan"/>
                <w:id w:val="800000207"/>
                <w15:appearance w15:val="boundingBox"/>
                <w:text/>
              </w:sdtPr>
              <w:sdtContent>
                <w:r>
                  <w:t xml:space="preserve">          </w:t>
                </w:r>
              </w:sdtContent>
            </w:sdt>
          </w:p>
        </w:tc>
        <w:tc>
          <w:tcPr>
            <w:tcW w:w="1018" w:type="dxa"/>
          </w:tcPr>
          <w:p w:rsidRPr="008C0C0A" w:rsidR="008278D8" w:rsidP="008C0C0A" w:rsidRDefault="008278D8" w14:paraId="042708B8" w14:textId="7F397ADD">
            <w:pPr>
              <w:jc w:val="both"/>
              <w:rPr>
                <w:rFonts w:ascii="Times New Roman" w:hAnsi="Times New Roman" w:cs="Times New Roman"/>
              </w:rPr>
            </w:pPr>
            <w:r>
              <w:rPr>
                <w:rFonts w:ascii="Times New Roman" w:hAnsi="Times New Roman" w:cs="Times New Roman"/>
              </w:rPr>
              <w:t xml:space="preserve">    </w:t>
            </w:r>
          </w:p>
          <w:p w:rsidRPr="008C0C0A" w:rsidR="008278D8" w:rsidP="008C0C0A" w:rsidRDefault="008278D8" w14:paraId="0BE1EA82" w14:textId="10271FD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221015B5" w14:textId="77777777">
            <w:pPr>
              <w:jc w:val="both"/>
              <w:rPr>
                <w:rFonts w:ascii="Times New Roman" w:hAnsi="Times New Roman" w:cs="Times New Roman"/>
              </w:rPr>
            </w:pPr>
            <w:sdt>
              <w:sdtPr>
                <w:rPr/>
                <w:alias w:val="Alan"/>
                <w:tag w:val="alan"/>
                <w:id w:val="800000206"/>
                <w15:appearance w15:val="boundingBox"/>
                <w:text/>
              </w:sdtPr>
              <w:sdtContent>
                <w:r>
                  <w:t xml:space="preserve">      </w:t>
                </w:r>
              </w:sdtContent>
            </w:sdt>
          </w:p>
        </w:tc>
        <w:tc>
          <w:tcPr>
            <w:tcW w:w="587" w:type="dxa"/>
          </w:tcPr>
          <w:p w:rsidRPr="008C0C0A" w:rsidR="008278D8" w:rsidP="008C0C0A" w:rsidRDefault="008278D8" w14:paraId="4172EBB1" w14:textId="1C0FB7EF">
            <w:pPr>
              <w:jc w:val="both"/>
              <w:rPr>
                <w:rFonts w:ascii="Times New Roman" w:hAnsi="Times New Roman" w:cs="Times New Roman"/>
              </w:rPr>
            </w:pPr>
            <w:sdt>
              <w:sdtPr>
                <w:rPr/>
                <w:alias w:val="Alan"/>
                <w:tag w:val="alan"/>
                <w:id w:val="800000205"/>
                <w15:appearance w15:val="boundingBox"/>
                <w:text/>
              </w:sdtPr>
              <w:sdtContent>
                <w:r>
                  <w:t xml:space="preserve">      </w:t>
                </w:r>
              </w:sdtContent>
            </w:sdt>
          </w:p>
        </w:tc>
        <w:tc>
          <w:tcPr>
            <w:tcW w:w="965" w:type="dxa"/>
          </w:tcPr>
          <w:p w:rsidRPr="008C0C0A" w:rsidR="008278D8" w:rsidP="008C0C0A" w:rsidRDefault="008278D8" w14:paraId="32EE5A8D" w14:textId="6B83FC4C">
            <w:pPr>
              <w:jc w:val="both"/>
              <w:rPr>
                <w:rFonts w:ascii="Times New Roman" w:hAnsi="Times New Roman" w:cs="Times New Roman"/>
              </w:rPr>
            </w:pPr>
            <w:r>
              <w:rPr>
                <w:rFonts w:ascii="Times New Roman" w:hAnsi="Times New Roman" w:cs="Times New Roman"/>
              </w:rPr>
              <w:t xml:space="preserve">    </w:t>
            </w:r>
          </w:p>
          <w:p w:rsidRPr="008C0C0A" w:rsidR="008278D8" w:rsidP="008C0C0A" w:rsidRDefault="008278D8" w14:paraId="74EE3366" w14:textId="762E37DC">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26E01C08" w14:textId="77777777">
            <w:pPr>
              <w:jc w:val="both"/>
              <w:rPr>
                <w:rFonts w:ascii="Times New Roman" w:hAnsi="Times New Roman" w:cs="Times New Roman"/>
              </w:rPr>
            </w:pPr>
            <w:sdt>
              <w:sdtPr>
                <w:rPr/>
                <w:alias w:val="Alan"/>
                <w:tag w:val="alan"/>
                <w:id w:val="800000204"/>
                <w15:appearance w15:val="boundingBox"/>
                <w:text/>
              </w:sdtPr>
              <w:sdtContent>
                <w:r>
                  <w:t xml:space="preserve">    </w:t>
                </w:r>
              </w:sdtContent>
            </w:sdt>
          </w:p>
        </w:tc>
        <w:tc>
          <w:tcPr>
            <w:tcW w:w="487" w:type="dxa"/>
          </w:tcPr>
          <w:p w:rsidRPr="008C0C0A" w:rsidR="008278D8" w:rsidP="008C0C0A" w:rsidRDefault="008278D8" w14:paraId="6197BB13" w14:textId="417B00F2">
            <w:pPr>
              <w:jc w:val="both"/>
              <w:rPr>
                <w:rFonts w:ascii="Times New Roman" w:hAnsi="Times New Roman" w:cs="Times New Roman"/>
              </w:rPr>
            </w:pPr>
            <w:sdt>
              <w:sdtPr>
                <w:rPr/>
                <w:alias w:val="Alan"/>
                <w:tag w:val="alan"/>
                <w:id w:val="800000203"/>
                <w15:appearance w15:val="boundingBox"/>
                <w:text/>
              </w:sdtPr>
              <w:sdtContent>
                <w:r>
                  <w:t xml:space="preserve">    </w:t>
                </w:r>
              </w:sdtContent>
            </w:sdt>
          </w:p>
        </w:tc>
        <w:tc>
          <w:tcPr>
            <w:tcW w:w="1122" w:type="dxa"/>
          </w:tcPr>
          <w:p w:rsidRPr="008C0C0A" w:rsidR="008278D8" w:rsidP="008C0C0A" w:rsidRDefault="008278D8" w14:paraId="3C820684" w14:textId="6A372BC9">
            <w:pPr>
              <w:jc w:val="both"/>
              <w:rPr>
                <w:rFonts w:ascii="Times New Roman" w:hAnsi="Times New Roman" w:cs="Times New Roman"/>
              </w:rPr>
            </w:pPr>
            <w:r>
              <w:rPr>
                <w:rFonts w:ascii="Times New Roman" w:hAnsi="Times New Roman" w:cs="Times New Roman"/>
              </w:rPr>
              <w:t xml:space="preserve">    </w:t>
            </w:r>
          </w:p>
          <w:p w:rsidRPr="008C0C0A" w:rsidR="008278D8" w:rsidP="008C0C0A" w:rsidRDefault="008278D8" w14:paraId="7136B667" w14:textId="164161B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6"/>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5B00926A" w14:textId="77777777">
            <w:pPr>
              <w:jc w:val="both"/>
              <w:rPr>
                <w:rFonts w:ascii="Times New Roman" w:hAnsi="Times New Roman" w:cs="Times New Roman"/>
              </w:rPr>
            </w:pPr>
            <w:sdt>
              <w:sdtPr>
                <w:rPr/>
                <w:alias w:val="Alan"/>
                <w:tag w:val="alan"/>
                <w:id w:val="800000202"/>
                <w15:appearance w15:val="boundingBox"/>
                <w:text/>
              </w:sdtPr>
              <w:sdtContent>
                <w:r>
                  <w:t xml:space="preserve">         </w:t>
                </w:r>
              </w:sdtContent>
            </w:sdt>
          </w:p>
        </w:tc>
        <w:tc>
          <w:tcPr>
            <w:tcW w:w="496" w:type="dxa"/>
          </w:tcPr>
          <w:p w:rsidRPr="008C0C0A" w:rsidR="008278D8" w:rsidP="008C0C0A" w:rsidRDefault="008278D8" w14:paraId="3FFDD63B" w14:textId="77777777">
            <w:pPr>
              <w:jc w:val="both"/>
              <w:rPr>
                <w:rFonts w:ascii="Times New Roman" w:hAnsi="Times New Roman" w:cs="Times New Roman"/>
              </w:rPr>
            </w:pPr>
            <w:sdt>
              <w:sdtPr>
                <w:rPr/>
                <w:alias w:val="Alan"/>
                <w:tag w:val="alan"/>
                <w:id w:val="800000201"/>
                <w15:appearance w15:val="boundingBox"/>
                <w:text/>
              </w:sdtPr>
              <w:sdtContent>
                <w:r>
                  <w:t xml:space="preserve">    </w:t>
                </w:r>
              </w:sdtContent>
            </w:sdt>
          </w:p>
        </w:tc>
      </w:tr>
      <w:tr w:rsidRPr="008C0C0A" w:rsidR="008278D8" w:rsidTr="008278D8" w14:paraId="34DEE78A" w14:textId="77777777">
        <w:trPr>
          <w:jc w:val="center"/>
        </w:trPr>
        <w:tc>
          <w:tcPr>
            <w:tcW w:w="1322" w:type="dxa"/>
          </w:tcPr>
          <w:p w:rsidRPr="008C0C0A" w:rsidR="008278D8" w:rsidP="008C0C0A" w:rsidRDefault="008278D8" w14:paraId="7B3BAE92" w14:textId="7A501D9C">
            <w:pPr>
              <w:jc w:val="both"/>
              <w:rPr>
                <w:rFonts w:ascii="Times New Roman" w:hAnsi="Times New Roman" w:cs="Times New Roman"/>
              </w:rPr>
            </w:pPr>
            <w:r>
              <w:rPr>
                <w:rFonts w:ascii="Times New Roman" w:hAnsi="Times New Roman" w:cs="Times New Roman"/>
                <w:b/>
              </w:rPr>
              <w:t xml:space="preserve">Saha çizgileri netliği</w:t>
            </w:r>
          </w:p>
        </w:tc>
        <w:tc>
          <w:tcPr>
            <w:tcW w:w="822" w:type="dxa"/>
          </w:tcPr>
          <w:p w:rsidRPr="008C0C0A" w:rsidR="008278D8" w:rsidP="008C0C0A" w:rsidRDefault="008278D8" w14:paraId="39778585" w14:textId="77777777">
            <w:pPr>
              <w:jc w:val="both"/>
              <w:rPr>
                <w:rFonts w:ascii="Times New Roman" w:hAnsi="Times New Roman" w:cs="Times New Roman"/>
              </w:rPr>
            </w:pPr>
            <w:sdt>
              <w:sdtPr>
                <w:rPr/>
                <w:alias w:val="Alan"/>
                <w:tag w:val="alan"/>
                <w:id w:val="800000200"/>
                <w15:appearance w15:val="boundingBox"/>
                <w:text/>
              </w:sdtPr>
              <w:sdtContent>
                <w:r>
                  <w:t xml:space="preserve">          </w:t>
                </w:r>
              </w:sdtContent>
            </w:sdt>
          </w:p>
        </w:tc>
        <w:tc>
          <w:tcPr>
            <w:tcW w:w="1018" w:type="dxa"/>
          </w:tcPr>
          <w:p w:rsidRPr="008C0C0A" w:rsidR="008278D8" w:rsidP="008C0C0A" w:rsidRDefault="008278D8" w14:paraId="3BA50E53" w14:textId="2E6A276E">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2B9086A4" w14:textId="77777777">
            <w:pPr>
              <w:jc w:val="both"/>
              <w:rPr>
                <w:rFonts w:ascii="Times New Roman" w:hAnsi="Times New Roman" w:cs="Times New Roman"/>
              </w:rPr>
            </w:pPr>
            <w:sdt>
              <w:sdtPr>
                <w:rPr/>
                <w:alias w:val="Alan"/>
                <w:tag w:val="alan"/>
                <w:id w:val="800000199"/>
                <w15:appearance w15:val="boundingBox"/>
                <w:text/>
              </w:sdtPr>
              <w:sdtContent>
                <w:r>
                  <w:t xml:space="preserve">      </w:t>
                </w:r>
              </w:sdtContent>
            </w:sdt>
          </w:p>
        </w:tc>
        <w:tc>
          <w:tcPr>
            <w:tcW w:w="587" w:type="dxa"/>
          </w:tcPr>
          <w:p w:rsidRPr="008C0C0A" w:rsidR="008278D8" w:rsidP="008C0C0A" w:rsidRDefault="008278D8" w14:paraId="5F2EA733" w14:textId="5E1D77F9">
            <w:pPr>
              <w:jc w:val="both"/>
              <w:rPr>
                <w:rFonts w:ascii="Times New Roman" w:hAnsi="Times New Roman" w:cs="Times New Roman"/>
              </w:rPr>
            </w:pPr>
            <w:sdt>
              <w:sdtPr>
                <w:rPr/>
                <w:alias w:val="Alan"/>
                <w:tag w:val="alan"/>
                <w:id w:val="800000198"/>
                <w15:appearance w15:val="boundingBox"/>
                <w:text/>
              </w:sdtPr>
              <w:sdtContent>
                <w:r>
                  <w:t xml:space="preserve">      </w:t>
                </w:r>
              </w:sdtContent>
            </w:sdt>
          </w:p>
        </w:tc>
        <w:tc>
          <w:tcPr>
            <w:tcW w:w="965" w:type="dxa"/>
          </w:tcPr>
          <w:p w:rsidRPr="008C0C0A" w:rsidR="008278D8" w:rsidP="008C0C0A" w:rsidRDefault="008278D8" w14:paraId="46236696" w14:textId="70C8B758">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616EE2EC" w14:textId="77777777">
            <w:pPr>
              <w:jc w:val="both"/>
              <w:rPr>
                <w:rFonts w:ascii="Times New Roman" w:hAnsi="Times New Roman" w:cs="Times New Roman"/>
              </w:rPr>
            </w:pPr>
            <w:sdt>
              <w:sdtPr>
                <w:rPr/>
                <w:alias w:val="Alan"/>
                <w:tag w:val="alan"/>
                <w:id w:val="800000197"/>
                <w15:appearance w15:val="boundingBox"/>
                <w:text/>
              </w:sdtPr>
              <w:sdtContent>
                <w:r>
                  <w:t xml:space="preserve">    </w:t>
                </w:r>
              </w:sdtContent>
            </w:sdt>
          </w:p>
        </w:tc>
        <w:tc>
          <w:tcPr>
            <w:tcW w:w="487" w:type="dxa"/>
          </w:tcPr>
          <w:p w:rsidRPr="008C0C0A" w:rsidR="008278D8" w:rsidP="008C0C0A" w:rsidRDefault="008278D8" w14:paraId="6F629D38" w14:textId="7EA029C2">
            <w:pPr>
              <w:jc w:val="both"/>
              <w:rPr>
                <w:rFonts w:ascii="Times New Roman" w:hAnsi="Times New Roman" w:cs="Times New Roman"/>
              </w:rPr>
            </w:pPr>
            <w:sdt>
              <w:sdtPr>
                <w:rPr/>
                <w:alias w:val="Alan"/>
                <w:tag w:val="alan"/>
                <w:id w:val="800000196"/>
                <w15:appearance w15:val="boundingBox"/>
                <w:text/>
              </w:sdtPr>
              <w:sdtContent>
                <w:r>
                  <w:t xml:space="preserve">    </w:t>
                </w:r>
              </w:sdtContent>
            </w:sdt>
          </w:p>
        </w:tc>
        <w:tc>
          <w:tcPr>
            <w:tcW w:w="1122" w:type="dxa"/>
          </w:tcPr>
          <w:p w:rsidRPr="008C0C0A" w:rsidR="008278D8" w:rsidP="008C0C0A" w:rsidRDefault="008278D8" w14:paraId="57235990" w14:textId="14F0A7D0">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09"/>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022FD7B0" w14:textId="77777777">
            <w:pPr>
              <w:jc w:val="both"/>
              <w:rPr>
                <w:rFonts w:ascii="Times New Roman" w:hAnsi="Times New Roman" w:cs="Times New Roman"/>
              </w:rPr>
            </w:pPr>
            <w:sdt>
              <w:sdtPr>
                <w:rPr/>
                <w:alias w:val="Alan"/>
                <w:tag w:val="alan"/>
                <w:id w:val="800000195"/>
                <w15:appearance w15:val="boundingBox"/>
                <w:text/>
              </w:sdtPr>
              <w:sdtContent>
                <w:r>
                  <w:t xml:space="preserve">         </w:t>
                </w:r>
              </w:sdtContent>
            </w:sdt>
          </w:p>
        </w:tc>
        <w:tc>
          <w:tcPr>
            <w:tcW w:w="496" w:type="dxa"/>
          </w:tcPr>
          <w:p w:rsidRPr="008C0C0A" w:rsidR="008278D8" w:rsidP="008C0C0A" w:rsidRDefault="008278D8" w14:paraId="00721D69" w14:textId="77777777">
            <w:pPr>
              <w:jc w:val="both"/>
              <w:rPr>
                <w:rFonts w:ascii="Times New Roman" w:hAnsi="Times New Roman" w:cs="Times New Roman"/>
              </w:rPr>
            </w:pPr>
            <w:sdt>
              <w:sdtPr>
                <w:rPr/>
                <w:alias w:val="Alan"/>
                <w:tag w:val="alan"/>
                <w:id w:val="800000194"/>
                <w15:appearance w15:val="boundingBox"/>
                <w:text/>
              </w:sdtPr>
              <w:sdtContent>
                <w:r>
                  <w:t xml:space="preserve">    </w:t>
                </w:r>
              </w:sdtContent>
            </w:sdt>
          </w:p>
        </w:tc>
      </w:tr>
      <w:tr w:rsidRPr="008C0C0A" w:rsidR="008278D8" w:rsidTr="008278D8" w14:paraId="7A1AE576" w14:textId="77777777">
        <w:trPr>
          <w:jc w:val="center"/>
        </w:trPr>
        <w:tc>
          <w:tcPr>
            <w:tcW w:w="1322" w:type="dxa"/>
          </w:tcPr>
          <w:p w:rsidRPr="008C0C0A" w:rsidR="008278D8" w:rsidP="008C0C0A" w:rsidRDefault="008278D8" w14:paraId="666571EA" w14:textId="7A9AAF2B">
            <w:pPr>
              <w:jc w:val="both"/>
              <w:rPr>
                <w:rFonts w:ascii="Times New Roman" w:hAnsi="Times New Roman" w:cs="Times New Roman"/>
              </w:rPr>
            </w:pPr>
            <w:r>
              <w:rPr>
                <w:rFonts w:ascii="Times New Roman" w:hAnsi="Times New Roman" w:cs="Times New Roman"/>
                <w:b/>
              </w:rPr>
              <w:t xml:space="preserve">Çevre temizliği</w:t>
            </w:r>
          </w:p>
        </w:tc>
        <w:tc>
          <w:tcPr>
            <w:tcW w:w="822" w:type="dxa"/>
          </w:tcPr>
          <w:p w:rsidRPr="008C0C0A" w:rsidR="008278D8" w:rsidP="008C0C0A" w:rsidRDefault="008278D8" w14:paraId="6C0715F1" w14:textId="77777777">
            <w:pPr>
              <w:jc w:val="both"/>
              <w:rPr>
                <w:rFonts w:ascii="Times New Roman" w:hAnsi="Times New Roman" w:cs="Times New Roman"/>
              </w:rPr>
            </w:pPr>
            <w:sdt>
              <w:sdtPr>
                <w:rPr/>
                <w:alias w:val="Alan"/>
                <w:tag w:val="alan"/>
                <w:id w:val="800000193"/>
                <w15:appearance w15:val="boundingBox"/>
                <w:text/>
              </w:sdtPr>
              <w:sdtContent>
                <w:r>
                  <w:t xml:space="preserve">          </w:t>
                </w:r>
              </w:sdtContent>
            </w:sdt>
          </w:p>
        </w:tc>
        <w:tc>
          <w:tcPr>
            <w:tcW w:w="1018" w:type="dxa"/>
          </w:tcPr>
          <w:p w:rsidRPr="008C0C0A" w:rsidR="008278D8" w:rsidP="008C0C0A" w:rsidRDefault="008278D8" w14:paraId="5CD0146E" w14:textId="394A21FF">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0"/>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651742E4" w14:textId="77777777">
            <w:pPr>
              <w:jc w:val="both"/>
              <w:rPr>
                <w:rFonts w:ascii="Times New Roman" w:hAnsi="Times New Roman" w:cs="Times New Roman"/>
              </w:rPr>
            </w:pPr>
            <w:sdt>
              <w:sdtPr>
                <w:rPr/>
                <w:alias w:val="Alan"/>
                <w:tag w:val="alan"/>
                <w:id w:val="800000192"/>
                <w15:appearance w15:val="boundingBox"/>
                <w:text/>
              </w:sdtPr>
              <w:sdtContent>
                <w:r>
                  <w:t xml:space="preserve">      </w:t>
                </w:r>
              </w:sdtContent>
            </w:sdt>
          </w:p>
        </w:tc>
        <w:tc>
          <w:tcPr>
            <w:tcW w:w="587" w:type="dxa"/>
          </w:tcPr>
          <w:p w:rsidRPr="008C0C0A" w:rsidR="008278D8" w:rsidP="008C0C0A" w:rsidRDefault="008278D8" w14:paraId="431E41F5" w14:textId="628A0CBB">
            <w:pPr>
              <w:jc w:val="both"/>
              <w:rPr>
                <w:rFonts w:ascii="Times New Roman" w:hAnsi="Times New Roman" w:cs="Times New Roman"/>
              </w:rPr>
            </w:pPr>
            <w:sdt>
              <w:sdtPr>
                <w:rPr/>
                <w:alias w:val="Alan"/>
                <w:tag w:val="alan"/>
                <w:id w:val="800000191"/>
                <w15:appearance w15:val="boundingBox"/>
                <w:text/>
              </w:sdtPr>
              <w:sdtContent>
                <w:r>
                  <w:t xml:space="preserve">      </w:t>
                </w:r>
              </w:sdtContent>
            </w:sdt>
          </w:p>
        </w:tc>
        <w:tc>
          <w:tcPr>
            <w:tcW w:w="965" w:type="dxa"/>
          </w:tcPr>
          <w:p w:rsidRPr="008C0C0A" w:rsidR="008278D8" w:rsidP="008C0C0A" w:rsidRDefault="008278D8" w14:paraId="35ACB034" w14:textId="1BD12FAA">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2177A685" w14:textId="77777777">
            <w:pPr>
              <w:jc w:val="both"/>
              <w:rPr>
                <w:rFonts w:ascii="Times New Roman" w:hAnsi="Times New Roman" w:cs="Times New Roman"/>
              </w:rPr>
            </w:pPr>
            <w:sdt>
              <w:sdtPr>
                <w:rPr/>
                <w:alias w:val="Alan"/>
                <w:tag w:val="alan"/>
                <w:id w:val="800000190"/>
                <w15:appearance w15:val="boundingBox"/>
                <w:text/>
              </w:sdtPr>
              <w:sdtContent>
                <w:r>
                  <w:t xml:space="preserve">    </w:t>
                </w:r>
              </w:sdtContent>
            </w:sdt>
          </w:p>
        </w:tc>
        <w:tc>
          <w:tcPr>
            <w:tcW w:w="487" w:type="dxa"/>
          </w:tcPr>
          <w:p w:rsidRPr="008C0C0A" w:rsidR="008278D8" w:rsidP="008C0C0A" w:rsidRDefault="008278D8" w14:paraId="7FFC34E2" w14:textId="760463DA">
            <w:pPr>
              <w:jc w:val="both"/>
              <w:rPr>
                <w:rFonts w:ascii="Times New Roman" w:hAnsi="Times New Roman" w:cs="Times New Roman"/>
              </w:rPr>
            </w:pPr>
            <w:sdt>
              <w:sdtPr>
                <w:rPr/>
                <w:alias w:val="Alan"/>
                <w:tag w:val="alan"/>
                <w:id w:val="800000189"/>
                <w15:appearance w15:val="boundingBox"/>
                <w:text/>
              </w:sdtPr>
              <w:sdtContent>
                <w:r>
                  <w:t xml:space="preserve">    </w:t>
                </w:r>
              </w:sdtContent>
            </w:sdt>
          </w:p>
        </w:tc>
        <w:tc>
          <w:tcPr>
            <w:tcW w:w="1122" w:type="dxa"/>
          </w:tcPr>
          <w:p w:rsidRPr="008C0C0A" w:rsidR="008278D8" w:rsidP="008C0C0A" w:rsidRDefault="008278D8" w14:paraId="3CF0987A" w14:textId="3536523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2"/>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75165523" w14:textId="77777777">
            <w:pPr>
              <w:jc w:val="both"/>
              <w:rPr>
                <w:rFonts w:ascii="Times New Roman" w:hAnsi="Times New Roman" w:cs="Times New Roman"/>
              </w:rPr>
            </w:pPr>
            <w:sdt>
              <w:sdtPr>
                <w:rPr/>
                <w:alias w:val="Alan"/>
                <w:tag w:val="alan"/>
                <w:id w:val="800000188"/>
                <w15:appearance w15:val="boundingBox"/>
                <w:text/>
              </w:sdtPr>
              <w:sdtContent>
                <w:r>
                  <w:t xml:space="preserve">         </w:t>
                </w:r>
              </w:sdtContent>
            </w:sdt>
          </w:p>
        </w:tc>
        <w:tc>
          <w:tcPr>
            <w:tcW w:w="496" w:type="dxa"/>
          </w:tcPr>
          <w:p w:rsidRPr="008C0C0A" w:rsidR="008278D8" w:rsidP="008C0C0A" w:rsidRDefault="008278D8" w14:paraId="74CD113A" w14:textId="77777777">
            <w:pPr>
              <w:jc w:val="both"/>
              <w:rPr>
                <w:rFonts w:ascii="Times New Roman" w:hAnsi="Times New Roman" w:cs="Times New Roman"/>
              </w:rPr>
            </w:pPr>
            <w:sdt>
              <w:sdtPr>
                <w:rPr/>
                <w:alias w:val="Alan"/>
                <w:tag w:val="alan"/>
                <w:id w:val="800000187"/>
                <w15:appearance w15:val="boundingBox"/>
                <w:text/>
              </w:sdtPr>
              <w:sdtContent>
                <w:r>
                  <w:t xml:space="preserve">    </w:t>
                </w:r>
              </w:sdtContent>
            </w:sdt>
          </w:p>
        </w:tc>
      </w:tr>
      <w:tr w:rsidRPr="008C0C0A" w:rsidR="008278D8" w:rsidTr="008278D8" w14:paraId="71B8B631" w14:textId="77777777">
        <w:trPr>
          <w:jc w:val="center"/>
        </w:trPr>
        <w:tc>
          <w:tcPr>
            <w:tcW w:w="1322" w:type="dxa"/>
          </w:tcPr>
          <w:p w:rsidRPr="008C0C0A" w:rsidR="008278D8" w:rsidP="008C0C0A" w:rsidRDefault="008278D8" w14:paraId="74E1E8C2" w14:textId="77777777">
            <w:pPr>
              <w:jc w:val="both"/>
              <w:rPr>
                <w:rFonts w:ascii="Times New Roman" w:hAnsi="Times New Roman" w:cs="Times New Roman"/>
              </w:rPr>
            </w:pPr>
            <w:r>
              <w:rPr>
                <w:rFonts w:ascii="Times New Roman" w:hAnsi="Times New Roman" w:cs="Times New Roman"/>
                <w:b/>
              </w:rPr>
              <w:t xml:space="preserve">Aydınlatma sistemi</w:t>
            </w:r>
          </w:p>
        </w:tc>
        <w:tc>
          <w:tcPr>
            <w:tcW w:w="822" w:type="dxa"/>
          </w:tcPr>
          <w:p w:rsidRPr="008C0C0A" w:rsidR="008278D8" w:rsidP="008C0C0A" w:rsidRDefault="008278D8" w14:paraId="796BF161" w14:textId="77777777">
            <w:pPr>
              <w:jc w:val="both"/>
              <w:rPr>
                <w:rFonts w:ascii="Times New Roman" w:hAnsi="Times New Roman" w:cs="Times New Roman"/>
              </w:rPr>
            </w:pPr>
            <w:sdt>
              <w:sdtPr>
                <w:rPr/>
                <w:alias w:val="Alan"/>
                <w:tag w:val="alan"/>
                <w:id w:val="800000186"/>
                <w15:appearance w15:val="boundingBox"/>
                <w:text/>
              </w:sdtPr>
              <w:sdtContent>
                <w:r>
                  <w:t xml:space="preserve">          </w:t>
                </w:r>
              </w:sdtContent>
            </w:sdt>
          </w:p>
        </w:tc>
        <w:tc>
          <w:tcPr>
            <w:tcW w:w="1018" w:type="dxa"/>
          </w:tcPr>
          <w:p w:rsidRPr="008C0C0A" w:rsidR="008278D8" w:rsidP="008C0C0A" w:rsidRDefault="008278D8" w14:paraId="19AB5549" w14:textId="66E1A460">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3"/>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3F0EF4F3" w14:textId="77777777">
            <w:pPr>
              <w:jc w:val="both"/>
              <w:rPr>
                <w:rFonts w:ascii="Times New Roman" w:hAnsi="Times New Roman" w:cs="Times New Roman"/>
              </w:rPr>
            </w:pPr>
            <w:sdt>
              <w:sdtPr>
                <w:rPr/>
                <w:alias w:val="Alan"/>
                <w:tag w:val="alan"/>
                <w:id w:val="800000185"/>
                <w15:appearance w15:val="boundingBox"/>
                <w:text/>
              </w:sdtPr>
              <w:sdtContent>
                <w:r>
                  <w:t xml:space="preserve">      </w:t>
                </w:r>
              </w:sdtContent>
            </w:sdt>
          </w:p>
        </w:tc>
        <w:tc>
          <w:tcPr>
            <w:tcW w:w="587" w:type="dxa"/>
          </w:tcPr>
          <w:p w:rsidRPr="008C0C0A" w:rsidR="008278D8" w:rsidP="008C0C0A" w:rsidRDefault="008278D8" w14:paraId="5F18CB78" w14:textId="486E0051">
            <w:pPr>
              <w:jc w:val="both"/>
              <w:rPr>
                <w:rFonts w:ascii="Times New Roman" w:hAnsi="Times New Roman" w:cs="Times New Roman"/>
              </w:rPr>
            </w:pPr>
            <w:sdt>
              <w:sdtPr>
                <w:rPr/>
                <w:alias w:val="Alan"/>
                <w:tag w:val="alan"/>
                <w:id w:val="800000184"/>
                <w15:appearance w15:val="boundingBox"/>
                <w:text/>
              </w:sdtPr>
              <w:sdtContent>
                <w:r>
                  <w:t xml:space="preserve">      </w:t>
                </w:r>
              </w:sdtContent>
            </w:sdt>
          </w:p>
        </w:tc>
        <w:tc>
          <w:tcPr>
            <w:tcW w:w="965" w:type="dxa"/>
          </w:tcPr>
          <w:p w:rsidRPr="008C0C0A" w:rsidR="008278D8" w:rsidP="008C0C0A" w:rsidRDefault="008278D8" w14:paraId="5CF3A045" w14:textId="7AD52C7E">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48E8DCB0" w14:textId="77777777">
            <w:pPr>
              <w:jc w:val="both"/>
              <w:rPr>
                <w:rFonts w:ascii="Times New Roman" w:hAnsi="Times New Roman" w:cs="Times New Roman"/>
              </w:rPr>
            </w:pPr>
            <w:sdt>
              <w:sdtPr>
                <w:rPr/>
                <w:alias w:val="Alan"/>
                <w:tag w:val="alan"/>
                <w:id w:val="800000183"/>
                <w15:appearance w15:val="boundingBox"/>
                <w:text/>
              </w:sdtPr>
              <w:sdtContent>
                <w:r>
                  <w:t xml:space="preserve">    </w:t>
                </w:r>
              </w:sdtContent>
            </w:sdt>
          </w:p>
        </w:tc>
        <w:tc>
          <w:tcPr>
            <w:tcW w:w="487" w:type="dxa"/>
          </w:tcPr>
          <w:p w:rsidRPr="008C0C0A" w:rsidR="008278D8" w:rsidP="008C0C0A" w:rsidRDefault="008278D8" w14:paraId="68F53941" w14:textId="063C0DC4">
            <w:pPr>
              <w:jc w:val="both"/>
              <w:rPr>
                <w:rFonts w:ascii="Times New Roman" w:hAnsi="Times New Roman" w:cs="Times New Roman"/>
              </w:rPr>
            </w:pPr>
            <w:sdt>
              <w:sdtPr>
                <w:rPr/>
                <w:alias w:val="Alan"/>
                <w:tag w:val="alan"/>
                <w:id w:val="800000182"/>
                <w15:appearance w15:val="boundingBox"/>
                <w:text/>
              </w:sdtPr>
              <w:sdtContent>
                <w:r>
                  <w:t xml:space="preserve">    </w:t>
                </w:r>
              </w:sdtContent>
            </w:sdt>
          </w:p>
        </w:tc>
        <w:tc>
          <w:tcPr>
            <w:tcW w:w="1122" w:type="dxa"/>
          </w:tcPr>
          <w:p w:rsidRPr="008C0C0A" w:rsidR="008278D8" w:rsidP="008C0C0A" w:rsidRDefault="008278D8" w14:paraId="09584D3D" w14:textId="0985B17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1B97CC4B" w14:textId="77777777">
            <w:pPr>
              <w:jc w:val="both"/>
              <w:rPr>
                <w:rFonts w:ascii="Times New Roman" w:hAnsi="Times New Roman" w:cs="Times New Roman"/>
              </w:rPr>
            </w:pPr>
            <w:sdt>
              <w:sdtPr>
                <w:rPr/>
                <w:alias w:val="Alan"/>
                <w:tag w:val="alan"/>
                <w:id w:val="800000181"/>
                <w15:appearance w15:val="boundingBox"/>
                <w:text/>
              </w:sdtPr>
              <w:sdtContent>
                <w:r>
                  <w:t xml:space="preserve">         </w:t>
                </w:r>
              </w:sdtContent>
            </w:sdt>
          </w:p>
        </w:tc>
        <w:tc>
          <w:tcPr>
            <w:tcW w:w="496" w:type="dxa"/>
          </w:tcPr>
          <w:p w:rsidRPr="008C0C0A" w:rsidR="008278D8" w:rsidP="008C0C0A" w:rsidRDefault="008278D8" w14:paraId="29851664" w14:textId="77777777">
            <w:pPr>
              <w:jc w:val="both"/>
              <w:rPr>
                <w:rFonts w:ascii="Times New Roman" w:hAnsi="Times New Roman" w:cs="Times New Roman"/>
              </w:rPr>
            </w:pPr>
            <w:sdt>
              <w:sdtPr>
                <w:rPr/>
                <w:alias w:val="Alan"/>
                <w:tag w:val="alan"/>
                <w:id w:val="800000180"/>
                <w15:appearance w15:val="boundingBox"/>
                <w:text/>
              </w:sdtPr>
              <w:sdtContent>
                <w:r>
                  <w:t xml:space="preserve">    </w:t>
                </w:r>
              </w:sdtContent>
            </w:sdt>
          </w:p>
        </w:tc>
      </w:tr>
      <w:tr w:rsidRPr="008C0C0A" w:rsidR="008278D8" w:rsidTr="008278D8" w14:paraId="78612E80" w14:textId="77777777">
        <w:trPr>
          <w:jc w:val="center"/>
        </w:trPr>
        <w:tc>
          <w:tcPr>
            <w:tcW w:w="1322" w:type="dxa"/>
          </w:tcPr>
          <w:p w:rsidRPr="008C0C0A" w:rsidR="008278D8" w:rsidP="008C0C0A" w:rsidRDefault="008278D8" w14:paraId="56327B06" w14:textId="77777777">
            <w:pPr>
              <w:jc w:val="both"/>
              <w:rPr>
                <w:rFonts w:ascii="Times New Roman" w:hAnsi="Times New Roman" w:cs="Times New Roman"/>
              </w:rPr>
            </w:pPr>
            <w:r>
              <w:rPr>
                <w:rFonts w:ascii="Times New Roman" w:hAnsi="Times New Roman" w:cs="Times New Roman"/>
                <w:b/>
              </w:rPr>
              <w:lastRenderedPageBreak/>
              <w:t xml:space="preserve">Çevre çiti ve güvenlik</w:t>
            </w:r>
          </w:p>
        </w:tc>
        <w:tc>
          <w:tcPr>
            <w:tcW w:w="822" w:type="dxa"/>
          </w:tcPr>
          <w:p w:rsidRPr="008C0C0A" w:rsidR="008278D8" w:rsidP="008C0C0A" w:rsidRDefault="008278D8" w14:paraId="6007E009" w14:textId="77777777">
            <w:pPr>
              <w:jc w:val="both"/>
              <w:rPr>
                <w:rFonts w:ascii="Times New Roman" w:hAnsi="Times New Roman" w:cs="Times New Roman"/>
              </w:rPr>
            </w:pPr>
            <w:sdt>
              <w:sdtPr>
                <w:rPr/>
                <w:alias w:val="Alan"/>
                <w:tag w:val="alan"/>
                <w:id w:val="800000179"/>
                <w15:appearance w15:val="boundingBox"/>
                <w:text/>
              </w:sdtPr>
              <w:sdtContent>
                <w:r>
                  <w:t xml:space="preserve">          </w:t>
                </w:r>
              </w:sdtContent>
            </w:sdt>
          </w:p>
        </w:tc>
        <w:tc>
          <w:tcPr>
            <w:tcW w:w="1018" w:type="dxa"/>
          </w:tcPr>
          <w:p w:rsidRPr="008C0C0A" w:rsidR="008278D8" w:rsidP="008C0C0A" w:rsidRDefault="008278D8" w14:paraId="69A66D85" w14:textId="3D1815C4">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6"/>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7" w:type="dxa"/>
          </w:tcPr>
          <w:p w:rsidRPr="008C0C0A" w:rsidR="008278D8" w:rsidP="008C0C0A" w:rsidRDefault="008278D8" w14:paraId="62C8B166" w14:textId="77777777">
            <w:pPr>
              <w:jc w:val="both"/>
              <w:rPr>
                <w:rFonts w:ascii="Times New Roman" w:hAnsi="Times New Roman" w:cs="Times New Roman"/>
              </w:rPr>
            </w:pPr>
            <w:sdt>
              <w:sdtPr>
                <w:rPr/>
                <w:alias w:val="Alan"/>
                <w:tag w:val="alan"/>
                <w:id w:val="800000178"/>
                <w15:appearance w15:val="boundingBox"/>
                <w:text/>
              </w:sdtPr>
              <w:sdtContent>
                <w:r>
                  <w:t xml:space="preserve">      </w:t>
                </w:r>
              </w:sdtContent>
            </w:sdt>
          </w:p>
        </w:tc>
        <w:tc>
          <w:tcPr>
            <w:tcW w:w="587" w:type="dxa"/>
          </w:tcPr>
          <w:p w:rsidRPr="008C0C0A" w:rsidR="008278D8" w:rsidP="008C0C0A" w:rsidRDefault="008278D8" w14:paraId="75D23D2B" w14:textId="3BD7D9BB">
            <w:pPr>
              <w:jc w:val="both"/>
              <w:rPr>
                <w:rFonts w:ascii="Times New Roman" w:hAnsi="Times New Roman" w:cs="Times New Roman"/>
              </w:rPr>
            </w:pPr>
            <w:sdt>
              <w:sdtPr>
                <w:rPr/>
                <w:alias w:val="Alan"/>
                <w:tag w:val="alan"/>
                <w:id w:val="800000177"/>
                <w15:appearance w15:val="boundingBox"/>
                <w:text/>
              </w:sdtPr>
              <w:sdtContent>
                <w:r>
                  <w:t xml:space="preserve">      </w:t>
                </w:r>
              </w:sdtContent>
            </w:sdt>
          </w:p>
        </w:tc>
        <w:tc>
          <w:tcPr>
            <w:tcW w:w="965" w:type="dxa"/>
          </w:tcPr>
          <w:p w:rsidRPr="008C0C0A" w:rsidR="008278D8" w:rsidP="008C0C0A" w:rsidRDefault="008278D8" w14:paraId="30C46713" w14:textId="5542916F">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87" w:type="dxa"/>
          </w:tcPr>
          <w:p w:rsidRPr="008C0C0A" w:rsidR="008278D8" w:rsidP="008C0C0A" w:rsidRDefault="008278D8" w14:paraId="183DD3AD" w14:textId="77777777">
            <w:pPr>
              <w:jc w:val="both"/>
              <w:rPr>
                <w:rFonts w:ascii="Times New Roman" w:hAnsi="Times New Roman" w:cs="Times New Roman"/>
              </w:rPr>
            </w:pPr>
            <w:sdt>
              <w:sdtPr>
                <w:rPr/>
                <w:alias w:val="Alan"/>
                <w:tag w:val="alan"/>
                <w:id w:val="800000176"/>
                <w15:appearance w15:val="boundingBox"/>
                <w:text/>
              </w:sdtPr>
              <w:sdtContent>
                <w:r>
                  <w:t xml:space="preserve">    </w:t>
                </w:r>
              </w:sdtContent>
            </w:sdt>
          </w:p>
        </w:tc>
        <w:tc>
          <w:tcPr>
            <w:tcW w:w="487" w:type="dxa"/>
          </w:tcPr>
          <w:p w:rsidRPr="008C0C0A" w:rsidR="008278D8" w:rsidP="008C0C0A" w:rsidRDefault="008278D8" w14:paraId="4A5B4D48" w14:textId="28672687">
            <w:pPr>
              <w:jc w:val="both"/>
              <w:rPr>
                <w:rFonts w:ascii="Times New Roman" w:hAnsi="Times New Roman" w:cs="Times New Roman"/>
              </w:rPr>
            </w:pPr>
            <w:sdt>
              <w:sdtPr>
                <w:rPr/>
                <w:alias w:val="Alan"/>
                <w:tag w:val="alan"/>
                <w:id w:val="800000175"/>
                <w15:appearance w15:val="boundingBox"/>
                <w:text/>
              </w:sdtPr>
              <w:sdtContent>
                <w:r>
                  <w:t xml:space="preserve">    </w:t>
                </w:r>
              </w:sdtContent>
            </w:sdt>
          </w:p>
        </w:tc>
        <w:tc>
          <w:tcPr>
            <w:tcW w:w="1122" w:type="dxa"/>
          </w:tcPr>
          <w:p w:rsidRPr="008C0C0A" w:rsidR="008278D8" w:rsidP="008C0C0A" w:rsidRDefault="008278D8" w14:paraId="79B322FC" w14:textId="22A26076">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47" w:type="dxa"/>
          </w:tcPr>
          <w:p w:rsidRPr="008C0C0A" w:rsidR="008278D8" w:rsidP="008C0C0A" w:rsidRDefault="008278D8" w14:paraId="68520AA4" w14:textId="77777777">
            <w:pPr>
              <w:jc w:val="both"/>
              <w:rPr>
                <w:rFonts w:ascii="Times New Roman" w:hAnsi="Times New Roman" w:cs="Times New Roman"/>
              </w:rPr>
            </w:pPr>
            <w:sdt>
              <w:sdtPr>
                <w:rPr/>
                <w:alias w:val="Alan"/>
                <w:tag w:val="alan"/>
                <w:id w:val="800000174"/>
                <w15:appearance w15:val="boundingBox"/>
                <w:text/>
              </w:sdtPr>
              <w:sdtContent>
                <w:r>
                  <w:t xml:space="preserve">         </w:t>
                </w:r>
              </w:sdtContent>
            </w:sdt>
          </w:p>
        </w:tc>
        <w:tc>
          <w:tcPr>
            <w:tcW w:w="496" w:type="dxa"/>
          </w:tcPr>
          <w:p w:rsidRPr="008C0C0A" w:rsidR="008278D8" w:rsidP="008C0C0A" w:rsidRDefault="008278D8" w14:paraId="2E6F2167" w14:textId="77777777">
            <w:pPr>
              <w:jc w:val="both"/>
              <w:rPr>
                <w:rFonts w:ascii="Times New Roman" w:hAnsi="Times New Roman" w:cs="Times New Roman"/>
              </w:rPr>
            </w:pPr>
            <w:sdt>
              <w:sdtPr>
                <w:rPr/>
                <w:alias w:val="Alan"/>
                <w:tag w:val="alan"/>
                <w:id w:val="800000173"/>
                <w15:appearance w15:val="boundingBox"/>
                <w:text/>
              </w:sdtPr>
              <w:sdtContent>
                <w:r>
                  <w:t xml:space="preserve">    </w:t>
                </w:r>
              </w:sdtContent>
            </w:sdt>
          </w:p>
        </w:tc>
      </w:tr>
    </w:tbl>
    <w:p w:rsidRPr="008C0C0A" w:rsidR="006F1304" w:rsidP="008C0C0A" w:rsidRDefault="00901938" w14:paraId="5F9CFCA3" w14:textId="77777777">
      <w:pPr>
        <w:pStyle w:val="Balk2"/>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p>
    <w:p w:rsidRPr="008C0C0A" w:rsidR="001C0F44" w:rsidP="008C0C0A" w:rsidRDefault="006F1304" w14:paraId="536F15D3" w14:textId="11F133F9">
      <w:pPr>
        <w:pStyle w:val="Balk2"/>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VOLEYBOL /BASKETBOL SAHASI</w:t>
      </w:r>
    </w:p>
    <w:p w:rsidRPr="008C0C0A" w:rsidR="00357DD3" w:rsidP="008C0C0A" w:rsidRDefault="00357DD3" w14:paraId="30092A52" w14:textId="77777777">
      <w:pPr>
        <w:jc w:val="both"/>
        <w:rPr>
          <w:rFonts w:ascii="Times New Roman" w:hAnsi="Times New Roman" w:cs="Times New Roman"/>
        </w:rPr>
      </w:pPr>
    </w:p>
    <w:tbl>
      <w:tblPr>
        <w:tblW w:w="0" w:type="auto"/>
        <w:jc w:val="center"/>
        <w:tblLook w:val="04A0" w:firstRow="1" w:lastRow="0" w:firstColumn="1" w:lastColumn="0" w:noHBand="0" w:noVBand="1"/>
      </w:tblPr>
      <w:tblGrid>
        <w:gridCol w:w="1219"/>
        <w:gridCol w:w="106"/>
        <w:gridCol w:w="284"/>
        <w:gridCol w:w="677"/>
        <w:gridCol w:w="164"/>
        <w:gridCol w:w="443"/>
        <w:gridCol w:w="387"/>
        <w:gridCol w:w="447"/>
        <w:gridCol w:w="201"/>
        <w:gridCol w:w="783"/>
        <w:gridCol w:w="141"/>
        <w:gridCol w:w="440"/>
        <w:gridCol w:w="322"/>
        <w:gridCol w:w="485"/>
        <w:gridCol w:w="109"/>
        <w:gridCol w:w="979"/>
        <w:gridCol w:w="25"/>
        <w:gridCol w:w="860"/>
        <w:gridCol w:w="568"/>
      </w:tblGrid>
      <w:tr w:rsidRPr="008C0C0A" w:rsidR="00F10EFF" w:rsidTr="00F10EFF" w14:paraId="120E89DE" w14:textId="77777777">
        <w:trPr>
          <w:jc w:val="center"/>
        </w:trPr>
        <w:tc>
          <w:tcPr>
            <w:tcW w:w="1219" w:type="dxa"/>
          </w:tcPr>
          <w:p w:rsidRPr="008C0C0A" w:rsidR="00F10EFF" w:rsidP="008C0C0A" w:rsidRDefault="00F10EFF" w14:paraId="183488D6" w14:textId="77777777">
            <w:pPr>
              <w:jc w:val="both"/>
              <w:rPr>
                <w:rFonts w:ascii="Times New Roman" w:hAnsi="Times New Roman" w:cs="Times New Roman"/>
              </w:rPr>
            </w:pPr>
            <w:r>
              <w:rPr>
                <w:rFonts w:ascii="Times New Roman" w:hAnsi="Times New Roman" w:cs="Times New Roman"/>
                <w:b/>
              </w:rPr>
              <w:t>Yapılan</w:t>
            </w:r>
          </w:p>
          <w:p w:rsidRPr="008C0C0A" w:rsidR="00F10EFF" w:rsidP="008C0C0A" w:rsidRDefault="00F10EFF" w14:paraId="0F08D498" w14:textId="77777777">
            <w:pPr>
              <w:jc w:val="both"/>
              <w:rPr>
                <w:rFonts w:ascii="Times New Roman" w:hAnsi="Times New Roman" w:cs="Times New Roman"/>
              </w:rPr>
            </w:pPr>
            <w:r>
              <w:rPr>
                <w:rFonts w:ascii="Times New Roman" w:hAnsi="Times New Roman" w:cs="Times New Roman"/>
                <w:b/>
              </w:rPr>
              <w:t>Kontrol</w:t>
            </w:r>
          </w:p>
          <w:p w:rsidRPr="008C0C0A" w:rsidR="00F10EFF" w:rsidP="008C0C0A" w:rsidRDefault="00F10EFF" w14:paraId="67A51898" w14:textId="3F57313D">
            <w:pPr>
              <w:jc w:val="both"/>
              <w:rPr>
                <w:rFonts w:ascii="Times New Roman" w:hAnsi="Times New Roman" w:cs="Times New Roman"/>
              </w:rPr>
            </w:pPr>
          </w:p>
        </w:tc>
        <w:tc>
          <w:tcPr>
            <w:tcW w:w="1067" w:type="dxa"/>
            <w:gridSpan w:val="3"/>
          </w:tcPr>
          <w:p w:rsidRPr="008C0C0A" w:rsidR="00F10EFF" w:rsidP="008C0C0A" w:rsidRDefault="00F10EFF" w14:paraId="43AD6100" w14:textId="06247A8E">
            <w:pPr>
              <w:jc w:val="both"/>
              <w:rPr>
                <w:rFonts w:ascii="Times New Roman" w:hAnsi="Times New Roman" w:cs="Times New Roman"/>
              </w:rPr>
            </w:pPr>
            <w:r>
              <w:rPr>
                <w:rFonts w:ascii="Times New Roman" w:hAnsi="Times New Roman" w:cs="Times New Roman"/>
                <w:b/>
              </w:rPr>
              <w:t xml:space="preserve">  Sağlam</w:t>
            </w:r>
          </w:p>
        </w:tc>
        <w:tc>
          <w:tcPr>
            <w:tcW w:w="607" w:type="dxa"/>
            <w:gridSpan w:val="2"/>
          </w:tcPr>
          <w:p w:rsidRPr="008C0C0A" w:rsidR="00F10EFF" w:rsidP="008C0C0A" w:rsidRDefault="00F10EFF" w14:paraId="2F82CCF8" w14:textId="77777777">
            <w:pPr>
              <w:jc w:val="both"/>
              <w:rPr>
                <w:rFonts w:ascii="Times New Roman" w:hAnsi="Times New Roman" w:cs="Times New Roman"/>
              </w:rPr>
            </w:pPr>
            <w:sdt>
              <w:sdtPr>
                <w:rPr/>
                <w:alias w:val="Alan"/>
                <w:tag w:val="alan"/>
                <w:id w:val="800000172"/>
                <w15:appearance w15:val="boundingBox"/>
                <w:text/>
              </w:sdtPr>
              <w:sdtContent>
                <w:r>
                  <w:t xml:space="preserve">      </w:t>
                </w:r>
              </w:sdtContent>
            </w:sdt>
          </w:p>
        </w:tc>
        <w:tc>
          <w:tcPr>
            <w:tcW w:w="834" w:type="dxa"/>
            <w:gridSpan w:val="2"/>
          </w:tcPr>
          <w:p w:rsidRPr="008C0C0A" w:rsidR="00F10EFF" w:rsidP="008C0C0A" w:rsidRDefault="00F10EFF" w14:paraId="038FACB2" w14:textId="77777777">
            <w:pPr>
              <w:jc w:val="both"/>
              <w:rPr>
                <w:rFonts w:ascii="Times New Roman" w:hAnsi="Times New Roman" w:cs="Times New Roman"/>
              </w:rPr>
            </w:pPr>
            <w:sdt>
              <w:sdtPr>
                <w:rPr/>
                <w:alias w:val="Alan"/>
                <w:tag w:val="alan"/>
                <w:id w:val="800000171"/>
                <w15:appearance w15:val="boundingBox"/>
                <w:text/>
              </w:sdtPr>
              <w:sdtContent>
                <w:r>
                  <w:t xml:space="preserve">          </w:t>
                </w:r>
              </w:sdtContent>
            </w:sdt>
          </w:p>
        </w:tc>
        <w:tc>
          <w:tcPr>
            <w:tcW w:w="984" w:type="dxa"/>
            <w:gridSpan w:val="2"/>
          </w:tcPr>
          <w:p w:rsidRPr="008C0C0A" w:rsidR="00F10EFF" w:rsidP="008C0C0A" w:rsidRDefault="00F10EFF" w14:paraId="6D6F1869" w14:textId="278A669F">
            <w:pPr>
              <w:jc w:val="both"/>
              <w:rPr>
                <w:rFonts w:ascii="Times New Roman" w:hAnsi="Times New Roman" w:cs="Times New Roman"/>
              </w:rPr>
            </w:pPr>
            <w:r>
              <w:rPr>
                <w:rFonts w:ascii="Times New Roman" w:hAnsi="Times New Roman" w:cs="Times New Roman"/>
                <w:b/>
              </w:rPr>
              <w:t>Arızalı</w:t>
            </w:r>
          </w:p>
        </w:tc>
        <w:tc>
          <w:tcPr>
            <w:tcW w:w="581" w:type="dxa"/>
            <w:gridSpan w:val="2"/>
          </w:tcPr>
          <w:p w:rsidRPr="008C0C0A" w:rsidR="00F10EFF" w:rsidP="008C0C0A" w:rsidRDefault="00F10EFF" w14:paraId="0D4323B8" w14:textId="77777777">
            <w:pPr>
              <w:jc w:val="both"/>
              <w:rPr>
                <w:rFonts w:ascii="Times New Roman" w:hAnsi="Times New Roman" w:cs="Times New Roman"/>
              </w:rPr>
            </w:pPr>
            <w:sdt>
              <w:sdtPr>
                <w:rPr/>
                <w:alias w:val="Alan"/>
                <w:tag w:val="alan"/>
                <w:id w:val="800000170"/>
                <w15:appearance w15:val="boundingBox"/>
                <w:text/>
              </w:sdtPr>
              <w:sdtContent>
                <w:r>
                  <w:t xml:space="preserve">      </w:t>
                </w:r>
              </w:sdtContent>
            </w:sdt>
          </w:p>
        </w:tc>
        <w:tc>
          <w:tcPr>
            <w:tcW w:w="807" w:type="dxa"/>
            <w:gridSpan w:val="2"/>
          </w:tcPr>
          <w:p w:rsidRPr="008C0C0A" w:rsidR="00F10EFF" w:rsidP="008C0C0A" w:rsidRDefault="00F10EFF" w14:paraId="7A83110C" w14:textId="77777777">
            <w:pPr>
              <w:jc w:val="both"/>
              <w:rPr>
                <w:rFonts w:ascii="Times New Roman" w:hAnsi="Times New Roman" w:cs="Times New Roman"/>
              </w:rPr>
            </w:pPr>
            <w:sdt>
              <w:sdtPr>
                <w:rPr/>
                <w:alias w:val="Alan"/>
                <w:tag w:val="alan"/>
                <w:id w:val="800000169"/>
                <w15:appearance w15:val="boundingBox"/>
                <w:text/>
              </w:sdtPr>
              <w:sdtContent>
                <w:r>
                  <w:t xml:space="preserve">          </w:t>
                </w:r>
              </w:sdtContent>
            </w:sdt>
          </w:p>
        </w:tc>
        <w:tc>
          <w:tcPr>
            <w:tcW w:w="1088" w:type="dxa"/>
            <w:gridSpan w:val="2"/>
          </w:tcPr>
          <w:p w:rsidRPr="008C0C0A" w:rsidR="00F10EFF" w:rsidP="008C0C0A" w:rsidRDefault="00F10EFF" w14:paraId="5A08650F" w14:textId="7AD93995">
            <w:pPr>
              <w:jc w:val="both"/>
              <w:rPr>
                <w:rFonts w:ascii="Times New Roman" w:hAnsi="Times New Roman" w:cs="Times New Roman"/>
              </w:rPr>
            </w:pPr>
            <w:r>
              <w:rPr>
                <w:rFonts w:ascii="Times New Roman" w:hAnsi="Times New Roman" w:cs="Times New Roman"/>
                <w:b/>
              </w:rPr>
              <w:t xml:space="preserve">(Arızalı) ise not alındı.</w:t>
            </w:r>
          </w:p>
        </w:tc>
        <w:tc>
          <w:tcPr>
            <w:tcW w:w="885" w:type="dxa"/>
            <w:gridSpan w:val="2"/>
          </w:tcPr>
          <w:p w:rsidRPr="008C0C0A" w:rsidR="00F10EFF" w:rsidP="008C0C0A" w:rsidRDefault="00F10EFF" w14:paraId="0F19E677" w14:textId="3271EC77">
            <w:pPr>
              <w:jc w:val="both"/>
              <w:rPr>
                <w:rFonts w:ascii="Times New Roman" w:hAnsi="Times New Roman" w:cs="Times New Roman"/>
              </w:rPr>
            </w:pPr>
            <w:sdt>
              <w:sdtPr>
                <w:rPr/>
                <w:alias w:val="Alan"/>
                <w:tag w:val="alan"/>
                <w:id w:val="800000168"/>
                <w15:appearance w15:val="boundingBox"/>
                <w:text/>
              </w:sdtPr>
              <w:sdtContent>
                <w:r>
                  <w:t xml:space="preserve">           </w:t>
                </w:r>
              </w:sdtContent>
            </w:sdt>
          </w:p>
        </w:tc>
        <w:tc>
          <w:tcPr>
            <w:tcW w:w="568" w:type="dxa"/>
          </w:tcPr>
          <w:p w:rsidRPr="008C0C0A" w:rsidR="00F10EFF" w:rsidP="008C0C0A" w:rsidRDefault="00F10EFF" w14:paraId="6FAB19ED" w14:textId="5912BFDC">
            <w:pPr>
              <w:jc w:val="both"/>
              <w:rPr>
                <w:rFonts w:ascii="Times New Roman" w:hAnsi="Times New Roman" w:cs="Times New Roman"/>
              </w:rPr>
            </w:pPr>
            <w:sdt>
              <w:sdtPr>
                <w:rPr/>
                <w:alias w:val="Alan"/>
                <w:tag w:val="alan"/>
                <w:id w:val="800000167"/>
                <w15:appearance w15:val="boundingBox"/>
                <w:text/>
              </w:sdtPr>
              <w:sdtContent>
                <w:r>
                  <w:t xml:space="preserve">     </w:t>
                </w:r>
              </w:sdtContent>
            </w:sdt>
          </w:p>
        </w:tc>
      </w:tr>
      <w:tr w:rsidRPr="008C0C0A" w:rsidR="00F10EFF" w:rsidTr="00F10EFF" w14:paraId="69B56DEB" w14:textId="77777777">
        <w:trPr>
          <w:jc w:val="center"/>
        </w:trPr>
        <w:tc>
          <w:tcPr>
            <w:tcW w:w="1325" w:type="dxa"/>
            <w:gridSpan w:val="2"/>
          </w:tcPr>
          <w:p w:rsidRPr="008C0C0A" w:rsidR="00F10EFF" w:rsidP="008C0C0A" w:rsidRDefault="00747958" w14:paraId="52CBCB5C" w14:textId="23DDA3C3">
            <w:pPr>
              <w:jc w:val="both"/>
              <w:rPr>
                <w:rFonts w:ascii="Times New Roman" w:hAnsi="Times New Roman" w:cs="Times New Roman"/>
              </w:rPr>
            </w:pPr>
            <w:r>
              <w:rPr>
                <w:rFonts w:ascii="Times New Roman" w:hAnsi="Times New Roman" w:cs="Times New Roman"/>
              </w:rPr>
              <w:t xml:space="preserve">Voleybol file gerginliği ve direklerin sağlamlığı</w:t>
            </w:r>
          </w:p>
        </w:tc>
        <w:tc>
          <w:tcPr>
            <w:tcW w:w="961" w:type="dxa"/>
            <w:gridSpan w:val="2"/>
          </w:tcPr>
          <w:p w:rsidRPr="008C0C0A" w:rsidR="00747958" w:rsidP="008C0C0A" w:rsidRDefault="00F10EFF" w14:paraId="7789CD05"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747958" w14:paraId="6F456DB9" w14:textId="712F52BE">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19"/>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07" w:type="dxa"/>
            <w:gridSpan w:val="2"/>
          </w:tcPr>
          <w:p w:rsidRPr="008C0C0A" w:rsidR="00F10EFF" w:rsidP="008C0C0A" w:rsidRDefault="00F10EFF" w14:paraId="79305B9C" w14:textId="77777777">
            <w:pPr>
              <w:jc w:val="both"/>
              <w:rPr>
                <w:rFonts w:ascii="Times New Roman" w:hAnsi="Times New Roman" w:cs="Times New Roman"/>
              </w:rPr>
            </w:pPr>
            <w:sdt>
              <w:sdtPr>
                <w:rPr/>
                <w:alias w:val="Alan"/>
                <w:tag w:val="alan"/>
                <w:id w:val="800000166"/>
                <w15:appearance w15:val="boundingBox"/>
                <w:text/>
              </w:sdtPr>
              <w:sdtContent>
                <w:r>
                  <w:t xml:space="preserve">      </w:t>
                </w:r>
              </w:sdtContent>
            </w:sdt>
          </w:p>
        </w:tc>
        <w:tc>
          <w:tcPr>
            <w:tcW w:w="834" w:type="dxa"/>
            <w:gridSpan w:val="2"/>
          </w:tcPr>
          <w:p w:rsidRPr="008C0C0A" w:rsidR="00F10EFF" w:rsidP="008C0C0A" w:rsidRDefault="00F10EFF" w14:paraId="00593A8D" w14:textId="77777777">
            <w:pPr>
              <w:jc w:val="both"/>
              <w:rPr>
                <w:rFonts w:ascii="Times New Roman" w:hAnsi="Times New Roman" w:cs="Times New Roman"/>
              </w:rPr>
            </w:pPr>
            <w:sdt>
              <w:sdtPr>
                <w:rPr/>
                <w:alias w:val="Alan"/>
                <w:tag w:val="alan"/>
                <w:id w:val="800000165"/>
                <w15:appearance w15:val="boundingBox"/>
                <w:text/>
              </w:sdtPr>
              <w:sdtContent>
                <w:r>
                  <w:t xml:space="preserve">          </w:t>
                </w:r>
              </w:sdtContent>
            </w:sdt>
          </w:p>
        </w:tc>
        <w:tc>
          <w:tcPr>
            <w:tcW w:w="984" w:type="dxa"/>
            <w:gridSpan w:val="2"/>
          </w:tcPr>
          <w:p w:rsidRPr="008C0C0A" w:rsidR="00747958" w:rsidP="008C0C0A" w:rsidRDefault="00F10EFF" w14:paraId="256A54D1"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747958" w14:paraId="558F4239" w14:textId="79D94AB9">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0"/>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1" w:type="dxa"/>
            <w:gridSpan w:val="2"/>
          </w:tcPr>
          <w:p w:rsidRPr="008C0C0A" w:rsidR="00F10EFF" w:rsidP="008C0C0A" w:rsidRDefault="00F10EFF" w14:paraId="0C9A6E38" w14:textId="77777777">
            <w:pPr>
              <w:jc w:val="both"/>
              <w:rPr>
                <w:rFonts w:ascii="Times New Roman" w:hAnsi="Times New Roman" w:cs="Times New Roman"/>
              </w:rPr>
            </w:pPr>
            <w:sdt>
              <w:sdtPr>
                <w:rPr/>
                <w:alias w:val="Alan"/>
                <w:tag w:val="alan"/>
                <w:id w:val="800000164"/>
                <w15:appearance w15:val="boundingBox"/>
                <w:text/>
              </w:sdtPr>
              <w:sdtContent>
                <w:r>
                  <w:t xml:space="preserve">      </w:t>
                </w:r>
              </w:sdtContent>
            </w:sdt>
          </w:p>
        </w:tc>
        <w:tc>
          <w:tcPr>
            <w:tcW w:w="807" w:type="dxa"/>
            <w:gridSpan w:val="2"/>
          </w:tcPr>
          <w:p w:rsidRPr="008C0C0A" w:rsidR="00F10EFF" w:rsidP="008C0C0A" w:rsidRDefault="00F10EFF" w14:paraId="425FFC2B" w14:textId="77777777">
            <w:pPr>
              <w:jc w:val="both"/>
              <w:rPr>
                <w:rFonts w:ascii="Times New Roman" w:hAnsi="Times New Roman" w:cs="Times New Roman"/>
              </w:rPr>
            </w:pPr>
            <w:sdt>
              <w:sdtPr>
                <w:rPr/>
                <w:alias w:val="Alan"/>
                <w:tag w:val="alan"/>
                <w:id w:val="800000163"/>
                <w15:appearance w15:val="boundingBox"/>
                <w:text/>
              </w:sdtPr>
              <w:sdtContent>
                <w:r>
                  <w:t xml:space="preserve">          </w:t>
                </w:r>
              </w:sdtContent>
            </w:sdt>
          </w:p>
        </w:tc>
        <w:tc>
          <w:tcPr>
            <w:tcW w:w="1088" w:type="dxa"/>
            <w:gridSpan w:val="2"/>
          </w:tcPr>
          <w:p w:rsidRPr="008C0C0A" w:rsidR="00747958" w:rsidP="008C0C0A" w:rsidRDefault="00F10EFF" w14:paraId="32AB55B1"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73EC73D3" w14:textId="20148190">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85" w:type="dxa"/>
            <w:gridSpan w:val="2"/>
          </w:tcPr>
          <w:p w:rsidRPr="008C0C0A" w:rsidR="00F10EFF" w:rsidP="008C0C0A" w:rsidRDefault="00F10EFF" w14:paraId="51244DCD" w14:textId="77777777">
            <w:pPr>
              <w:jc w:val="both"/>
              <w:rPr>
                <w:rFonts w:ascii="Times New Roman" w:hAnsi="Times New Roman" w:cs="Times New Roman"/>
              </w:rPr>
            </w:pPr>
            <w:sdt>
              <w:sdtPr>
                <w:rPr/>
                <w:alias w:val="Alan"/>
                <w:tag w:val="alan"/>
                <w:id w:val="800000162"/>
                <w15:appearance w15:val="boundingBox"/>
                <w:text/>
              </w:sdtPr>
              <w:sdtContent>
                <w:r>
                  <w:t xml:space="preserve">           </w:t>
                </w:r>
              </w:sdtContent>
            </w:sdt>
          </w:p>
        </w:tc>
        <w:tc>
          <w:tcPr>
            <w:tcW w:w="568" w:type="dxa"/>
          </w:tcPr>
          <w:p w:rsidRPr="008C0C0A" w:rsidR="00F10EFF" w:rsidP="008C0C0A" w:rsidRDefault="00F10EFF" w14:paraId="78C99DBE" w14:textId="77777777">
            <w:pPr>
              <w:jc w:val="both"/>
              <w:rPr>
                <w:rFonts w:ascii="Times New Roman" w:hAnsi="Times New Roman" w:cs="Times New Roman"/>
              </w:rPr>
            </w:pPr>
            <w:sdt>
              <w:sdtPr>
                <w:rPr/>
                <w:alias w:val="Alan"/>
                <w:tag w:val="alan"/>
                <w:id w:val="800000161"/>
                <w15:appearance w15:val="boundingBox"/>
                <w:text/>
              </w:sdtPr>
              <w:sdtContent>
                <w:r>
                  <w:t xml:space="preserve">     </w:t>
                </w:r>
              </w:sdtContent>
            </w:sdt>
          </w:p>
        </w:tc>
      </w:tr>
      <w:tr w:rsidRPr="008C0C0A" w:rsidR="00F10EFF" w:rsidTr="00F10EFF" w14:paraId="7A6BB400" w14:textId="77777777">
        <w:trPr>
          <w:jc w:val="center"/>
        </w:trPr>
        <w:tc>
          <w:tcPr>
            <w:tcW w:w="1325" w:type="dxa"/>
            <w:gridSpan w:val="2"/>
          </w:tcPr>
          <w:p w:rsidRPr="008C0C0A" w:rsidR="00F10EFF" w:rsidP="008C0C0A" w:rsidRDefault="00F10EFF" w14:paraId="7046BFC9" w14:textId="77777777">
            <w:pPr>
              <w:jc w:val="both"/>
              <w:rPr>
                <w:rFonts w:ascii="Times New Roman" w:hAnsi="Times New Roman" w:cs="Times New Roman"/>
              </w:rPr>
            </w:pPr>
            <w:r>
              <w:rPr>
                <w:rFonts w:ascii="Times New Roman" w:hAnsi="Times New Roman" w:cs="Times New Roman"/>
                <w:b/>
              </w:rPr>
              <w:t xml:space="preserve">Zemin durumu (çatlak, çukur, kayganlık)</w:t>
            </w:r>
          </w:p>
        </w:tc>
        <w:tc>
          <w:tcPr>
            <w:tcW w:w="961" w:type="dxa"/>
            <w:gridSpan w:val="2"/>
          </w:tcPr>
          <w:p w:rsidRPr="008C0C0A" w:rsidR="00F10EFF" w:rsidP="008C0C0A" w:rsidRDefault="00F10EFF" w14:paraId="637B181E"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6538860B" w14:textId="1919447F">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2"/>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07" w:type="dxa"/>
            <w:gridSpan w:val="2"/>
          </w:tcPr>
          <w:p w:rsidRPr="008C0C0A" w:rsidR="00F10EFF" w:rsidP="008C0C0A" w:rsidRDefault="00F10EFF" w14:paraId="191A00BF" w14:textId="77777777">
            <w:pPr>
              <w:jc w:val="both"/>
              <w:rPr>
                <w:rFonts w:ascii="Times New Roman" w:hAnsi="Times New Roman" w:cs="Times New Roman"/>
              </w:rPr>
            </w:pPr>
            <w:sdt>
              <w:sdtPr>
                <w:rPr/>
                <w:alias w:val="Alan"/>
                <w:tag w:val="alan"/>
                <w:id w:val="800000160"/>
                <w15:appearance w15:val="boundingBox"/>
                <w:text/>
              </w:sdtPr>
              <w:sdtContent>
                <w:r>
                  <w:t xml:space="preserve">      </w:t>
                </w:r>
              </w:sdtContent>
            </w:sdt>
          </w:p>
        </w:tc>
        <w:tc>
          <w:tcPr>
            <w:tcW w:w="834" w:type="dxa"/>
            <w:gridSpan w:val="2"/>
          </w:tcPr>
          <w:p w:rsidRPr="008C0C0A" w:rsidR="00F10EFF" w:rsidP="008C0C0A" w:rsidRDefault="00F10EFF" w14:paraId="666002FE" w14:textId="77777777">
            <w:pPr>
              <w:jc w:val="both"/>
              <w:rPr>
                <w:rFonts w:ascii="Times New Roman" w:hAnsi="Times New Roman" w:cs="Times New Roman"/>
              </w:rPr>
            </w:pPr>
            <w:sdt>
              <w:sdtPr>
                <w:rPr/>
                <w:alias w:val="Alan"/>
                <w:tag w:val="alan"/>
                <w:id w:val="800000159"/>
                <w15:appearance w15:val="boundingBox"/>
                <w:text/>
              </w:sdtPr>
              <w:sdtContent>
                <w:r>
                  <w:t xml:space="preserve">          </w:t>
                </w:r>
              </w:sdtContent>
            </w:sdt>
          </w:p>
        </w:tc>
        <w:tc>
          <w:tcPr>
            <w:tcW w:w="984" w:type="dxa"/>
            <w:gridSpan w:val="2"/>
          </w:tcPr>
          <w:p w:rsidRPr="008C0C0A" w:rsidR="00F10EFF" w:rsidP="008C0C0A" w:rsidRDefault="00F10EFF" w14:paraId="628BF9DF" w14:textId="7A27DD41">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447B2FC9" w14:textId="772D0F3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3"/>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1" w:type="dxa"/>
            <w:gridSpan w:val="2"/>
          </w:tcPr>
          <w:p w:rsidRPr="008C0C0A" w:rsidR="00F10EFF" w:rsidP="008C0C0A" w:rsidRDefault="00F10EFF" w14:paraId="10A72115" w14:textId="77777777">
            <w:pPr>
              <w:jc w:val="both"/>
              <w:rPr>
                <w:rFonts w:ascii="Times New Roman" w:hAnsi="Times New Roman" w:cs="Times New Roman"/>
              </w:rPr>
            </w:pPr>
            <w:sdt>
              <w:sdtPr>
                <w:rPr/>
                <w:alias w:val="Alan"/>
                <w:tag w:val="alan"/>
                <w:id w:val="800000158"/>
                <w15:appearance w15:val="boundingBox"/>
                <w:text/>
              </w:sdtPr>
              <w:sdtContent>
                <w:r>
                  <w:t xml:space="preserve">      </w:t>
                </w:r>
              </w:sdtContent>
            </w:sdt>
          </w:p>
        </w:tc>
        <w:tc>
          <w:tcPr>
            <w:tcW w:w="807" w:type="dxa"/>
            <w:gridSpan w:val="2"/>
          </w:tcPr>
          <w:p w:rsidRPr="008C0C0A" w:rsidR="00F10EFF" w:rsidP="008C0C0A" w:rsidRDefault="00F10EFF" w14:paraId="4AC5D165" w14:textId="77777777">
            <w:pPr>
              <w:jc w:val="both"/>
              <w:rPr>
                <w:rFonts w:ascii="Times New Roman" w:hAnsi="Times New Roman" w:cs="Times New Roman"/>
              </w:rPr>
            </w:pPr>
            <w:sdt>
              <w:sdtPr>
                <w:rPr/>
                <w:alias w:val="Alan"/>
                <w:tag w:val="alan"/>
                <w:id w:val="800000157"/>
                <w15:appearance w15:val="boundingBox"/>
                <w:text/>
              </w:sdtPr>
              <w:sdtContent>
                <w:r>
                  <w:t xml:space="preserve">          </w:t>
                </w:r>
              </w:sdtContent>
            </w:sdt>
          </w:p>
        </w:tc>
        <w:tc>
          <w:tcPr>
            <w:tcW w:w="1088" w:type="dxa"/>
            <w:gridSpan w:val="2"/>
          </w:tcPr>
          <w:p w:rsidRPr="008C0C0A" w:rsidR="00F10EFF" w:rsidP="008C0C0A" w:rsidRDefault="00F10EFF" w14:paraId="68792775" w14:textId="7759CACB">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44E4F90D" w14:textId="4DBB2995">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85" w:type="dxa"/>
            <w:gridSpan w:val="2"/>
          </w:tcPr>
          <w:p w:rsidRPr="008C0C0A" w:rsidR="00F10EFF" w:rsidP="008C0C0A" w:rsidRDefault="00F10EFF" w14:paraId="1F33490F" w14:textId="77777777">
            <w:pPr>
              <w:jc w:val="both"/>
              <w:rPr>
                <w:rFonts w:ascii="Times New Roman" w:hAnsi="Times New Roman" w:cs="Times New Roman"/>
              </w:rPr>
            </w:pPr>
            <w:sdt>
              <w:sdtPr>
                <w:rPr/>
                <w:alias w:val="Alan"/>
                <w:tag w:val="alan"/>
                <w:id w:val="800000156"/>
                <w15:appearance w15:val="boundingBox"/>
                <w:text/>
              </w:sdtPr>
              <w:sdtContent>
                <w:r>
                  <w:t xml:space="preserve">           </w:t>
                </w:r>
              </w:sdtContent>
            </w:sdt>
          </w:p>
        </w:tc>
        <w:tc>
          <w:tcPr>
            <w:tcW w:w="568" w:type="dxa"/>
          </w:tcPr>
          <w:p w:rsidRPr="008C0C0A" w:rsidR="00F10EFF" w:rsidP="008C0C0A" w:rsidRDefault="00F10EFF" w14:paraId="0D86760E" w14:textId="77777777">
            <w:pPr>
              <w:jc w:val="both"/>
              <w:rPr>
                <w:rFonts w:ascii="Times New Roman" w:hAnsi="Times New Roman" w:cs="Times New Roman"/>
              </w:rPr>
            </w:pPr>
            <w:sdt>
              <w:sdtPr>
                <w:rPr/>
                <w:alias w:val="Alan"/>
                <w:tag w:val="alan"/>
                <w:id w:val="800000155"/>
                <w15:appearance w15:val="boundingBox"/>
                <w:text/>
              </w:sdtPr>
              <w:sdtContent>
                <w:r>
                  <w:t xml:space="preserve">     </w:t>
                </w:r>
              </w:sdtContent>
            </w:sdt>
          </w:p>
        </w:tc>
      </w:tr>
      <w:tr w:rsidRPr="008C0C0A" w:rsidR="00F10EFF" w:rsidTr="00F10EFF" w14:paraId="681EB787" w14:textId="77777777">
        <w:trPr>
          <w:jc w:val="center"/>
        </w:trPr>
        <w:tc>
          <w:tcPr>
            <w:tcW w:w="1325" w:type="dxa"/>
            <w:gridSpan w:val="2"/>
          </w:tcPr>
          <w:p w:rsidRPr="008C0C0A" w:rsidR="00F10EFF" w:rsidP="008C0C0A" w:rsidRDefault="00F10EFF" w14:paraId="10E557B1" w14:textId="76CE4F02">
            <w:pPr>
              <w:jc w:val="both"/>
              <w:rPr>
                <w:rFonts w:ascii="Times New Roman" w:hAnsi="Times New Roman" w:cs="Times New Roman"/>
              </w:rPr>
            </w:pPr>
            <w:r>
              <w:rPr>
                <w:rFonts w:ascii="Times New Roman" w:hAnsi="Times New Roman" w:cs="Times New Roman"/>
                <w:b/>
              </w:rPr>
              <w:t xml:space="preserve">Saha çizgileri netliği</w:t>
            </w:r>
          </w:p>
        </w:tc>
        <w:tc>
          <w:tcPr>
            <w:tcW w:w="961" w:type="dxa"/>
            <w:gridSpan w:val="2"/>
          </w:tcPr>
          <w:p w:rsidRPr="008C0C0A" w:rsidR="00747958" w:rsidP="008C0C0A" w:rsidRDefault="00F10EFF" w14:paraId="3FAD8839"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747958" w14:paraId="4961E629" w14:textId="4706E2B6">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07" w:type="dxa"/>
            <w:gridSpan w:val="2"/>
          </w:tcPr>
          <w:p w:rsidRPr="008C0C0A" w:rsidR="00F10EFF" w:rsidP="008C0C0A" w:rsidRDefault="00F10EFF" w14:paraId="06C32C0D" w14:textId="77777777">
            <w:pPr>
              <w:jc w:val="both"/>
              <w:rPr>
                <w:rFonts w:ascii="Times New Roman" w:hAnsi="Times New Roman" w:cs="Times New Roman"/>
              </w:rPr>
            </w:pPr>
            <w:sdt>
              <w:sdtPr>
                <w:rPr/>
                <w:alias w:val="Alan"/>
                <w:tag w:val="alan"/>
                <w:id w:val="800000154"/>
                <w15:appearance w15:val="boundingBox"/>
                <w:text/>
              </w:sdtPr>
              <w:sdtContent>
                <w:r>
                  <w:t xml:space="preserve">      </w:t>
                </w:r>
              </w:sdtContent>
            </w:sdt>
          </w:p>
        </w:tc>
        <w:tc>
          <w:tcPr>
            <w:tcW w:w="834" w:type="dxa"/>
            <w:gridSpan w:val="2"/>
          </w:tcPr>
          <w:p w:rsidRPr="008C0C0A" w:rsidR="00F10EFF" w:rsidP="008C0C0A" w:rsidRDefault="00F10EFF" w14:paraId="515202B7" w14:textId="77777777">
            <w:pPr>
              <w:jc w:val="both"/>
              <w:rPr>
                <w:rFonts w:ascii="Times New Roman" w:hAnsi="Times New Roman" w:cs="Times New Roman"/>
              </w:rPr>
            </w:pPr>
            <w:sdt>
              <w:sdtPr>
                <w:rPr/>
                <w:alias w:val="Alan"/>
                <w:tag w:val="alan"/>
                <w:id w:val="800000153"/>
                <w15:appearance w15:val="boundingBox"/>
                <w:text/>
              </w:sdtPr>
              <w:sdtContent>
                <w:r>
                  <w:t xml:space="preserve">          </w:t>
                </w:r>
              </w:sdtContent>
            </w:sdt>
          </w:p>
        </w:tc>
        <w:tc>
          <w:tcPr>
            <w:tcW w:w="984" w:type="dxa"/>
            <w:gridSpan w:val="2"/>
          </w:tcPr>
          <w:p w:rsidRPr="008C0C0A" w:rsidR="00747958" w:rsidP="008C0C0A" w:rsidRDefault="00F10EFF" w14:paraId="31821540"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747958" w14:paraId="4BC789F6" w14:textId="28FF30CC">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6"/>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1" w:type="dxa"/>
            <w:gridSpan w:val="2"/>
          </w:tcPr>
          <w:p w:rsidRPr="008C0C0A" w:rsidR="00F10EFF" w:rsidP="008C0C0A" w:rsidRDefault="00F10EFF" w14:paraId="5EB8A5D3" w14:textId="77777777">
            <w:pPr>
              <w:jc w:val="both"/>
              <w:rPr>
                <w:rFonts w:ascii="Times New Roman" w:hAnsi="Times New Roman" w:cs="Times New Roman"/>
              </w:rPr>
            </w:pPr>
            <w:sdt>
              <w:sdtPr>
                <w:rPr/>
                <w:alias w:val="Alan"/>
                <w:tag w:val="alan"/>
                <w:id w:val="800000152"/>
                <w15:appearance w15:val="boundingBox"/>
                <w:text/>
              </w:sdtPr>
              <w:sdtContent>
                <w:r>
                  <w:t xml:space="preserve">      </w:t>
                </w:r>
              </w:sdtContent>
            </w:sdt>
          </w:p>
        </w:tc>
        <w:tc>
          <w:tcPr>
            <w:tcW w:w="807" w:type="dxa"/>
            <w:gridSpan w:val="2"/>
          </w:tcPr>
          <w:p w:rsidRPr="008C0C0A" w:rsidR="00F10EFF" w:rsidP="008C0C0A" w:rsidRDefault="00F10EFF" w14:paraId="4C268E82" w14:textId="77777777">
            <w:pPr>
              <w:jc w:val="both"/>
              <w:rPr>
                <w:rFonts w:ascii="Times New Roman" w:hAnsi="Times New Roman" w:cs="Times New Roman"/>
              </w:rPr>
            </w:pPr>
            <w:sdt>
              <w:sdtPr>
                <w:rPr/>
                <w:alias w:val="Alan"/>
                <w:tag w:val="alan"/>
                <w:id w:val="800000151"/>
                <w15:appearance w15:val="boundingBox"/>
                <w:text/>
              </w:sdtPr>
              <w:sdtContent>
                <w:r>
                  <w:t xml:space="preserve">          </w:t>
                </w:r>
              </w:sdtContent>
            </w:sdt>
          </w:p>
        </w:tc>
        <w:tc>
          <w:tcPr>
            <w:tcW w:w="1088" w:type="dxa"/>
            <w:gridSpan w:val="2"/>
          </w:tcPr>
          <w:p w:rsidRPr="008C0C0A" w:rsidR="00747958" w:rsidP="008C0C0A" w:rsidRDefault="00F10EFF" w14:paraId="506404F1"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747958" w14:paraId="41047EC1" w14:textId="2D24D086">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85" w:type="dxa"/>
            <w:gridSpan w:val="2"/>
          </w:tcPr>
          <w:p w:rsidRPr="008C0C0A" w:rsidR="00F10EFF" w:rsidP="008C0C0A" w:rsidRDefault="00F10EFF" w14:paraId="647F8A87" w14:textId="77777777">
            <w:pPr>
              <w:jc w:val="both"/>
              <w:rPr>
                <w:rFonts w:ascii="Times New Roman" w:hAnsi="Times New Roman" w:cs="Times New Roman"/>
              </w:rPr>
            </w:pPr>
            <w:sdt>
              <w:sdtPr>
                <w:rPr/>
                <w:alias w:val="Alan"/>
                <w:tag w:val="alan"/>
                <w:id w:val="800000150"/>
                <w15:appearance w15:val="boundingBox"/>
                <w:text/>
              </w:sdtPr>
              <w:sdtContent>
                <w:r>
                  <w:t xml:space="preserve">           </w:t>
                </w:r>
              </w:sdtContent>
            </w:sdt>
          </w:p>
        </w:tc>
        <w:tc>
          <w:tcPr>
            <w:tcW w:w="568" w:type="dxa"/>
          </w:tcPr>
          <w:p w:rsidRPr="008C0C0A" w:rsidR="00F10EFF" w:rsidP="008C0C0A" w:rsidRDefault="00F10EFF" w14:paraId="0BF243C6" w14:textId="77777777">
            <w:pPr>
              <w:jc w:val="both"/>
              <w:rPr>
                <w:rFonts w:ascii="Times New Roman" w:hAnsi="Times New Roman" w:cs="Times New Roman"/>
              </w:rPr>
            </w:pPr>
            <w:sdt>
              <w:sdtPr>
                <w:rPr/>
                <w:alias w:val="Alan"/>
                <w:tag w:val="alan"/>
                <w:id w:val="800000149"/>
                <w15:appearance w15:val="boundingBox"/>
                <w:text/>
              </w:sdtPr>
              <w:sdtContent>
                <w:r>
                  <w:t xml:space="preserve">     </w:t>
                </w:r>
              </w:sdtContent>
            </w:sdt>
          </w:p>
        </w:tc>
      </w:tr>
      <w:tr w:rsidRPr="008C0C0A" w:rsidR="00F10EFF" w:rsidTr="00F10EFF" w14:paraId="20AA5DC9" w14:textId="77777777">
        <w:trPr>
          <w:jc w:val="center"/>
        </w:trPr>
        <w:tc>
          <w:tcPr>
            <w:tcW w:w="1325" w:type="dxa"/>
            <w:gridSpan w:val="2"/>
          </w:tcPr>
          <w:p w:rsidRPr="008C0C0A" w:rsidR="00F10EFF" w:rsidP="008C0C0A" w:rsidRDefault="00F10EFF" w14:paraId="7D73A383" w14:textId="77777777">
            <w:pPr>
              <w:jc w:val="both"/>
              <w:rPr>
                <w:rFonts w:ascii="Times New Roman" w:hAnsi="Times New Roman" w:cs="Times New Roman"/>
              </w:rPr>
            </w:pPr>
            <w:r>
              <w:rPr>
                <w:rFonts w:ascii="Times New Roman" w:hAnsi="Times New Roman" w:cs="Times New Roman"/>
                <w:b/>
              </w:rPr>
              <w:t xml:space="preserve">Aydınlatma sistemi</w:t>
            </w:r>
          </w:p>
        </w:tc>
        <w:tc>
          <w:tcPr>
            <w:tcW w:w="961" w:type="dxa"/>
            <w:gridSpan w:val="2"/>
          </w:tcPr>
          <w:p w:rsidRPr="008C0C0A" w:rsidR="00F10EFF" w:rsidP="008C0C0A" w:rsidRDefault="00F10EFF" w14:paraId="5854C0E4" w14:textId="644441D0">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07" w:type="dxa"/>
            <w:gridSpan w:val="2"/>
          </w:tcPr>
          <w:p w:rsidRPr="008C0C0A" w:rsidR="00F10EFF" w:rsidP="008C0C0A" w:rsidRDefault="00F10EFF" w14:paraId="55ECB9E6" w14:textId="77777777">
            <w:pPr>
              <w:jc w:val="both"/>
              <w:rPr>
                <w:rFonts w:ascii="Times New Roman" w:hAnsi="Times New Roman" w:cs="Times New Roman"/>
              </w:rPr>
            </w:pPr>
            <w:sdt>
              <w:sdtPr>
                <w:rPr/>
                <w:alias w:val="Alan"/>
                <w:tag w:val="alan"/>
                <w:id w:val="800000148"/>
                <w15:appearance w15:val="boundingBox"/>
                <w:text/>
              </w:sdtPr>
              <w:sdtContent>
                <w:r>
                  <w:t xml:space="preserve">      </w:t>
                </w:r>
              </w:sdtContent>
            </w:sdt>
          </w:p>
        </w:tc>
        <w:tc>
          <w:tcPr>
            <w:tcW w:w="834" w:type="dxa"/>
            <w:gridSpan w:val="2"/>
          </w:tcPr>
          <w:p w:rsidRPr="008C0C0A" w:rsidR="00F10EFF" w:rsidP="008C0C0A" w:rsidRDefault="00F10EFF" w14:paraId="59493570" w14:textId="77777777">
            <w:pPr>
              <w:jc w:val="both"/>
              <w:rPr>
                <w:rFonts w:ascii="Times New Roman" w:hAnsi="Times New Roman" w:cs="Times New Roman"/>
              </w:rPr>
            </w:pPr>
            <w:sdt>
              <w:sdtPr>
                <w:rPr/>
                <w:alias w:val="Alan"/>
                <w:tag w:val="alan"/>
                <w:id w:val="800000147"/>
                <w15:appearance w15:val="boundingBox"/>
                <w:text/>
              </w:sdtPr>
              <w:sdtContent>
                <w:r>
                  <w:t xml:space="preserve">          </w:t>
                </w:r>
              </w:sdtContent>
            </w:sdt>
          </w:p>
        </w:tc>
        <w:tc>
          <w:tcPr>
            <w:tcW w:w="984" w:type="dxa"/>
            <w:gridSpan w:val="2"/>
          </w:tcPr>
          <w:p w:rsidRPr="008C0C0A" w:rsidR="00F10EFF" w:rsidP="008C0C0A" w:rsidRDefault="00F10EFF" w14:paraId="4678BEAC" w14:textId="523F1659">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29"/>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1" w:type="dxa"/>
            <w:gridSpan w:val="2"/>
          </w:tcPr>
          <w:p w:rsidRPr="008C0C0A" w:rsidR="00F10EFF" w:rsidP="008C0C0A" w:rsidRDefault="00F10EFF" w14:paraId="634031A5" w14:textId="77777777">
            <w:pPr>
              <w:jc w:val="both"/>
              <w:rPr>
                <w:rFonts w:ascii="Times New Roman" w:hAnsi="Times New Roman" w:cs="Times New Roman"/>
              </w:rPr>
            </w:pPr>
            <w:sdt>
              <w:sdtPr>
                <w:rPr/>
                <w:alias w:val="Alan"/>
                <w:tag w:val="alan"/>
                <w:id w:val="800000146"/>
                <w15:appearance w15:val="boundingBox"/>
                <w:text/>
              </w:sdtPr>
              <w:sdtContent>
                <w:r>
                  <w:t xml:space="preserve">      </w:t>
                </w:r>
              </w:sdtContent>
            </w:sdt>
          </w:p>
        </w:tc>
        <w:tc>
          <w:tcPr>
            <w:tcW w:w="807" w:type="dxa"/>
            <w:gridSpan w:val="2"/>
          </w:tcPr>
          <w:p w:rsidRPr="008C0C0A" w:rsidR="00F10EFF" w:rsidP="008C0C0A" w:rsidRDefault="00F10EFF" w14:paraId="75C13A42" w14:textId="77777777">
            <w:pPr>
              <w:jc w:val="both"/>
              <w:rPr>
                <w:rFonts w:ascii="Times New Roman" w:hAnsi="Times New Roman" w:cs="Times New Roman"/>
              </w:rPr>
            </w:pPr>
            <w:sdt>
              <w:sdtPr>
                <w:rPr/>
                <w:alias w:val="Alan"/>
                <w:tag w:val="alan"/>
                <w:id w:val="800000145"/>
                <w15:appearance w15:val="boundingBox"/>
                <w:text/>
              </w:sdtPr>
              <w:sdtContent>
                <w:r>
                  <w:t xml:space="preserve">          </w:t>
                </w:r>
              </w:sdtContent>
            </w:sdt>
          </w:p>
        </w:tc>
        <w:tc>
          <w:tcPr>
            <w:tcW w:w="1088" w:type="dxa"/>
            <w:gridSpan w:val="2"/>
          </w:tcPr>
          <w:p w:rsidRPr="008C0C0A" w:rsidR="00F10EFF" w:rsidP="008C0C0A" w:rsidRDefault="00F10EFF" w14:paraId="2137B024" w14:textId="78607539">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0"/>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85" w:type="dxa"/>
            <w:gridSpan w:val="2"/>
          </w:tcPr>
          <w:p w:rsidRPr="008C0C0A" w:rsidR="00F10EFF" w:rsidP="008C0C0A" w:rsidRDefault="00F10EFF" w14:paraId="706D1EE1" w14:textId="77777777">
            <w:pPr>
              <w:jc w:val="both"/>
              <w:rPr>
                <w:rFonts w:ascii="Times New Roman" w:hAnsi="Times New Roman" w:cs="Times New Roman"/>
              </w:rPr>
            </w:pPr>
            <w:sdt>
              <w:sdtPr>
                <w:rPr/>
                <w:alias w:val="Alan"/>
                <w:tag w:val="alan"/>
                <w:id w:val="800000144"/>
                <w15:appearance w15:val="boundingBox"/>
                <w:text/>
              </w:sdtPr>
              <w:sdtContent>
                <w:r>
                  <w:t xml:space="preserve">           </w:t>
                </w:r>
              </w:sdtContent>
            </w:sdt>
          </w:p>
        </w:tc>
        <w:tc>
          <w:tcPr>
            <w:tcW w:w="568" w:type="dxa"/>
          </w:tcPr>
          <w:p w:rsidRPr="008C0C0A" w:rsidR="00F10EFF" w:rsidP="008C0C0A" w:rsidRDefault="00F10EFF" w14:paraId="25469AB8" w14:textId="77777777">
            <w:pPr>
              <w:jc w:val="both"/>
              <w:rPr>
                <w:rFonts w:ascii="Times New Roman" w:hAnsi="Times New Roman" w:cs="Times New Roman"/>
              </w:rPr>
            </w:pPr>
            <w:sdt>
              <w:sdtPr>
                <w:rPr/>
                <w:alias w:val="Alan"/>
                <w:tag w:val="alan"/>
                <w:id w:val="800000143"/>
                <w15:appearance w15:val="boundingBox"/>
                <w:text/>
              </w:sdtPr>
              <w:sdtContent>
                <w:r>
                  <w:t xml:space="preserve">     </w:t>
                </w:r>
              </w:sdtContent>
            </w:sdt>
          </w:p>
        </w:tc>
      </w:tr>
      <w:tr w:rsidRPr="008C0C0A" w:rsidR="00F10EFF" w:rsidTr="00F10EFF" w14:paraId="74E5D7AE" w14:textId="77777777">
        <w:trPr>
          <w:jc w:val="center"/>
        </w:trPr>
        <w:tc>
          <w:tcPr>
            <w:tcW w:w="1325" w:type="dxa"/>
            <w:gridSpan w:val="2"/>
          </w:tcPr>
          <w:p w:rsidRPr="008C0C0A" w:rsidR="00F10EFF" w:rsidP="008C0C0A" w:rsidRDefault="00F10EFF" w14:paraId="42DCB2CC" w14:textId="1CFDE619">
            <w:pPr>
              <w:jc w:val="both"/>
              <w:rPr>
                <w:rFonts w:ascii="Times New Roman" w:hAnsi="Times New Roman" w:cs="Times New Roman"/>
              </w:rPr>
            </w:pPr>
            <w:r>
              <w:rPr>
                <w:rFonts w:ascii="Times New Roman" w:hAnsi="Times New Roman" w:cs="Times New Roman"/>
                <w:b/>
              </w:rPr>
              <w:t xml:space="preserve">Çevre çiti ve  güvenlik</w:t>
            </w:r>
          </w:p>
        </w:tc>
        <w:tc>
          <w:tcPr>
            <w:tcW w:w="961" w:type="dxa"/>
            <w:gridSpan w:val="2"/>
          </w:tcPr>
          <w:p w:rsidRPr="008C0C0A" w:rsidR="009E033E" w:rsidP="008C0C0A" w:rsidRDefault="00F10EFF" w14:paraId="2C25B939"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9E033E" w14:paraId="27C42097" w14:textId="21E47EA4">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07" w:type="dxa"/>
            <w:gridSpan w:val="2"/>
          </w:tcPr>
          <w:p w:rsidRPr="008C0C0A" w:rsidR="00F10EFF" w:rsidP="008C0C0A" w:rsidRDefault="00F10EFF" w14:paraId="4406BF64" w14:textId="77777777">
            <w:pPr>
              <w:jc w:val="both"/>
              <w:rPr>
                <w:rFonts w:ascii="Times New Roman" w:hAnsi="Times New Roman" w:cs="Times New Roman"/>
              </w:rPr>
            </w:pPr>
            <w:sdt>
              <w:sdtPr>
                <w:rPr/>
                <w:alias w:val="Alan"/>
                <w:tag w:val="alan"/>
                <w:id w:val="800000142"/>
                <w15:appearance w15:val="boundingBox"/>
                <w:text/>
              </w:sdtPr>
              <w:sdtContent>
                <w:r>
                  <w:t xml:space="preserve">      </w:t>
                </w:r>
              </w:sdtContent>
            </w:sdt>
          </w:p>
        </w:tc>
        <w:tc>
          <w:tcPr>
            <w:tcW w:w="834" w:type="dxa"/>
            <w:gridSpan w:val="2"/>
          </w:tcPr>
          <w:p w:rsidRPr="008C0C0A" w:rsidR="00F10EFF" w:rsidP="008C0C0A" w:rsidRDefault="00F10EFF" w14:paraId="0EE268D1" w14:textId="77777777">
            <w:pPr>
              <w:jc w:val="both"/>
              <w:rPr>
                <w:rFonts w:ascii="Times New Roman" w:hAnsi="Times New Roman" w:cs="Times New Roman"/>
              </w:rPr>
            </w:pPr>
            <w:sdt>
              <w:sdtPr>
                <w:rPr/>
                <w:alias w:val="Alan"/>
                <w:tag w:val="alan"/>
                <w:id w:val="800000141"/>
                <w15:appearance w15:val="boundingBox"/>
                <w:text/>
              </w:sdtPr>
              <w:sdtContent>
                <w:r>
                  <w:t xml:space="preserve">          </w:t>
                </w:r>
              </w:sdtContent>
            </w:sdt>
          </w:p>
        </w:tc>
        <w:tc>
          <w:tcPr>
            <w:tcW w:w="984" w:type="dxa"/>
            <w:gridSpan w:val="2"/>
          </w:tcPr>
          <w:p w:rsidRPr="008C0C0A" w:rsidR="009E033E" w:rsidP="008C0C0A" w:rsidRDefault="00F10EFF" w14:paraId="1A7A4C37"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9E033E" w14:paraId="2A230A96" w14:textId="15CE1ED5">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2"/>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81" w:type="dxa"/>
            <w:gridSpan w:val="2"/>
          </w:tcPr>
          <w:p w:rsidRPr="008C0C0A" w:rsidR="00F10EFF" w:rsidP="008C0C0A" w:rsidRDefault="00F10EFF" w14:paraId="709D77A1" w14:textId="77777777">
            <w:pPr>
              <w:jc w:val="both"/>
              <w:rPr>
                <w:rFonts w:ascii="Times New Roman" w:hAnsi="Times New Roman" w:cs="Times New Roman"/>
              </w:rPr>
            </w:pPr>
            <w:sdt>
              <w:sdtPr>
                <w:rPr/>
                <w:alias w:val="Alan"/>
                <w:tag w:val="alan"/>
                <w:id w:val="800000140"/>
                <w15:appearance w15:val="boundingBox"/>
                <w:text/>
              </w:sdtPr>
              <w:sdtContent>
                <w:r>
                  <w:t xml:space="preserve">      </w:t>
                </w:r>
              </w:sdtContent>
            </w:sdt>
          </w:p>
        </w:tc>
        <w:tc>
          <w:tcPr>
            <w:tcW w:w="807" w:type="dxa"/>
            <w:gridSpan w:val="2"/>
          </w:tcPr>
          <w:p w:rsidRPr="008C0C0A" w:rsidR="00F10EFF" w:rsidP="008C0C0A" w:rsidRDefault="00F10EFF" w14:paraId="39DF1ECE" w14:textId="77777777">
            <w:pPr>
              <w:jc w:val="both"/>
              <w:rPr>
                <w:rFonts w:ascii="Times New Roman" w:hAnsi="Times New Roman" w:cs="Times New Roman"/>
              </w:rPr>
            </w:pPr>
            <w:sdt>
              <w:sdtPr>
                <w:rPr/>
                <w:alias w:val="Alan"/>
                <w:tag w:val="alan"/>
                <w:id w:val="800000139"/>
                <w15:appearance w15:val="boundingBox"/>
                <w:text/>
              </w:sdtPr>
              <w:sdtContent>
                <w:r>
                  <w:t xml:space="preserve">          </w:t>
                </w:r>
              </w:sdtContent>
            </w:sdt>
          </w:p>
        </w:tc>
        <w:tc>
          <w:tcPr>
            <w:tcW w:w="1088" w:type="dxa"/>
            <w:gridSpan w:val="2"/>
          </w:tcPr>
          <w:p w:rsidRPr="008C0C0A" w:rsidR="009E033E" w:rsidP="008C0C0A" w:rsidRDefault="00F10EFF" w14:paraId="49FA52E4"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9E033E" w14:paraId="1D59EC25" w14:textId="277E1607">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3"/>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85" w:type="dxa"/>
            <w:gridSpan w:val="2"/>
          </w:tcPr>
          <w:p w:rsidRPr="008C0C0A" w:rsidR="00F10EFF" w:rsidP="008C0C0A" w:rsidRDefault="00F10EFF" w14:paraId="1DC4FE24" w14:textId="77777777">
            <w:pPr>
              <w:jc w:val="both"/>
              <w:rPr>
                <w:rFonts w:ascii="Times New Roman" w:hAnsi="Times New Roman" w:cs="Times New Roman"/>
              </w:rPr>
            </w:pPr>
            <w:sdt>
              <w:sdtPr>
                <w:rPr/>
                <w:alias w:val="Alan"/>
                <w:tag w:val="alan"/>
                <w:id w:val="800000138"/>
                <w15:appearance w15:val="boundingBox"/>
                <w:text/>
              </w:sdtPr>
              <w:sdtContent>
                <w:r>
                  <w:t xml:space="preserve">           </w:t>
                </w:r>
              </w:sdtContent>
            </w:sdt>
          </w:p>
        </w:tc>
        <w:tc>
          <w:tcPr>
            <w:tcW w:w="568" w:type="dxa"/>
          </w:tcPr>
          <w:p w:rsidRPr="008C0C0A" w:rsidR="00F10EFF" w:rsidP="008C0C0A" w:rsidRDefault="00F10EFF" w14:paraId="2956757C" w14:textId="77777777">
            <w:pPr>
              <w:jc w:val="both"/>
              <w:rPr>
                <w:rFonts w:ascii="Times New Roman" w:hAnsi="Times New Roman" w:cs="Times New Roman"/>
              </w:rPr>
            </w:pPr>
            <w:sdt>
              <w:sdtPr>
                <w:rPr/>
                <w:alias w:val="Alan"/>
                <w:tag w:val="alan"/>
                <w:id w:val="800000137"/>
                <w15:appearance w15:val="boundingBox"/>
                <w:text/>
              </w:sdtPr>
              <w:sdtContent>
                <w:r>
                  <w:t xml:space="preserve">     </w:t>
                </w:r>
              </w:sdtContent>
            </w:sdt>
          </w:p>
        </w:tc>
      </w:tr>
      <w:tr w:rsidRPr="008C0C0A" w:rsidR="00F10EFF" w:rsidTr="00F10EFF" w14:paraId="1232FCD0" w14:textId="77777777">
        <w:trPr>
          <w:gridAfter w:val="2"/>
          <w:wAfter w:w="1428" w:type="dxa"/>
          <w:jc w:val="center"/>
        </w:trPr>
        <w:tc>
          <w:tcPr>
            <w:tcW w:w="1609" w:type="dxa"/>
            <w:gridSpan w:val="3"/>
          </w:tcPr>
          <w:p w:rsidRPr="008C0C0A" w:rsidR="00F10EFF" w:rsidP="008C0C0A" w:rsidRDefault="00F10EFF" w14:paraId="05DADAB2" w14:textId="77777777">
            <w:pPr>
              <w:jc w:val="both"/>
              <w:rPr>
                <w:rFonts w:ascii="Times New Roman" w:hAnsi="Times New Roman" w:cs="Times New Roman"/>
              </w:rPr>
            </w:pPr>
            <w:r>
              <w:rPr>
                <w:rFonts w:ascii="Times New Roman" w:hAnsi="Times New Roman" w:cs="Times New Roman"/>
                <w:b/>
              </w:rPr>
              <w:t xml:space="preserve">Pota ve çember sağlamlığı</w:t>
            </w:r>
          </w:p>
        </w:tc>
        <w:tc>
          <w:tcPr>
            <w:tcW w:w="841" w:type="dxa"/>
            <w:gridSpan w:val="2"/>
          </w:tcPr>
          <w:p w:rsidRPr="008C0C0A" w:rsidR="009E033E" w:rsidP="008C0C0A" w:rsidRDefault="009E033E" w14:paraId="420D8C1D"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9E033E" w14:paraId="787FD81B" w14:textId="519BCC38">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30" w:type="dxa"/>
            <w:gridSpan w:val="2"/>
          </w:tcPr>
          <w:p w:rsidRPr="008C0C0A" w:rsidR="00F10EFF" w:rsidP="008C0C0A" w:rsidRDefault="00F10EFF" w14:paraId="75184F69" w14:textId="77777777">
            <w:pPr>
              <w:jc w:val="both"/>
              <w:rPr>
                <w:rFonts w:ascii="Times New Roman" w:hAnsi="Times New Roman" w:cs="Times New Roman"/>
              </w:rPr>
            </w:pPr>
            <w:sdt>
              <w:sdtPr>
                <w:rPr/>
                <w:alias w:val="Alan"/>
                <w:tag w:val="alan"/>
                <w:id w:val="800000136"/>
                <w15:appearance w15:val="boundingBox"/>
                <w:text/>
              </w:sdtPr>
              <w:sdtContent>
                <w:r>
                  <w:t xml:space="preserve">          </w:t>
                </w:r>
              </w:sdtContent>
            </w:sdt>
          </w:p>
        </w:tc>
        <w:tc>
          <w:tcPr>
            <w:tcW w:w="648" w:type="dxa"/>
            <w:gridSpan w:val="2"/>
          </w:tcPr>
          <w:p w:rsidRPr="008C0C0A" w:rsidR="00F10EFF" w:rsidP="008C0C0A" w:rsidRDefault="00F10EFF" w14:paraId="38049A75" w14:textId="3E255FAD">
            <w:pPr>
              <w:jc w:val="both"/>
              <w:rPr>
                <w:rFonts w:ascii="Times New Roman" w:hAnsi="Times New Roman" w:cs="Times New Roman"/>
              </w:rPr>
            </w:pPr>
            <w:sdt>
              <w:sdtPr>
                <w:rPr/>
                <w:alias w:val="Alan"/>
                <w:tag w:val="alan"/>
                <w:id w:val="800000135"/>
                <w15:appearance w15:val="boundingBox"/>
                <w:text/>
              </w:sdtPr>
              <w:sdtContent>
                <w:r>
                  <w:t xml:space="preserve">       </w:t>
                </w:r>
              </w:sdtContent>
            </w:sdt>
          </w:p>
        </w:tc>
        <w:tc>
          <w:tcPr>
            <w:tcW w:w="924" w:type="dxa"/>
            <w:gridSpan w:val="2"/>
          </w:tcPr>
          <w:p w:rsidRPr="008C0C0A" w:rsidR="009E033E" w:rsidP="008C0C0A" w:rsidRDefault="009E033E" w14:paraId="018B7C0A" w14:textId="77777777">
            <w:pPr>
              <w:jc w:val="both"/>
              <w:rPr>
                <w:rFonts w:ascii="Times New Roman" w:hAnsi="Times New Roman" w:cs="Times New Roman"/>
              </w:rPr>
            </w:pPr>
          </w:p>
          <w:p w:rsidRPr="008C0C0A" w:rsidR="00F10EFF" w:rsidP="008C0C0A" w:rsidRDefault="00F10EFF" w14:paraId="6F2F2F10" w14:textId="3FAB090B">
            <w:pPr>
              <w:jc w:val="both"/>
              <w:rPr>
                <w:rFonts w:ascii="Times New Roman" w:hAnsi="Times New Roman" w:cs="Times New Roman"/>
              </w:rPr>
            </w:pPr>
            <w:r>
              <w:rPr>
                <w:rFonts w:ascii="Segoe UI Symbol" w:hAnsi="Segoe UI Symbol" w:cs="Segoe UI Symbol"/>
              </w:rPr>
              <w:t xml:space="preserve"/>
            </w:r>
            <w:sdt>
              <w:sdtPr>
                <w:rPr>
                  <w:rFonts w:ascii="MS Gothic" w:hAnsi="MS Gothic" w:eastAsia="MS Gothic" w:cs="Times New Roman"/>
                </w:rPr>
                <w:alias w:val="Seçim"/>
                <w:tag w:val="onay"/>
                <w:id w:val="80000003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62" w:type="dxa"/>
            <w:gridSpan w:val="2"/>
          </w:tcPr>
          <w:p w:rsidRPr="008C0C0A" w:rsidR="00F10EFF" w:rsidP="008C0C0A" w:rsidRDefault="00F10EFF" w14:paraId="0151542C" w14:textId="77777777">
            <w:pPr>
              <w:jc w:val="both"/>
              <w:rPr>
                <w:rFonts w:ascii="Times New Roman" w:hAnsi="Times New Roman" w:cs="Times New Roman"/>
              </w:rPr>
            </w:pPr>
            <w:sdt>
              <w:sdtPr>
                <w:rPr/>
                <w:alias w:val="Alan"/>
                <w:tag w:val="alan"/>
                <w:id w:val="800000134"/>
                <w15:appearance w15:val="boundingBox"/>
                <w:text/>
              </w:sdtPr>
              <w:sdtContent>
                <w:r>
                  <w:t xml:space="preserve">         </w:t>
                </w:r>
              </w:sdtContent>
            </w:sdt>
          </w:p>
        </w:tc>
        <w:tc>
          <w:tcPr>
            <w:tcW w:w="594" w:type="dxa"/>
            <w:gridSpan w:val="2"/>
          </w:tcPr>
          <w:p w:rsidRPr="008C0C0A" w:rsidR="00F10EFF" w:rsidP="008C0C0A" w:rsidRDefault="00F10EFF" w14:paraId="23A65266" w14:textId="2584ABDF">
            <w:pPr>
              <w:jc w:val="both"/>
              <w:rPr>
                <w:rFonts w:ascii="Times New Roman" w:hAnsi="Times New Roman" w:cs="Times New Roman"/>
              </w:rPr>
            </w:pPr>
            <w:sdt>
              <w:sdtPr>
                <w:rPr/>
                <w:alias w:val="Alan"/>
                <w:tag w:val="alan"/>
                <w:id w:val="800000133"/>
                <w15:appearance w15:val="boundingBox"/>
                <w:text/>
              </w:sdtPr>
              <w:sdtContent>
                <w:r>
                  <w:t xml:space="preserve">      </w:t>
                </w:r>
              </w:sdtContent>
            </w:sdt>
          </w:p>
        </w:tc>
        <w:tc>
          <w:tcPr>
            <w:tcW w:w="1004" w:type="dxa"/>
            <w:gridSpan w:val="2"/>
          </w:tcPr>
          <w:p w:rsidRPr="008C0C0A" w:rsidR="009E033E" w:rsidP="008C0C0A" w:rsidRDefault="00F10EFF" w14:paraId="10E0CFEB"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9E033E" w14:paraId="3EB3C901" w14:textId="2B1FCA02">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6"/>
                <w14:checkbox>
                  <w14:checked w14:val="0"/>
                  <w14:checkedState w14:font="MS Gothic" w14:val="2612"/>
                  <w14:uncheckedState w14:font="MS Gothic" w14:val="2610"/>
                </w14:checkbox>
              </w:sdtPr>
              <w:sdtContent>
                <w:r>
                  <w:rPr>
                    <w:rFonts w:ascii="MS Gothic" w:hAnsi="MS Gothic" w:eastAsia="MS Gothic" w:cs="Times New Roman"/>
                  </w:rPr>
                  <w:t>☐</w:t>
                </w:r>
              </w:sdtContent>
            </w:sdt>
          </w:p>
        </w:tc>
      </w:tr>
      <w:tr w:rsidRPr="008C0C0A" w:rsidR="00F10EFF" w:rsidTr="00F10EFF" w14:paraId="3F04B0A0" w14:textId="77777777">
        <w:trPr>
          <w:gridAfter w:val="2"/>
          <w:wAfter w:w="1428" w:type="dxa"/>
          <w:jc w:val="center"/>
        </w:trPr>
        <w:tc>
          <w:tcPr>
            <w:tcW w:w="1609" w:type="dxa"/>
            <w:gridSpan w:val="3"/>
          </w:tcPr>
          <w:p w:rsidRPr="008C0C0A" w:rsidR="00F10EFF" w:rsidP="008C0C0A" w:rsidRDefault="00747958" w14:paraId="49197C0C" w14:textId="396AB390">
            <w:pPr>
              <w:jc w:val="both"/>
              <w:rPr>
                <w:rFonts w:ascii="Times New Roman" w:hAnsi="Times New Roman" w:cs="Times New Roman"/>
              </w:rPr>
            </w:pPr>
            <w:r>
              <w:rPr>
                <w:rFonts w:ascii="Times New Roman" w:hAnsi="Times New Roman" w:cs="Times New Roman"/>
                <w:b/>
              </w:rPr>
              <w:t xml:space="preserve">Basketbol file durumu</w:t>
            </w:r>
          </w:p>
        </w:tc>
        <w:tc>
          <w:tcPr>
            <w:tcW w:w="841" w:type="dxa"/>
            <w:gridSpan w:val="2"/>
          </w:tcPr>
          <w:p w:rsidRPr="008C0C0A" w:rsidR="00F10EFF" w:rsidP="008C0C0A" w:rsidRDefault="009E033E" w14:paraId="1B80DFA3" w14:textId="687271C6">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30" w:type="dxa"/>
            <w:gridSpan w:val="2"/>
          </w:tcPr>
          <w:p w:rsidRPr="008C0C0A" w:rsidR="00F10EFF" w:rsidP="008C0C0A" w:rsidRDefault="00F10EFF" w14:paraId="0935199A" w14:textId="77777777">
            <w:pPr>
              <w:jc w:val="both"/>
              <w:rPr>
                <w:rFonts w:ascii="Times New Roman" w:hAnsi="Times New Roman" w:cs="Times New Roman"/>
              </w:rPr>
            </w:pPr>
            <w:sdt>
              <w:sdtPr>
                <w:rPr/>
                <w:alias w:val="Alan"/>
                <w:tag w:val="alan"/>
                <w:id w:val="800000132"/>
                <w15:appearance w15:val="boundingBox"/>
                <w:text/>
              </w:sdtPr>
              <w:sdtContent>
                <w:r>
                  <w:t xml:space="preserve">          </w:t>
                </w:r>
              </w:sdtContent>
            </w:sdt>
          </w:p>
        </w:tc>
        <w:tc>
          <w:tcPr>
            <w:tcW w:w="648" w:type="dxa"/>
            <w:gridSpan w:val="2"/>
          </w:tcPr>
          <w:p w:rsidRPr="008C0C0A" w:rsidR="00F10EFF" w:rsidP="008C0C0A" w:rsidRDefault="00F10EFF" w14:paraId="71B8B2F2" w14:textId="141B6C85">
            <w:pPr>
              <w:jc w:val="both"/>
              <w:rPr>
                <w:rFonts w:ascii="Times New Roman" w:hAnsi="Times New Roman" w:cs="Times New Roman"/>
              </w:rPr>
            </w:pPr>
            <w:sdt>
              <w:sdtPr>
                <w:rPr/>
                <w:alias w:val="Alan"/>
                <w:tag w:val="alan"/>
                <w:id w:val="800000131"/>
                <w15:appearance w15:val="boundingBox"/>
                <w:text/>
              </w:sdtPr>
              <w:sdtContent>
                <w:r>
                  <w:t xml:space="preserve">       </w:t>
                </w:r>
              </w:sdtContent>
            </w:sdt>
          </w:p>
        </w:tc>
        <w:tc>
          <w:tcPr>
            <w:tcW w:w="924" w:type="dxa"/>
            <w:gridSpan w:val="2"/>
          </w:tcPr>
          <w:p w:rsidRPr="008C0C0A" w:rsidR="00F10EFF" w:rsidP="008C0C0A" w:rsidRDefault="00F10EFF" w14:paraId="6A8E4B60" w14:textId="0F5FD319">
            <w:pPr>
              <w:jc w:val="both"/>
              <w:rPr>
                <w:rFonts w:ascii="Times New Roman" w:hAnsi="Times New Roman" w:cs="Times New Roman"/>
              </w:rPr>
            </w:pPr>
            <w:r>
              <w:rPr>
                <w:rFonts w:ascii="Segoe UI Symbol" w:hAnsi="Segoe UI Symbol" w:cs="Segoe UI Symbol"/>
              </w:rPr>
              <w:t xml:space="preserve"/>
            </w:r>
            <w:sdt>
              <w:sdtPr>
                <w:rPr>
                  <w:rFonts w:ascii="MS Gothic" w:hAnsi="MS Gothic" w:eastAsia="MS Gothic" w:cs="Times New Roman"/>
                </w:rPr>
                <w:alias w:val="Seçim"/>
                <w:tag w:val="onay"/>
                <w:id w:val="80000003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62" w:type="dxa"/>
            <w:gridSpan w:val="2"/>
          </w:tcPr>
          <w:p w:rsidRPr="008C0C0A" w:rsidR="00F10EFF" w:rsidP="008C0C0A" w:rsidRDefault="00F10EFF" w14:paraId="0E0D9473" w14:textId="77777777">
            <w:pPr>
              <w:jc w:val="both"/>
              <w:rPr>
                <w:rFonts w:ascii="Times New Roman" w:hAnsi="Times New Roman" w:cs="Times New Roman"/>
              </w:rPr>
            </w:pPr>
            <w:sdt>
              <w:sdtPr>
                <w:rPr/>
                <w:alias w:val="Alan"/>
                <w:tag w:val="alan"/>
                <w:id w:val="800000130"/>
                <w15:appearance w15:val="boundingBox"/>
                <w:text/>
              </w:sdtPr>
              <w:sdtContent>
                <w:r>
                  <w:t xml:space="preserve">         </w:t>
                </w:r>
              </w:sdtContent>
            </w:sdt>
          </w:p>
        </w:tc>
        <w:tc>
          <w:tcPr>
            <w:tcW w:w="594" w:type="dxa"/>
            <w:gridSpan w:val="2"/>
          </w:tcPr>
          <w:p w:rsidRPr="008C0C0A" w:rsidR="00F10EFF" w:rsidP="008C0C0A" w:rsidRDefault="00F10EFF" w14:paraId="55B5DEE8" w14:textId="18A7A03B">
            <w:pPr>
              <w:jc w:val="both"/>
              <w:rPr>
                <w:rFonts w:ascii="Times New Roman" w:hAnsi="Times New Roman" w:cs="Times New Roman"/>
              </w:rPr>
            </w:pPr>
            <w:sdt>
              <w:sdtPr>
                <w:rPr/>
                <w:alias w:val="Alan"/>
                <w:tag w:val="alan"/>
                <w:id w:val="800000129"/>
                <w15:appearance w15:val="boundingBox"/>
                <w:text/>
              </w:sdtPr>
              <w:sdtContent>
                <w:r>
                  <w:t xml:space="preserve">      </w:t>
                </w:r>
              </w:sdtContent>
            </w:sdt>
          </w:p>
        </w:tc>
        <w:tc>
          <w:tcPr>
            <w:tcW w:w="1004" w:type="dxa"/>
            <w:gridSpan w:val="2"/>
          </w:tcPr>
          <w:p w:rsidRPr="008C0C0A" w:rsidR="00F10EFF" w:rsidP="008C0C0A" w:rsidRDefault="00F10EFF" w14:paraId="3D3540D3" w14:textId="7D9582CB">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39"/>
                <w14:checkbox>
                  <w14:checked w14:val="0"/>
                  <w14:checkedState w14:font="MS Gothic" w14:val="2612"/>
                  <w14:uncheckedState w14:font="MS Gothic" w14:val="2610"/>
                </w14:checkbox>
              </w:sdtPr>
              <w:sdtContent>
                <w:r>
                  <w:rPr>
                    <w:rFonts w:ascii="MS Gothic" w:hAnsi="MS Gothic" w:eastAsia="MS Gothic" w:cs="Times New Roman"/>
                  </w:rPr>
                  <w:t>☐</w:t>
                </w:r>
              </w:sdtContent>
            </w:sdt>
          </w:p>
        </w:tc>
      </w:tr>
      <w:tr w:rsidRPr="008C0C0A" w:rsidR="00F10EFF" w:rsidTr="00F10EFF" w14:paraId="5DE9D87A" w14:textId="77777777">
        <w:trPr>
          <w:gridAfter w:val="2"/>
          <w:wAfter w:w="1428" w:type="dxa"/>
          <w:jc w:val="center"/>
        </w:trPr>
        <w:tc>
          <w:tcPr>
            <w:tcW w:w="1609" w:type="dxa"/>
            <w:gridSpan w:val="3"/>
          </w:tcPr>
          <w:p w:rsidRPr="008C0C0A" w:rsidR="00F10EFF" w:rsidP="008C0C0A" w:rsidRDefault="00F10EFF" w14:paraId="31F8B907" w14:textId="32D19205">
            <w:pPr>
              <w:jc w:val="both"/>
              <w:rPr>
                <w:rFonts w:ascii="Times New Roman" w:hAnsi="Times New Roman" w:cs="Times New Roman"/>
              </w:rPr>
            </w:pPr>
            <w:r>
              <w:rPr>
                <w:rFonts w:ascii="Times New Roman" w:hAnsi="Times New Roman" w:cs="Times New Roman"/>
                <w:b/>
              </w:rPr>
              <w:lastRenderedPageBreak/>
              <w:t xml:space="preserve">Çevre temizliği</w:t>
            </w:r>
          </w:p>
        </w:tc>
        <w:tc>
          <w:tcPr>
            <w:tcW w:w="841" w:type="dxa"/>
            <w:gridSpan w:val="2"/>
          </w:tcPr>
          <w:p w:rsidRPr="008C0C0A" w:rsidR="00F10EFF" w:rsidP="008C0C0A" w:rsidRDefault="009E033E" w14:paraId="1A7D94B9" w14:textId="1CF4E3F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0"/>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830" w:type="dxa"/>
            <w:gridSpan w:val="2"/>
          </w:tcPr>
          <w:p w:rsidRPr="008C0C0A" w:rsidR="00F10EFF" w:rsidP="008C0C0A" w:rsidRDefault="00F10EFF" w14:paraId="5ECB6A60" w14:textId="77777777">
            <w:pPr>
              <w:jc w:val="both"/>
              <w:rPr>
                <w:rFonts w:ascii="Times New Roman" w:hAnsi="Times New Roman" w:cs="Times New Roman"/>
              </w:rPr>
            </w:pPr>
            <w:sdt>
              <w:sdtPr>
                <w:rPr/>
                <w:alias w:val="Alan"/>
                <w:tag w:val="alan"/>
                <w:id w:val="800000128"/>
                <w15:appearance w15:val="boundingBox"/>
                <w:text/>
              </w:sdtPr>
              <w:sdtContent>
                <w:r>
                  <w:t xml:space="preserve">          </w:t>
                </w:r>
              </w:sdtContent>
            </w:sdt>
          </w:p>
        </w:tc>
        <w:tc>
          <w:tcPr>
            <w:tcW w:w="648" w:type="dxa"/>
            <w:gridSpan w:val="2"/>
          </w:tcPr>
          <w:p w:rsidRPr="008C0C0A" w:rsidR="00F10EFF" w:rsidP="008C0C0A" w:rsidRDefault="00F10EFF" w14:paraId="2DDEFF49" w14:textId="34AD023F">
            <w:pPr>
              <w:jc w:val="both"/>
              <w:rPr>
                <w:rFonts w:ascii="Times New Roman" w:hAnsi="Times New Roman" w:cs="Times New Roman"/>
              </w:rPr>
            </w:pPr>
            <w:sdt>
              <w:sdtPr>
                <w:rPr/>
                <w:alias w:val="Alan"/>
                <w:tag w:val="alan"/>
                <w:id w:val="800000127"/>
                <w15:appearance w15:val="boundingBox"/>
                <w:text/>
              </w:sdtPr>
              <w:sdtContent>
                <w:r>
                  <w:t xml:space="preserve">       </w:t>
                </w:r>
              </w:sdtContent>
            </w:sdt>
          </w:p>
        </w:tc>
        <w:tc>
          <w:tcPr>
            <w:tcW w:w="924" w:type="dxa"/>
            <w:gridSpan w:val="2"/>
          </w:tcPr>
          <w:p w:rsidRPr="008C0C0A" w:rsidR="00F10EFF" w:rsidP="008C0C0A" w:rsidRDefault="00F10EFF" w14:paraId="2CF8856D" w14:textId="255F7A6A">
            <w:pPr>
              <w:jc w:val="both"/>
              <w:rPr>
                <w:rFonts w:ascii="Times New Roman" w:hAnsi="Times New Roman" w:cs="Times New Roman"/>
              </w:rPr>
            </w:pPr>
            <w:r>
              <w:rPr>
                <w:rFonts w:ascii="Segoe UI Symbol" w:hAnsi="Segoe UI Symbol" w:cs="Segoe UI Symbol"/>
              </w:rPr>
              <w:t xml:space="preserve"/>
            </w:r>
            <w:sdt>
              <w:sdtPr>
                <w:rPr>
                  <w:rFonts w:ascii="MS Gothic" w:hAnsi="MS Gothic" w:eastAsia="MS Gothic" w:cs="Times New Roman"/>
                </w:rPr>
                <w:alias w:val="Seçim"/>
                <w:tag w:val="onay"/>
                <w:id w:val="80000004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762" w:type="dxa"/>
            <w:gridSpan w:val="2"/>
          </w:tcPr>
          <w:p w:rsidRPr="008C0C0A" w:rsidR="00F10EFF" w:rsidP="008C0C0A" w:rsidRDefault="00F10EFF" w14:paraId="619883A2" w14:textId="77777777">
            <w:pPr>
              <w:jc w:val="both"/>
              <w:rPr>
                <w:rFonts w:ascii="Times New Roman" w:hAnsi="Times New Roman" w:cs="Times New Roman"/>
              </w:rPr>
            </w:pPr>
            <w:sdt>
              <w:sdtPr>
                <w:rPr/>
                <w:alias w:val="Alan"/>
                <w:tag w:val="alan"/>
                <w:id w:val="800000126"/>
                <w15:appearance w15:val="boundingBox"/>
                <w:text/>
              </w:sdtPr>
              <w:sdtContent>
                <w:r>
                  <w:t xml:space="preserve">         </w:t>
                </w:r>
              </w:sdtContent>
            </w:sdt>
          </w:p>
        </w:tc>
        <w:tc>
          <w:tcPr>
            <w:tcW w:w="594" w:type="dxa"/>
            <w:gridSpan w:val="2"/>
          </w:tcPr>
          <w:p w:rsidRPr="008C0C0A" w:rsidR="00F10EFF" w:rsidP="008C0C0A" w:rsidRDefault="00F10EFF" w14:paraId="5EF460C5" w14:textId="39A90CDE">
            <w:pPr>
              <w:jc w:val="both"/>
              <w:rPr>
                <w:rFonts w:ascii="Times New Roman" w:hAnsi="Times New Roman" w:cs="Times New Roman"/>
              </w:rPr>
            </w:pPr>
            <w:sdt>
              <w:sdtPr>
                <w:rPr/>
                <w:alias w:val="Alan"/>
                <w:tag w:val="alan"/>
                <w:id w:val="800000125"/>
                <w15:appearance w15:val="boundingBox"/>
                <w:text/>
              </w:sdtPr>
              <w:sdtContent>
                <w:r>
                  <w:t xml:space="preserve">      </w:t>
                </w:r>
              </w:sdtContent>
            </w:sdt>
          </w:p>
        </w:tc>
        <w:tc>
          <w:tcPr>
            <w:tcW w:w="1004" w:type="dxa"/>
            <w:gridSpan w:val="2"/>
          </w:tcPr>
          <w:p w:rsidRPr="008C0C0A" w:rsidR="00F10EFF" w:rsidP="008C0C0A" w:rsidRDefault="00F10EFF" w14:paraId="603149D2" w14:textId="6BC79E4E">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2"/>
                <w14:checkbox>
                  <w14:checked w14:val="0"/>
                  <w14:checkedState w14:font="MS Gothic" w14:val="2612"/>
                  <w14:uncheckedState w14:font="MS Gothic" w14:val="2610"/>
                </w14:checkbox>
              </w:sdtPr>
              <w:sdtContent>
                <w:r>
                  <w:rPr>
                    <w:rFonts w:ascii="MS Gothic" w:hAnsi="MS Gothic" w:eastAsia="MS Gothic" w:cs="Times New Roman"/>
                  </w:rPr>
                  <w:t>☐</w:t>
                </w:r>
              </w:sdtContent>
            </w:sdt>
          </w:p>
        </w:tc>
      </w:tr>
      <w:tr w:rsidRPr="008C0C0A" w:rsidR="00F10EFF" w:rsidTr="00F10EFF" w14:paraId="27B978EA" w14:textId="77777777">
        <w:trPr>
          <w:gridAfter w:val="2"/>
          <w:wAfter w:w="1428" w:type="dxa"/>
          <w:jc w:val="center"/>
        </w:trPr>
        <w:tc>
          <w:tcPr>
            <w:tcW w:w="1609" w:type="dxa"/>
            <w:gridSpan w:val="3"/>
          </w:tcPr>
          <w:p w:rsidRPr="008C0C0A" w:rsidR="00F10EFF" w:rsidP="008C0C0A" w:rsidRDefault="00F10EFF" w14:paraId="6F229C54" w14:textId="0992A906">
            <w:pPr>
              <w:jc w:val="both"/>
              <w:rPr>
                <w:rFonts w:ascii="Times New Roman" w:hAnsi="Times New Roman" w:cs="Times New Roman"/>
              </w:rPr>
            </w:pPr>
          </w:p>
        </w:tc>
        <w:tc>
          <w:tcPr>
            <w:tcW w:w="841" w:type="dxa"/>
            <w:gridSpan w:val="2"/>
          </w:tcPr>
          <w:p w:rsidRPr="008C0C0A" w:rsidR="00F10EFF" w:rsidP="008C0C0A" w:rsidRDefault="00F10EFF" w14:paraId="68C6CF37" w14:textId="77777777">
            <w:pPr>
              <w:jc w:val="both"/>
              <w:rPr>
                <w:rFonts w:ascii="Times New Roman" w:hAnsi="Times New Roman" w:cs="Times New Roman"/>
              </w:rPr>
            </w:pPr>
          </w:p>
        </w:tc>
        <w:tc>
          <w:tcPr>
            <w:tcW w:w="830" w:type="dxa"/>
            <w:gridSpan w:val="2"/>
          </w:tcPr>
          <w:p w:rsidRPr="008C0C0A" w:rsidR="00F10EFF" w:rsidP="008C0C0A" w:rsidRDefault="00F10EFF" w14:paraId="31B08FD9" w14:textId="77777777">
            <w:pPr>
              <w:jc w:val="both"/>
              <w:rPr>
                <w:rFonts w:ascii="Times New Roman" w:hAnsi="Times New Roman" w:cs="Times New Roman"/>
              </w:rPr>
            </w:pPr>
          </w:p>
        </w:tc>
        <w:tc>
          <w:tcPr>
            <w:tcW w:w="648" w:type="dxa"/>
            <w:gridSpan w:val="2"/>
          </w:tcPr>
          <w:p w:rsidRPr="008C0C0A" w:rsidR="00F10EFF" w:rsidP="008C0C0A" w:rsidRDefault="00F10EFF" w14:paraId="1DD444D1" w14:textId="3CBCCA7A">
            <w:pPr>
              <w:jc w:val="both"/>
              <w:rPr>
                <w:rFonts w:ascii="Times New Roman" w:hAnsi="Times New Roman" w:cs="Times New Roman"/>
              </w:rPr>
            </w:pPr>
          </w:p>
        </w:tc>
        <w:tc>
          <w:tcPr>
            <w:tcW w:w="924" w:type="dxa"/>
            <w:gridSpan w:val="2"/>
          </w:tcPr>
          <w:p w:rsidRPr="008C0C0A" w:rsidR="00F10EFF" w:rsidP="008C0C0A" w:rsidRDefault="00F10EFF" w14:paraId="4B1D7BBA" w14:textId="77777777">
            <w:pPr>
              <w:jc w:val="both"/>
              <w:rPr>
                <w:rFonts w:ascii="Times New Roman" w:hAnsi="Times New Roman" w:cs="Times New Roman"/>
              </w:rPr>
            </w:pPr>
          </w:p>
        </w:tc>
        <w:tc>
          <w:tcPr>
            <w:tcW w:w="762" w:type="dxa"/>
            <w:gridSpan w:val="2"/>
          </w:tcPr>
          <w:p w:rsidRPr="008C0C0A" w:rsidR="00F10EFF" w:rsidP="008C0C0A" w:rsidRDefault="00F10EFF" w14:paraId="72805FF5" w14:textId="77777777">
            <w:pPr>
              <w:jc w:val="both"/>
              <w:rPr>
                <w:rFonts w:ascii="Times New Roman" w:hAnsi="Times New Roman" w:cs="Times New Roman"/>
              </w:rPr>
            </w:pPr>
          </w:p>
        </w:tc>
        <w:tc>
          <w:tcPr>
            <w:tcW w:w="594" w:type="dxa"/>
            <w:gridSpan w:val="2"/>
          </w:tcPr>
          <w:p w:rsidRPr="008C0C0A" w:rsidR="00F10EFF" w:rsidP="008C0C0A" w:rsidRDefault="00F10EFF" w14:paraId="7360DAF7" w14:textId="32FEC2B5">
            <w:pPr>
              <w:jc w:val="both"/>
              <w:rPr>
                <w:rFonts w:ascii="Times New Roman" w:hAnsi="Times New Roman" w:cs="Times New Roman"/>
              </w:rPr>
            </w:pPr>
          </w:p>
        </w:tc>
        <w:tc>
          <w:tcPr>
            <w:tcW w:w="1004" w:type="dxa"/>
            <w:gridSpan w:val="2"/>
          </w:tcPr>
          <w:p w:rsidRPr="008C0C0A" w:rsidR="00F10EFF" w:rsidP="008C0C0A" w:rsidRDefault="00F10EFF" w14:paraId="65BD3C26" w14:textId="1DCE4738">
            <w:pPr>
              <w:jc w:val="both"/>
              <w:rPr>
                <w:rFonts w:ascii="Times New Roman" w:hAnsi="Times New Roman" w:cs="Times New Roman"/>
              </w:rPr>
            </w:pPr>
          </w:p>
        </w:tc>
      </w:tr>
      <w:tr w:rsidRPr="008C0C0A" w:rsidR="00F10EFF" w:rsidTr="00F10EFF" w14:paraId="48D14F38" w14:textId="77777777">
        <w:trPr>
          <w:gridAfter w:val="2"/>
          <w:wAfter w:w="1428" w:type="dxa"/>
          <w:jc w:val="center"/>
        </w:trPr>
        <w:tc>
          <w:tcPr>
            <w:tcW w:w="1609" w:type="dxa"/>
            <w:gridSpan w:val="3"/>
          </w:tcPr>
          <w:p w:rsidRPr="008C0C0A" w:rsidR="00F10EFF" w:rsidP="008C0C0A" w:rsidRDefault="00F10EFF" w14:paraId="11606D32" w14:textId="1ECA62AD">
            <w:pPr>
              <w:jc w:val="both"/>
              <w:rPr>
                <w:rFonts w:ascii="Times New Roman" w:hAnsi="Times New Roman" w:cs="Times New Roman"/>
              </w:rPr>
            </w:pPr>
          </w:p>
        </w:tc>
        <w:tc>
          <w:tcPr>
            <w:tcW w:w="841" w:type="dxa"/>
            <w:gridSpan w:val="2"/>
          </w:tcPr>
          <w:p w:rsidRPr="008C0C0A" w:rsidR="00F10EFF" w:rsidP="008C0C0A" w:rsidRDefault="00F10EFF" w14:paraId="14E809E1" w14:textId="77777777">
            <w:pPr>
              <w:jc w:val="both"/>
              <w:rPr>
                <w:rFonts w:ascii="Times New Roman" w:hAnsi="Times New Roman" w:cs="Times New Roman"/>
              </w:rPr>
            </w:pPr>
          </w:p>
        </w:tc>
        <w:tc>
          <w:tcPr>
            <w:tcW w:w="830" w:type="dxa"/>
            <w:gridSpan w:val="2"/>
          </w:tcPr>
          <w:p w:rsidRPr="008C0C0A" w:rsidR="00F10EFF" w:rsidP="008C0C0A" w:rsidRDefault="00F10EFF" w14:paraId="457E1D02" w14:textId="77777777">
            <w:pPr>
              <w:jc w:val="both"/>
              <w:rPr>
                <w:rFonts w:ascii="Times New Roman" w:hAnsi="Times New Roman" w:cs="Times New Roman"/>
              </w:rPr>
            </w:pPr>
          </w:p>
        </w:tc>
        <w:tc>
          <w:tcPr>
            <w:tcW w:w="648" w:type="dxa"/>
            <w:gridSpan w:val="2"/>
          </w:tcPr>
          <w:p w:rsidRPr="008C0C0A" w:rsidR="00F10EFF" w:rsidP="008C0C0A" w:rsidRDefault="00F10EFF" w14:paraId="3B49D5E1" w14:textId="5D8B5664">
            <w:pPr>
              <w:jc w:val="both"/>
              <w:rPr>
                <w:rFonts w:ascii="Times New Roman" w:hAnsi="Times New Roman" w:cs="Times New Roman"/>
              </w:rPr>
            </w:pPr>
          </w:p>
        </w:tc>
        <w:tc>
          <w:tcPr>
            <w:tcW w:w="924" w:type="dxa"/>
            <w:gridSpan w:val="2"/>
          </w:tcPr>
          <w:p w:rsidRPr="008C0C0A" w:rsidR="00F10EFF" w:rsidP="008C0C0A" w:rsidRDefault="00F10EFF" w14:paraId="059D697A" w14:textId="77777777">
            <w:pPr>
              <w:jc w:val="both"/>
              <w:rPr>
                <w:rFonts w:ascii="Times New Roman" w:hAnsi="Times New Roman" w:cs="Times New Roman"/>
              </w:rPr>
            </w:pPr>
          </w:p>
        </w:tc>
        <w:tc>
          <w:tcPr>
            <w:tcW w:w="762" w:type="dxa"/>
            <w:gridSpan w:val="2"/>
          </w:tcPr>
          <w:p w:rsidRPr="008C0C0A" w:rsidR="00F10EFF" w:rsidP="008C0C0A" w:rsidRDefault="00F10EFF" w14:paraId="6C5E27DD" w14:textId="77777777">
            <w:pPr>
              <w:jc w:val="both"/>
              <w:rPr>
                <w:rFonts w:ascii="Times New Roman" w:hAnsi="Times New Roman" w:cs="Times New Roman"/>
              </w:rPr>
            </w:pPr>
          </w:p>
        </w:tc>
        <w:tc>
          <w:tcPr>
            <w:tcW w:w="594" w:type="dxa"/>
            <w:gridSpan w:val="2"/>
          </w:tcPr>
          <w:p w:rsidRPr="008C0C0A" w:rsidR="00F10EFF" w:rsidP="008C0C0A" w:rsidRDefault="00F10EFF" w14:paraId="1A9EF3DB" w14:textId="41EE41C6">
            <w:pPr>
              <w:jc w:val="both"/>
              <w:rPr>
                <w:rFonts w:ascii="Times New Roman" w:hAnsi="Times New Roman" w:cs="Times New Roman"/>
              </w:rPr>
            </w:pPr>
          </w:p>
        </w:tc>
        <w:tc>
          <w:tcPr>
            <w:tcW w:w="1004" w:type="dxa"/>
            <w:gridSpan w:val="2"/>
          </w:tcPr>
          <w:p w:rsidRPr="008C0C0A" w:rsidR="00F10EFF" w:rsidP="008C0C0A" w:rsidRDefault="00F10EFF" w14:paraId="5EFDC73D" w14:textId="4BA07B08">
            <w:pPr>
              <w:jc w:val="both"/>
              <w:rPr>
                <w:rFonts w:ascii="Times New Roman" w:hAnsi="Times New Roman" w:cs="Times New Roman"/>
              </w:rPr>
            </w:pPr>
          </w:p>
        </w:tc>
      </w:tr>
      <w:tr w:rsidRPr="008C0C0A" w:rsidR="00F10EFF" w:rsidTr="00F10EFF" w14:paraId="0FE03B3E" w14:textId="77777777">
        <w:trPr>
          <w:gridAfter w:val="2"/>
          <w:wAfter w:w="1428" w:type="dxa"/>
          <w:jc w:val="center"/>
        </w:trPr>
        <w:tc>
          <w:tcPr>
            <w:tcW w:w="1609" w:type="dxa"/>
            <w:gridSpan w:val="3"/>
          </w:tcPr>
          <w:p w:rsidRPr="008C0C0A" w:rsidR="00F10EFF" w:rsidP="008C0C0A" w:rsidRDefault="00F10EFF" w14:paraId="20D8EBF1" w14:textId="7BFDA61E">
            <w:pPr>
              <w:jc w:val="both"/>
              <w:rPr>
                <w:rFonts w:ascii="Times New Roman" w:hAnsi="Times New Roman" w:cs="Times New Roman"/>
              </w:rPr>
            </w:pPr>
          </w:p>
        </w:tc>
        <w:tc>
          <w:tcPr>
            <w:tcW w:w="841" w:type="dxa"/>
            <w:gridSpan w:val="2"/>
          </w:tcPr>
          <w:p w:rsidRPr="008C0C0A" w:rsidR="00F10EFF" w:rsidP="008C0C0A" w:rsidRDefault="00F10EFF" w14:paraId="4F34D951" w14:textId="77777777">
            <w:pPr>
              <w:jc w:val="both"/>
              <w:rPr>
                <w:rFonts w:ascii="Times New Roman" w:hAnsi="Times New Roman" w:cs="Times New Roman"/>
              </w:rPr>
            </w:pPr>
          </w:p>
        </w:tc>
        <w:tc>
          <w:tcPr>
            <w:tcW w:w="830" w:type="dxa"/>
            <w:gridSpan w:val="2"/>
          </w:tcPr>
          <w:p w:rsidRPr="008C0C0A" w:rsidR="00F10EFF" w:rsidP="008C0C0A" w:rsidRDefault="00F10EFF" w14:paraId="323FF0BC" w14:textId="77777777">
            <w:pPr>
              <w:jc w:val="both"/>
              <w:rPr>
                <w:rFonts w:ascii="Times New Roman" w:hAnsi="Times New Roman" w:cs="Times New Roman"/>
              </w:rPr>
            </w:pPr>
          </w:p>
        </w:tc>
        <w:tc>
          <w:tcPr>
            <w:tcW w:w="648" w:type="dxa"/>
            <w:gridSpan w:val="2"/>
          </w:tcPr>
          <w:p w:rsidRPr="008C0C0A" w:rsidR="00F10EFF" w:rsidP="008C0C0A" w:rsidRDefault="00F10EFF" w14:paraId="3CE032CD" w14:textId="122BB809">
            <w:pPr>
              <w:jc w:val="both"/>
              <w:rPr>
                <w:rFonts w:ascii="Times New Roman" w:hAnsi="Times New Roman" w:cs="Times New Roman"/>
              </w:rPr>
            </w:pPr>
          </w:p>
        </w:tc>
        <w:tc>
          <w:tcPr>
            <w:tcW w:w="924" w:type="dxa"/>
            <w:gridSpan w:val="2"/>
          </w:tcPr>
          <w:p w:rsidRPr="008C0C0A" w:rsidR="00F10EFF" w:rsidP="008C0C0A" w:rsidRDefault="00F10EFF" w14:paraId="069CAED6" w14:textId="77777777">
            <w:pPr>
              <w:jc w:val="both"/>
              <w:rPr>
                <w:rFonts w:ascii="Times New Roman" w:hAnsi="Times New Roman" w:cs="Times New Roman"/>
              </w:rPr>
            </w:pPr>
          </w:p>
        </w:tc>
        <w:tc>
          <w:tcPr>
            <w:tcW w:w="762" w:type="dxa"/>
            <w:gridSpan w:val="2"/>
          </w:tcPr>
          <w:p w:rsidRPr="008C0C0A" w:rsidR="00F10EFF" w:rsidP="008C0C0A" w:rsidRDefault="00F10EFF" w14:paraId="00186B45" w14:textId="77777777">
            <w:pPr>
              <w:jc w:val="both"/>
              <w:rPr>
                <w:rFonts w:ascii="Times New Roman" w:hAnsi="Times New Roman" w:cs="Times New Roman"/>
              </w:rPr>
            </w:pPr>
          </w:p>
        </w:tc>
        <w:tc>
          <w:tcPr>
            <w:tcW w:w="594" w:type="dxa"/>
            <w:gridSpan w:val="2"/>
          </w:tcPr>
          <w:p w:rsidRPr="008C0C0A" w:rsidR="00F10EFF" w:rsidP="008C0C0A" w:rsidRDefault="00F10EFF" w14:paraId="0009A96F" w14:textId="732C2871">
            <w:pPr>
              <w:jc w:val="both"/>
              <w:rPr>
                <w:rFonts w:ascii="Times New Roman" w:hAnsi="Times New Roman" w:cs="Times New Roman"/>
              </w:rPr>
            </w:pPr>
          </w:p>
        </w:tc>
        <w:tc>
          <w:tcPr>
            <w:tcW w:w="1004" w:type="dxa"/>
            <w:gridSpan w:val="2"/>
          </w:tcPr>
          <w:p w:rsidRPr="008C0C0A" w:rsidR="00F10EFF" w:rsidP="008C0C0A" w:rsidRDefault="00F10EFF" w14:paraId="0DB5BB54" w14:textId="284D83B9">
            <w:pPr>
              <w:jc w:val="both"/>
              <w:rPr>
                <w:rFonts w:ascii="Times New Roman" w:hAnsi="Times New Roman" w:cs="Times New Roman"/>
              </w:rPr>
            </w:pPr>
          </w:p>
        </w:tc>
      </w:tr>
    </w:tbl>
    <w:p w:rsidRPr="008C0C0A" w:rsidR="003736A2" w:rsidP="008C0C0A" w:rsidRDefault="003736A2" w14:paraId="62F8C827" w14:textId="77777777">
      <w:pPr>
        <w:jc w:val="both"/>
        <w:rPr>
          <w:rFonts w:ascii="Times New Roman" w:hAnsi="Times New Roman" w:cs="Times New Roman"/>
        </w:rPr>
      </w:pPr>
    </w:p>
    <w:p w:rsidRPr="008C0C0A" w:rsidR="001C0F44" w:rsidP="008C0C0A" w:rsidRDefault="00901938" w14:paraId="44827F9A" w14:textId="77509B17">
      <w:pPr>
        <w:pStyle w:val="Balk2"/>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TENİS KORTU</w:t>
      </w:r>
    </w:p>
    <w:tbl>
      <w:tblPr>
        <w:tblW w:w="0" w:type="auto"/>
        <w:jc w:val="center"/>
        <w:tblLook w:val="04A0" w:firstRow="1" w:lastRow="0" w:firstColumn="1" w:lastColumn="0" w:noHBand="0" w:noVBand="1"/>
      </w:tblPr>
      <w:tblGrid>
        <w:gridCol w:w="1318"/>
        <w:gridCol w:w="806"/>
        <w:gridCol w:w="1006"/>
        <w:gridCol w:w="566"/>
        <w:gridCol w:w="566"/>
        <w:gridCol w:w="949"/>
        <w:gridCol w:w="432"/>
        <w:gridCol w:w="432"/>
        <w:gridCol w:w="432"/>
        <w:gridCol w:w="1055"/>
        <w:gridCol w:w="639"/>
        <w:gridCol w:w="439"/>
      </w:tblGrid>
      <w:tr w:rsidRPr="008C0C0A" w:rsidR="00F10EFF" w:rsidTr="00F10EFF" w14:paraId="4DB8EE48" w14:textId="77777777">
        <w:trPr>
          <w:jc w:val="center"/>
        </w:trPr>
        <w:tc>
          <w:tcPr>
            <w:tcW w:w="1318" w:type="dxa"/>
          </w:tcPr>
          <w:p w:rsidRPr="008C0C0A" w:rsidR="00F10EFF" w:rsidP="008C0C0A" w:rsidRDefault="00F10EFF" w14:paraId="2CB49F08" w14:textId="3EB2A378">
            <w:pPr>
              <w:jc w:val="both"/>
              <w:rPr>
                <w:rFonts w:ascii="Times New Roman" w:hAnsi="Times New Roman" w:cs="Times New Roman"/>
              </w:rPr>
            </w:pPr>
            <w:r>
              <w:rPr>
                <w:rFonts w:ascii="Times New Roman" w:hAnsi="Times New Roman" w:cs="Times New Roman"/>
                <w:b/>
              </w:rPr>
              <w:t>Yapılan</w:t>
            </w:r>
          </w:p>
          <w:p w:rsidRPr="008C0C0A" w:rsidR="00F10EFF" w:rsidP="008C0C0A" w:rsidRDefault="00F10EFF" w14:paraId="77194C8D" w14:textId="77777777">
            <w:pPr>
              <w:jc w:val="both"/>
              <w:rPr>
                <w:rFonts w:ascii="Times New Roman" w:hAnsi="Times New Roman" w:cs="Times New Roman"/>
              </w:rPr>
            </w:pPr>
            <w:r>
              <w:rPr>
                <w:rFonts w:ascii="Times New Roman" w:hAnsi="Times New Roman" w:cs="Times New Roman"/>
                <w:b/>
              </w:rPr>
              <w:t xml:space="preserve">Kontrol </w:t>
            </w:r>
          </w:p>
          <w:p w:rsidRPr="008C0C0A" w:rsidR="00F10EFF" w:rsidP="008C0C0A" w:rsidRDefault="00F10EFF" w14:paraId="5D660A30" w14:textId="39CFE1E1">
            <w:pPr>
              <w:jc w:val="both"/>
              <w:rPr>
                <w:rFonts w:ascii="Times New Roman" w:hAnsi="Times New Roman" w:cs="Times New Roman"/>
              </w:rPr>
            </w:pPr>
          </w:p>
        </w:tc>
        <w:tc>
          <w:tcPr>
            <w:tcW w:w="806" w:type="dxa"/>
          </w:tcPr>
          <w:p w:rsidRPr="008C0C0A" w:rsidR="00F10EFF" w:rsidP="008C0C0A" w:rsidRDefault="00F10EFF" w14:paraId="2B9F2A06" w14:textId="77777777">
            <w:pPr>
              <w:jc w:val="both"/>
              <w:rPr>
                <w:rFonts w:ascii="Times New Roman" w:hAnsi="Times New Roman" w:cs="Times New Roman"/>
              </w:rPr>
            </w:pPr>
            <w:sdt>
              <w:sdtPr>
                <w:rPr/>
                <w:alias w:val="Alan"/>
                <w:tag w:val="alan"/>
                <w:id w:val="800000124"/>
                <w15:appearance w15:val="boundingBox"/>
                <w:text/>
              </w:sdtPr>
              <w:sdtContent>
                <w:r>
                  <w:t xml:space="preserve">          </w:t>
                </w:r>
              </w:sdtContent>
            </w:sdt>
          </w:p>
        </w:tc>
        <w:tc>
          <w:tcPr>
            <w:tcW w:w="1006" w:type="dxa"/>
          </w:tcPr>
          <w:p w:rsidRPr="008C0C0A" w:rsidR="00F10EFF" w:rsidP="008C0C0A" w:rsidRDefault="00F10EFF" w14:paraId="2EA1CC13" w14:textId="52308D07">
            <w:pPr>
              <w:jc w:val="both"/>
              <w:rPr>
                <w:rFonts w:ascii="Times New Roman" w:hAnsi="Times New Roman" w:cs="Times New Roman"/>
              </w:rPr>
            </w:pPr>
            <w:r>
              <w:rPr>
                <w:rFonts w:ascii="Times New Roman" w:hAnsi="Times New Roman" w:cs="Times New Roman"/>
                <w:b/>
              </w:rPr>
              <w:t>Sağlam</w:t>
            </w:r>
          </w:p>
        </w:tc>
        <w:tc>
          <w:tcPr>
            <w:tcW w:w="566" w:type="dxa"/>
          </w:tcPr>
          <w:p w:rsidRPr="008C0C0A" w:rsidR="00F10EFF" w:rsidP="008C0C0A" w:rsidRDefault="00F10EFF" w14:paraId="4FAB712C" w14:textId="77777777">
            <w:pPr>
              <w:jc w:val="both"/>
              <w:rPr>
                <w:rFonts w:ascii="Times New Roman" w:hAnsi="Times New Roman" w:cs="Times New Roman"/>
              </w:rPr>
            </w:pPr>
            <w:sdt>
              <w:sdtPr>
                <w:rPr/>
                <w:alias w:val="Alan"/>
                <w:tag w:val="alan"/>
                <w:id w:val="800000123"/>
                <w15:appearance w15:val="boundingBox"/>
                <w:text/>
              </w:sdtPr>
              <w:sdtContent>
                <w:r>
                  <w:t xml:space="preserve">     </w:t>
                </w:r>
              </w:sdtContent>
            </w:sdt>
          </w:p>
        </w:tc>
        <w:tc>
          <w:tcPr>
            <w:tcW w:w="566" w:type="dxa"/>
          </w:tcPr>
          <w:p w:rsidRPr="008C0C0A" w:rsidR="00F10EFF" w:rsidP="008C0C0A" w:rsidRDefault="00F10EFF" w14:paraId="71390108" w14:textId="174BBD57">
            <w:pPr>
              <w:jc w:val="both"/>
              <w:rPr>
                <w:rFonts w:ascii="Times New Roman" w:hAnsi="Times New Roman" w:cs="Times New Roman"/>
              </w:rPr>
            </w:pPr>
            <w:sdt>
              <w:sdtPr>
                <w:rPr/>
                <w:alias w:val="Alan"/>
                <w:tag w:val="alan"/>
                <w:id w:val="800000122"/>
                <w15:appearance w15:val="boundingBox"/>
                <w:text/>
              </w:sdtPr>
              <w:sdtContent>
                <w:r>
                  <w:t xml:space="preserve">     </w:t>
                </w:r>
              </w:sdtContent>
            </w:sdt>
          </w:p>
        </w:tc>
        <w:tc>
          <w:tcPr>
            <w:tcW w:w="949" w:type="dxa"/>
          </w:tcPr>
          <w:p w:rsidRPr="008C0C0A" w:rsidR="00F10EFF" w:rsidP="008C0C0A" w:rsidRDefault="00F10EFF" w14:paraId="101EB951" w14:textId="528FC9AE">
            <w:pPr>
              <w:jc w:val="both"/>
              <w:rPr>
                <w:rFonts w:ascii="Times New Roman" w:hAnsi="Times New Roman" w:cs="Times New Roman"/>
              </w:rPr>
            </w:pPr>
            <w:r>
              <w:rPr>
                <w:rFonts w:ascii="Times New Roman" w:hAnsi="Times New Roman" w:cs="Times New Roman"/>
                <w:b/>
              </w:rPr>
              <w:t xml:space="preserve">Arızalı                  </w:t>
            </w:r>
          </w:p>
        </w:tc>
        <w:tc>
          <w:tcPr>
            <w:tcW w:w="432" w:type="dxa"/>
          </w:tcPr>
          <w:p w:rsidRPr="008C0C0A" w:rsidR="00F10EFF" w:rsidP="008C0C0A" w:rsidRDefault="00F10EFF" w14:paraId="21032F8C" w14:textId="77777777">
            <w:pPr>
              <w:jc w:val="both"/>
              <w:rPr>
                <w:rFonts w:ascii="Times New Roman" w:hAnsi="Times New Roman" w:cs="Times New Roman"/>
              </w:rPr>
            </w:pPr>
            <w:sdt>
              <w:sdtPr>
                <w:rPr/>
                <w:alias w:val="Alan"/>
                <w:tag w:val="alan"/>
                <w:id w:val="800000121"/>
                <w15:appearance w15:val="boundingBox"/>
                <w:text/>
              </w:sdtPr>
              <w:sdtContent>
                <w:r>
                  <w:t xml:space="preserve">   </w:t>
                </w:r>
              </w:sdtContent>
            </w:sdt>
          </w:p>
        </w:tc>
        <w:tc>
          <w:tcPr>
            <w:tcW w:w="432" w:type="dxa"/>
          </w:tcPr>
          <w:p w:rsidRPr="008C0C0A" w:rsidR="00F10EFF" w:rsidP="008C0C0A" w:rsidRDefault="00F10EFF" w14:paraId="5C748369" w14:textId="77777777">
            <w:pPr>
              <w:jc w:val="both"/>
              <w:rPr>
                <w:rFonts w:ascii="Times New Roman" w:hAnsi="Times New Roman" w:cs="Times New Roman"/>
              </w:rPr>
            </w:pPr>
            <w:sdt>
              <w:sdtPr>
                <w:rPr/>
                <w:alias w:val="Alan"/>
                <w:tag w:val="alan"/>
                <w:id w:val="800000120"/>
                <w15:appearance w15:val="boundingBox"/>
                <w:text/>
              </w:sdtPr>
              <w:sdtContent>
                <w:r>
                  <w:t xml:space="preserve">   </w:t>
                </w:r>
              </w:sdtContent>
            </w:sdt>
          </w:p>
        </w:tc>
        <w:tc>
          <w:tcPr>
            <w:tcW w:w="432" w:type="dxa"/>
          </w:tcPr>
          <w:p w:rsidRPr="008C0C0A" w:rsidR="00F10EFF" w:rsidP="008C0C0A" w:rsidRDefault="00F10EFF" w14:paraId="2520FFA6" w14:textId="4644E791">
            <w:pPr>
              <w:jc w:val="both"/>
              <w:rPr>
                <w:rFonts w:ascii="Times New Roman" w:hAnsi="Times New Roman" w:cs="Times New Roman"/>
              </w:rPr>
            </w:pPr>
            <w:sdt>
              <w:sdtPr>
                <w:rPr/>
                <w:alias w:val="Alan"/>
                <w:tag w:val="alan"/>
                <w:id w:val="800000119"/>
                <w15:appearance w15:val="boundingBox"/>
                <w:text/>
              </w:sdtPr>
              <w:sdtContent>
                <w:r>
                  <w:t xml:space="preserve">   </w:t>
                </w:r>
              </w:sdtContent>
            </w:sdt>
          </w:p>
        </w:tc>
        <w:tc>
          <w:tcPr>
            <w:tcW w:w="1055" w:type="dxa"/>
          </w:tcPr>
          <w:p w:rsidRPr="008C0C0A" w:rsidR="00F10EFF" w:rsidP="008C0C0A" w:rsidRDefault="00F10EFF" w14:paraId="05B805B0" w14:textId="58175724">
            <w:pPr>
              <w:jc w:val="both"/>
              <w:rPr>
                <w:rFonts w:ascii="Times New Roman" w:hAnsi="Times New Roman" w:cs="Times New Roman"/>
              </w:rPr>
            </w:pPr>
            <w:r>
              <w:rPr>
                <w:rFonts w:ascii="Times New Roman" w:hAnsi="Times New Roman" w:cs="Times New Roman"/>
                <w:b/>
              </w:rPr>
              <w:t xml:space="preserve">(Arızalı) ise not alındı</w:t>
            </w:r>
          </w:p>
        </w:tc>
        <w:tc>
          <w:tcPr>
            <w:tcW w:w="639" w:type="dxa"/>
          </w:tcPr>
          <w:p w:rsidRPr="008C0C0A" w:rsidR="00F10EFF" w:rsidP="008C0C0A" w:rsidRDefault="00F10EFF" w14:paraId="7FBED952" w14:textId="57896DB1">
            <w:pPr>
              <w:jc w:val="both"/>
              <w:rPr>
                <w:rFonts w:ascii="Times New Roman" w:hAnsi="Times New Roman" w:cs="Times New Roman"/>
              </w:rPr>
            </w:pPr>
            <w:sdt>
              <w:sdtPr>
                <w:rPr/>
                <w:alias w:val="Alan"/>
                <w:tag w:val="alan"/>
                <w:id w:val="800000118"/>
                <w15:appearance w15:val="boundingBox"/>
                <w:text/>
              </w:sdtPr>
              <w:sdtContent>
                <w:r>
                  <w:t xml:space="preserve">       </w:t>
                </w:r>
              </w:sdtContent>
            </w:sdt>
          </w:p>
        </w:tc>
        <w:tc>
          <w:tcPr>
            <w:tcW w:w="439" w:type="dxa"/>
          </w:tcPr>
          <w:p w:rsidRPr="008C0C0A" w:rsidR="00F10EFF" w:rsidP="008C0C0A" w:rsidRDefault="00F10EFF" w14:paraId="57A41B52" w14:textId="60D0801E">
            <w:pPr>
              <w:jc w:val="both"/>
              <w:rPr>
                <w:rFonts w:ascii="Times New Roman" w:hAnsi="Times New Roman" w:cs="Times New Roman"/>
              </w:rPr>
            </w:pPr>
            <w:sdt>
              <w:sdtPr>
                <w:rPr/>
                <w:alias w:val="Alan"/>
                <w:tag w:val="alan"/>
                <w:id w:val="800000117"/>
                <w15:appearance w15:val="boundingBox"/>
                <w:text/>
              </w:sdtPr>
              <w:sdtContent>
                <w:r>
                  <w:t xml:space="preserve">   </w:t>
                </w:r>
              </w:sdtContent>
            </w:sdt>
          </w:p>
        </w:tc>
      </w:tr>
      <w:tr w:rsidRPr="008C0C0A" w:rsidR="00F10EFF" w:rsidTr="00F10EFF" w14:paraId="64EE9612" w14:textId="77777777">
        <w:trPr>
          <w:jc w:val="center"/>
        </w:trPr>
        <w:tc>
          <w:tcPr>
            <w:tcW w:w="1318" w:type="dxa"/>
          </w:tcPr>
          <w:p w:rsidRPr="008C0C0A" w:rsidR="00F10EFF" w:rsidP="008C0C0A" w:rsidRDefault="00F10EFF" w14:paraId="4A9A23A9" w14:textId="4F2E454E">
            <w:pPr>
              <w:jc w:val="both"/>
              <w:rPr>
                <w:rFonts w:ascii="Times New Roman" w:hAnsi="Times New Roman" w:cs="Times New Roman"/>
              </w:rPr>
            </w:pPr>
            <w:r>
              <w:rPr>
                <w:rFonts w:ascii="Times New Roman" w:hAnsi="Times New Roman" w:cs="Times New Roman"/>
                <w:b/>
              </w:rPr>
              <w:t xml:space="preserve">Zemin durumu (çatlak, çukur, kayganlık)</w:t>
            </w:r>
          </w:p>
        </w:tc>
        <w:tc>
          <w:tcPr>
            <w:tcW w:w="806" w:type="dxa"/>
          </w:tcPr>
          <w:p w:rsidRPr="008C0C0A" w:rsidR="00F10EFF" w:rsidP="008C0C0A" w:rsidRDefault="00F10EFF" w14:paraId="0F1C474C" w14:textId="77777777">
            <w:pPr>
              <w:jc w:val="both"/>
              <w:rPr>
                <w:rFonts w:ascii="Times New Roman" w:hAnsi="Times New Roman" w:cs="Times New Roman"/>
              </w:rPr>
            </w:pPr>
            <w:sdt>
              <w:sdtPr>
                <w:rPr/>
                <w:alias w:val="Alan"/>
                <w:tag w:val="alan"/>
                <w:id w:val="800000116"/>
                <w15:appearance w15:val="boundingBox"/>
                <w:text/>
              </w:sdtPr>
              <w:sdtContent>
                <w:r>
                  <w:t xml:space="preserve">          </w:t>
                </w:r>
              </w:sdtContent>
            </w:sdt>
          </w:p>
        </w:tc>
        <w:tc>
          <w:tcPr>
            <w:tcW w:w="1006" w:type="dxa"/>
          </w:tcPr>
          <w:p w:rsidRPr="008C0C0A" w:rsidR="00F10EFF" w:rsidP="008C0C0A" w:rsidRDefault="00F10EFF" w14:paraId="022A0309" w14:textId="141BF1EA">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1656ECA1" w14:textId="16E5423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3"/>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41256C2E" w14:textId="77777777">
            <w:pPr>
              <w:jc w:val="both"/>
              <w:rPr>
                <w:rFonts w:ascii="Times New Roman" w:hAnsi="Times New Roman" w:cs="Times New Roman"/>
              </w:rPr>
            </w:pPr>
            <w:sdt>
              <w:sdtPr>
                <w:rPr/>
                <w:alias w:val="Alan"/>
                <w:tag w:val="alan"/>
                <w:id w:val="800000115"/>
                <w15:appearance w15:val="boundingBox"/>
                <w:text/>
              </w:sdtPr>
              <w:sdtContent>
                <w:r>
                  <w:t xml:space="preserve">     </w:t>
                </w:r>
              </w:sdtContent>
            </w:sdt>
          </w:p>
        </w:tc>
        <w:tc>
          <w:tcPr>
            <w:tcW w:w="566" w:type="dxa"/>
          </w:tcPr>
          <w:p w:rsidRPr="008C0C0A" w:rsidR="00F10EFF" w:rsidP="008C0C0A" w:rsidRDefault="00F10EFF" w14:paraId="45F3EC5D" w14:textId="7F217228">
            <w:pPr>
              <w:jc w:val="both"/>
              <w:rPr>
                <w:rFonts w:ascii="Times New Roman" w:hAnsi="Times New Roman" w:cs="Times New Roman"/>
              </w:rPr>
            </w:pPr>
            <w:sdt>
              <w:sdtPr>
                <w:rPr/>
                <w:alias w:val="Alan"/>
                <w:tag w:val="alan"/>
                <w:id w:val="800000114"/>
                <w15:appearance w15:val="boundingBox"/>
                <w:text/>
              </w:sdtPr>
              <w:sdtContent>
                <w:r>
                  <w:t xml:space="preserve">     </w:t>
                </w:r>
              </w:sdtContent>
            </w:sdt>
          </w:p>
        </w:tc>
        <w:tc>
          <w:tcPr>
            <w:tcW w:w="949" w:type="dxa"/>
          </w:tcPr>
          <w:p w:rsidRPr="008C0C0A" w:rsidR="00F10EFF" w:rsidP="008C0C0A" w:rsidRDefault="00F10EFF" w14:paraId="77989B12" w14:textId="32E99488">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1FC094FD" w14:textId="7428FF2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32" w:type="dxa"/>
          </w:tcPr>
          <w:p w:rsidRPr="008C0C0A" w:rsidR="00F10EFF" w:rsidP="008C0C0A" w:rsidRDefault="00F10EFF" w14:paraId="4E0EDE63" w14:textId="77777777">
            <w:pPr>
              <w:jc w:val="both"/>
              <w:rPr>
                <w:rFonts w:ascii="Times New Roman" w:hAnsi="Times New Roman" w:cs="Times New Roman"/>
              </w:rPr>
            </w:pPr>
            <w:sdt>
              <w:sdtPr>
                <w:rPr/>
                <w:alias w:val="Alan"/>
                <w:tag w:val="alan"/>
                <w:id w:val="800000113"/>
                <w15:appearance w15:val="boundingBox"/>
                <w:text/>
              </w:sdtPr>
              <w:sdtContent>
                <w:r>
                  <w:t xml:space="preserve">   </w:t>
                </w:r>
              </w:sdtContent>
            </w:sdt>
          </w:p>
        </w:tc>
        <w:tc>
          <w:tcPr>
            <w:tcW w:w="432" w:type="dxa"/>
          </w:tcPr>
          <w:p w:rsidRPr="008C0C0A" w:rsidR="00F10EFF" w:rsidP="008C0C0A" w:rsidRDefault="00F10EFF" w14:paraId="0D3AA1D5" w14:textId="77777777">
            <w:pPr>
              <w:jc w:val="both"/>
              <w:rPr>
                <w:rFonts w:ascii="Times New Roman" w:hAnsi="Times New Roman" w:cs="Times New Roman"/>
              </w:rPr>
            </w:pPr>
            <w:sdt>
              <w:sdtPr>
                <w:rPr/>
                <w:alias w:val="Alan"/>
                <w:tag w:val="alan"/>
                <w:id w:val="800000112"/>
                <w15:appearance w15:val="boundingBox"/>
                <w:text/>
              </w:sdtPr>
              <w:sdtContent>
                <w:r>
                  <w:t xml:space="preserve">   </w:t>
                </w:r>
              </w:sdtContent>
            </w:sdt>
          </w:p>
        </w:tc>
        <w:tc>
          <w:tcPr>
            <w:tcW w:w="432" w:type="dxa"/>
          </w:tcPr>
          <w:p w:rsidRPr="008C0C0A" w:rsidR="00F10EFF" w:rsidP="008C0C0A" w:rsidRDefault="00F10EFF" w14:paraId="50E25BEA" w14:textId="7CE235E6">
            <w:pPr>
              <w:jc w:val="both"/>
              <w:rPr>
                <w:rFonts w:ascii="Times New Roman" w:hAnsi="Times New Roman" w:cs="Times New Roman"/>
              </w:rPr>
            </w:pPr>
            <w:sdt>
              <w:sdtPr>
                <w:rPr/>
                <w:alias w:val="Alan"/>
                <w:tag w:val="alan"/>
                <w:id w:val="800000111"/>
                <w15:appearance w15:val="boundingBox"/>
                <w:text/>
              </w:sdtPr>
              <w:sdtContent>
                <w:r>
                  <w:t xml:space="preserve">   </w:t>
                </w:r>
              </w:sdtContent>
            </w:sdt>
          </w:p>
        </w:tc>
        <w:tc>
          <w:tcPr>
            <w:tcW w:w="1055" w:type="dxa"/>
          </w:tcPr>
          <w:p w:rsidRPr="008C0C0A" w:rsidR="00F10EFF" w:rsidP="008C0C0A" w:rsidRDefault="00F10EFF" w14:paraId="76F790E5" w14:textId="7DFC3DF8">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3A205FBD" w14:textId="63D0911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39" w:type="dxa"/>
          </w:tcPr>
          <w:p w:rsidRPr="008C0C0A" w:rsidR="00F10EFF" w:rsidP="008C0C0A" w:rsidRDefault="00F10EFF" w14:paraId="0705A77C" w14:textId="77777777">
            <w:pPr>
              <w:jc w:val="both"/>
              <w:rPr>
                <w:rFonts w:ascii="Times New Roman" w:hAnsi="Times New Roman" w:cs="Times New Roman"/>
              </w:rPr>
            </w:pPr>
            <w:sdt>
              <w:sdtPr>
                <w:rPr/>
                <w:alias w:val="Alan"/>
                <w:tag w:val="alan"/>
                <w:id w:val="800000110"/>
                <w15:appearance w15:val="boundingBox"/>
                <w:text/>
              </w:sdtPr>
              <w:sdtContent>
                <w:r>
                  <w:t xml:space="preserve">       </w:t>
                </w:r>
              </w:sdtContent>
            </w:sdt>
          </w:p>
        </w:tc>
        <w:tc>
          <w:tcPr>
            <w:tcW w:w="439" w:type="dxa"/>
          </w:tcPr>
          <w:p w:rsidRPr="008C0C0A" w:rsidR="00F10EFF" w:rsidP="008C0C0A" w:rsidRDefault="00F10EFF" w14:paraId="7EF70102" w14:textId="77777777">
            <w:pPr>
              <w:jc w:val="both"/>
              <w:rPr>
                <w:rFonts w:ascii="Times New Roman" w:hAnsi="Times New Roman" w:cs="Times New Roman"/>
              </w:rPr>
            </w:pPr>
            <w:sdt>
              <w:sdtPr>
                <w:rPr/>
                <w:alias w:val="Alan"/>
                <w:tag w:val="alan"/>
                <w:id w:val="800000109"/>
                <w15:appearance w15:val="boundingBox"/>
                <w:text/>
              </w:sdtPr>
              <w:sdtContent>
                <w:r>
                  <w:t xml:space="preserve">   </w:t>
                </w:r>
              </w:sdtContent>
            </w:sdt>
          </w:p>
        </w:tc>
      </w:tr>
      <w:tr w:rsidRPr="008C0C0A" w:rsidR="00F10EFF" w:rsidTr="00F10EFF" w14:paraId="29BA8F4F" w14:textId="77777777">
        <w:trPr>
          <w:jc w:val="center"/>
        </w:trPr>
        <w:tc>
          <w:tcPr>
            <w:tcW w:w="1318" w:type="dxa"/>
          </w:tcPr>
          <w:p w:rsidRPr="008C0C0A" w:rsidR="00F10EFF" w:rsidP="008C0C0A" w:rsidRDefault="00F10EFF" w14:paraId="30002368" w14:textId="5AFC401F">
            <w:pPr>
              <w:jc w:val="both"/>
              <w:rPr>
                <w:rFonts w:ascii="Times New Roman" w:hAnsi="Times New Roman" w:cs="Times New Roman"/>
              </w:rPr>
            </w:pPr>
            <w:r>
              <w:rPr>
                <w:rFonts w:ascii="Times New Roman" w:hAnsi="Times New Roman" w:cs="Times New Roman"/>
                <w:b/>
              </w:rPr>
              <w:t xml:space="preserve">File gerginliği ve direklerin sağlamlığı </w:t>
            </w:r>
          </w:p>
        </w:tc>
        <w:tc>
          <w:tcPr>
            <w:tcW w:w="806" w:type="dxa"/>
          </w:tcPr>
          <w:p w:rsidRPr="008C0C0A" w:rsidR="00F10EFF" w:rsidP="008C0C0A" w:rsidRDefault="00F10EFF" w14:paraId="3D54D21A" w14:textId="77777777">
            <w:pPr>
              <w:jc w:val="both"/>
              <w:rPr>
                <w:rFonts w:ascii="Times New Roman" w:hAnsi="Times New Roman" w:cs="Times New Roman"/>
              </w:rPr>
            </w:pPr>
            <w:sdt>
              <w:sdtPr>
                <w:rPr/>
                <w:alias w:val="Alan"/>
                <w:tag w:val="alan"/>
                <w:id w:val="800000108"/>
                <w15:appearance w15:val="boundingBox"/>
                <w:text/>
              </w:sdtPr>
              <w:sdtContent>
                <w:r>
                  <w:t xml:space="preserve">          </w:t>
                </w:r>
              </w:sdtContent>
            </w:sdt>
          </w:p>
        </w:tc>
        <w:tc>
          <w:tcPr>
            <w:tcW w:w="1006" w:type="dxa"/>
          </w:tcPr>
          <w:p w:rsidRPr="008C0C0A" w:rsidR="006E1D17" w:rsidP="008C0C0A" w:rsidRDefault="00F10EFF" w14:paraId="404BE89C"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105B11B8" w14:textId="20538CC3">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6"/>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3B747B53" w14:textId="77777777">
            <w:pPr>
              <w:jc w:val="both"/>
              <w:rPr>
                <w:rFonts w:ascii="Times New Roman" w:hAnsi="Times New Roman" w:cs="Times New Roman"/>
              </w:rPr>
            </w:pPr>
            <w:sdt>
              <w:sdtPr>
                <w:rPr/>
                <w:alias w:val="Alan"/>
                <w:tag w:val="alan"/>
                <w:id w:val="800000107"/>
                <w15:appearance w15:val="boundingBox"/>
                <w:text/>
              </w:sdtPr>
              <w:sdtContent>
                <w:r>
                  <w:t xml:space="preserve">     </w:t>
                </w:r>
              </w:sdtContent>
            </w:sdt>
          </w:p>
        </w:tc>
        <w:tc>
          <w:tcPr>
            <w:tcW w:w="566" w:type="dxa"/>
          </w:tcPr>
          <w:p w:rsidRPr="008C0C0A" w:rsidR="00F10EFF" w:rsidP="008C0C0A" w:rsidRDefault="00F10EFF" w14:paraId="038A3BE5" w14:textId="53B40018">
            <w:pPr>
              <w:jc w:val="both"/>
              <w:rPr>
                <w:rFonts w:ascii="Times New Roman" w:hAnsi="Times New Roman" w:cs="Times New Roman"/>
              </w:rPr>
            </w:pPr>
            <w:sdt>
              <w:sdtPr>
                <w:rPr/>
                <w:alias w:val="Alan"/>
                <w:tag w:val="alan"/>
                <w:id w:val="800000106"/>
                <w15:appearance w15:val="boundingBox"/>
                <w:text/>
              </w:sdtPr>
              <w:sdtContent>
                <w:r>
                  <w:t xml:space="preserve">     </w:t>
                </w:r>
              </w:sdtContent>
            </w:sdt>
          </w:p>
        </w:tc>
        <w:tc>
          <w:tcPr>
            <w:tcW w:w="949" w:type="dxa"/>
          </w:tcPr>
          <w:p w:rsidRPr="008C0C0A" w:rsidR="00F10EFF" w:rsidP="008C0C0A" w:rsidRDefault="00F10EFF" w14:paraId="02CAA621" w14:textId="39BF8626">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10C37785" w14:textId="462D1D5C">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32" w:type="dxa"/>
          </w:tcPr>
          <w:p w:rsidRPr="008C0C0A" w:rsidR="00F10EFF" w:rsidP="008C0C0A" w:rsidRDefault="00F10EFF" w14:paraId="747080E5" w14:textId="77777777">
            <w:pPr>
              <w:jc w:val="both"/>
              <w:rPr>
                <w:rFonts w:ascii="Times New Roman" w:hAnsi="Times New Roman" w:cs="Times New Roman"/>
              </w:rPr>
            </w:pPr>
            <w:sdt>
              <w:sdtPr>
                <w:rPr/>
                <w:alias w:val="Alan"/>
                <w:tag w:val="alan"/>
                <w:id w:val="800000105"/>
                <w15:appearance w15:val="boundingBox"/>
                <w:text/>
              </w:sdtPr>
              <w:sdtContent>
                <w:r>
                  <w:t xml:space="preserve">   </w:t>
                </w:r>
              </w:sdtContent>
            </w:sdt>
          </w:p>
        </w:tc>
        <w:tc>
          <w:tcPr>
            <w:tcW w:w="432" w:type="dxa"/>
          </w:tcPr>
          <w:p w:rsidRPr="008C0C0A" w:rsidR="00F10EFF" w:rsidP="008C0C0A" w:rsidRDefault="00F10EFF" w14:paraId="65ED2485" w14:textId="77777777">
            <w:pPr>
              <w:jc w:val="both"/>
              <w:rPr>
                <w:rFonts w:ascii="Times New Roman" w:hAnsi="Times New Roman" w:cs="Times New Roman"/>
              </w:rPr>
            </w:pPr>
            <w:sdt>
              <w:sdtPr>
                <w:rPr/>
                <w:alias w:val="Alan"/>
                <w:tag w:val="alan"/>
                <w:id w:val="800000104"/>
                <w15:appearance w15:val="boundingBox"/>
                <w:text/>
              </w:sdtPr>
              <w:sdtContent>
                <w:r>
                  <w:t xml:space="preserve">   </w:t>
                </w:r>
              </w:sdtContent>
            </w:sdt>
          </w:p>
        </w:tc>
        <w:tc>
          <w:tcPr>
            <w:tcW w:w="432" w:type="dxa"/>
          </w:tcPr>
          <w:p w:rsidRPr="008C0C0A" w:rsidR="00F10EFF" w:rsidP="008C0C0A" w:rsidRDefault="00F10EFF" w14:paraId="1A6260B7" w14:textId="1D5F23CD">
            <w:pPr>
              <w:jc w:val="both"/>
              <w:rPr>
                <w:rFonts w:ascii="Times New Roman" w:hAnsi="Times New Roman" w:cs="Times New Roman"/>
              </w:rPr>
            </w:pPr>
            <w:sdt>
              <w:sdtPr>
                <w:rPr/>
                <w:alias w:val="Alan"/>
                <w:tag w:val="alan"/>
                <w:id w:val="800000103"/>
                <w15:appearance w15:val="boundingBox"/>
                <w:text/>
              </w:sdtPr>
              <w:sdtContent>
                <w:r>
                  <w:t xml:space="preserve">   </w:t>
                </w:r>
              </w:sdtContent>
            </w:sdt>
          </w:p>
        </w:tc>
        <w:tc>
          <w:tcPr>
            <w:tcW w:w="1055" w:type="dxa"/>
          </w:tcPr>
          <w:p w:rsidRPr="008C0C0A" w:rsidR="00F10EFF" w:rsidP="008C0C0A" w:rsidRDefault="00F10EFF" w14:paraId="139CEF0A" w14:textId="16ECED90">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F10EFF" w14:paraId="35CCDB38" w14:textId="4BCC3268">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39" w:type="dxa"/>
          </w:tcPr>
          <w:p w:rsidRPr="008C0C0A" w:rsidR="00F10EFF" w:rsidP="008C0C0A" w:rsidRDefault="00F10EFF" w14:paraId="0F02CC23" w14:textId="77777777">
            <w:pPr>
              <w:jc w:val="both"/>
              <w:rPr>
                <w:rFonts w:ascii="Times New Roman" w:hAnsi="Times New Roman" w:cs="Times New Roman"/>
              </w:rPr>
            </w:pPr>
            <w:sdt>
              <w:sdtPr>
                <w:rPr/>
                <w:alias w:val="Alan"/>
                <w:tag w:val="alan"/>
                <w:id w:val="800000102"/>
                <w15:appearance w15:val="boundingBox"/>
                <w:text/>
              </w:sdtPr>
              <w:sdtContent>
                <w:r>
                  <w:t xml:space="preserve">       </w:t>
                </w:r>
              </w:sdtContent>
            </w:sdt>
          </w:p>
        </w:tc>
        <w:tc>
          <w:tcPr>
            <w:tcW w:w="439" w:type="dxa"/>
          </w:tcPr>
          <w:p w:rsidRPr="008C0C0A" w:rsidR="00F10EFF" w:rsidP="008C0C0A" w:rsidRDefault="00F10EFF" w14:paraId="795E178E" w14:textId="77777777">
            <w:pPr>
              <w:jc w:val="both"/>
              <w:rPr>
                <w:rFonts w:ascii="Times New Roman" w:hAnsi="Times New Roman" w:cs="Times New Roman"/>
              </w:rPr>
            </w:pPr>
            <w:sdt>
              <w:sdtPr>
                <w:rPr/>
                <w:alias w:val="Alan"/>
                <w:tag w:val="alan"/>
                <w:id w:val="800000101"/>
                <w15:appearance w15:val="boundingBox"/>
                <w:text/>
              </w:sdtPr>
              <w:sdtContent>
                <w:r>
                  <w:t xml:space="preserve">   </w:t>
                </w:r>
              </w:sdtContent>
            </w:sdt>
          </w:p>
        </w:tc>
      </w:tr>
      <w:tr w:rsidRPr="008C0C0A" w:rsidR="00F10EFF" w:rsidTr="00F10EFF" w14:paraId="5CA4FE1F" w14:textId="77777777">
        <w:trPr>
          <w:jc w:val="center"/>
        </w:trPr>
        <w:tc>
          <w:tcPr>
            <w:tcW w:w="1318" w:type="dxa"/>
          </w:tcPr>
          <w:p w:rsidRPr="008C0C0A" w:rsidR="00F10EFF" w:rsidP="008C0C0A" w:rsidRDefault="00F10EFF" w14:paraId="751892C0" w14:textId="0A0D519D">
            <w:pPr>
              <w:jc w:val="both"/>
              <w:rPr>
                <w:rFonts w:ascii="Times New Roman" w:hAnsi="Times New Roman" w:cs="Times New Roman"/>
              </w:rPr>
            </w:pPr>
            <w:r>
              <w:rPr>
                <w:rFonts w:ascii="Times New Roman" w:hAnsi="Times New Roman" w:cs="Times New Roman"/>
                <w:b/>
              </w:rPr>
              <w:t xml:space="preserve">Saha çizgileri netliği</w:t>
            </w:r>
          </w:p>
        </w:tc>
        <w:tc>
          <w:tcPr>
            <w:tcW w:w="806" w:type="dxa"/>
          </w:tcPr>
          <w:p w:rsidRPr="008C0C0A" w:rsidR="00F10EFF" w:rsidP="008C0C0A" w:rsidRDefault="00F10EFF" w14:paraId="63494EBF" w14:textId="77777777">
            <w:pPr>
              <w:jc w:val="both"/>
              <w:rPr>
                <w:rFonts w:ascii="Times New Roman" w:hAnsi="Times New Roman" w:cs="Times New Roman"/>
              </w:rPr>
            </w:pPr>
            <w:sdt>
              <w:sdtPr>
                <w:rPr/>
                <w:alias w:val="Alan"/>
                <w:tag w:val="alan"/>
                <w:id w:val="800000100"/>
                <w15:appearance w15:val="boundingBox"/>
                <w:text/>
              </w:sdtPr>
              <w:sdtContent>
                <w:r>
                  <w:t xml:space="preserve">          </w:t>
                </w:r>
              </w:sdtContent>
            </w:sdt>
          </w:p>
        </w:tc>
        <w:tc>
          <w:tcPr>
            <w:tcW w:w="1006" w:type="dxa"/>
          </w:tcPr>
          <w:p w:rsidRPr="008C0C0A" w:rsidR="001352C1" w:rsidP="008C0C0A" w:rsidRDefault="00F10EFF" w14:paraId="5B085DB3"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1352C1" w14:paraId="4AC2D3C6" w14:textId="22E7C7B1">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49"/>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26B5775C" w14:textId="77777777">
            <w:pPr>
              <w:jc w:val="both"/>
              <w:rPr>
                <w:rFonts w:ascii="Times New Roman" w:hAnsi="Times New Roman" w:cs="Times New Roman"/>
              </w:rPr>
            </w:pPr>
            <w:sdt>
              <w:sdtPr>
                <w:rPr/>
                <w:alias w:val="Alan"/>
                <w:tag w:val="alan"/>
                <w:id w:val="800000099"/>
                <w15:appearance w15:val="boundingBox"/>
                <w:text/>
              </w:sdtPr>
              <w:sdtContent>
                <w:r>
                  <w:t xml:space="preserve">     </w:t>
                </w:r>
              </w:sdtContent>
            </w:sdt>
          </w:p>
        </w:tc>
        <w:tc>
          <w:tcPr>
            <w:tcW w:w="566" w:type="dxa"/>
          </w:tcPr>
          <w:p w:rsidRPr="008C0C0A" w:rsidR="00F10EFF" w:rsidP="008C0C0A" w:rsidRDefault="00F10EFF" w14:paraId="51460925" w14:textId="7EABFA7D">
            <w:pPr>
              <w:jc w:val="both"/>
              <w:rPr>
                <w:rFonts w:ascii="Times New Roman" w:hAnsi="Times New Roman" w:cs="Times New Roman"/>
              </w:rPr>
            </w:pPr>
            <w:sdt>
              <w:sdtPr>
                <w:rPr/>
                <w:alias w:val="Alan"/>
                <w:tag w:val="alan"/>
                <w:id w:val="800000098"/>
                <w15:appearance w15:val="boundingBox"/>
                <w:text/>
              </w:sdtPr>
              <w:sdtContent>
                <w:r>
                  <w:t xml:space="preserve">     </w:t>
                </w:r>
              </w:sdtContent>
            </w:sdt>
          </w:p>
        </w:tc>
        <w:tc>
          <w:tcPr>
            <w:tcW w:w="949" w:type="dxa"/>
          </w:tcPr>
          <w:p w:rsidRPr="008C0C0A" w:rsidR="001352C1" w:rsidP="008C0C0A" w:rsidRDefault="00F10EFF" w14:paraId="4B9B22E2"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1352C1" w14:paraId="2F432EB8" w14:textId="0B9F08DC">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0"/>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32" w:type="dxa"/>
          </w:tcPr>
          <w:p w:rsidRPr="008C0C0A" w:rsidR="00F10EFF" w:rsidP="008C0C0A" w:rsidRDefault="00F10EFF" w14:paraId="7AD690A4" w14:textId="77777777">
            <w:pPr>
              <w:jc w:val="both"/>
              <w:rPr>
                <w:rFonts w:ascii="Times New Roman" w:hAnsi="Times New Roman" w:cs="Times New Roman"/>
              </w:rPr>
            </w:pPr>
            <w:sdt>
              <w:sdtPr>
                <w:rPr/>
                <w:alias w:val="Alan"/>
                <w:tag w:val="alan"/>
                <w:id w:val="800000097"/>
                <w15:appearance w15:val="boundingBox"/>
                <w:text/>
              </w:sdtPr>
              <w:sdtContent>
                <w:r>
                  <w:t xml:space="preserve">   </w:t>
                </w:r>
              </w:sdtContent>
            </w:sdt>
          </w:p>
        </w:tc>
        <w:tc>
          <w:tcPr>
            <w:tcW w:w="432" w:type="dxa"/>
          </w:tcPr>
          <w:p w:rsidRPr="008C0C0A" w:rsidR="00F10EFF" w:rsidP="008C0C0A" w:rsidRDefault="00F10EFF" w14:paraId="4DE6145F" w14:textId="77777777">
            <w:pPr>
              <w:jc w:val="both"/>
              <w:rPr>
                <w:rFonts w:ascii="Times New Roman" w:hAnsi="Times New Roman" w:cs="Times New Roman"/>
              </w:rPr>
            </w:pPr>
            <w:sdt>
              <w:sdtPr>
                <w:rPr/>
                <w:alias w:val="Alan"/>
                <w:tag w:val="alan"/>
                <w:id w:val="800000096"/>
                <w15:appearance w15:val="boundingBox"/>
                <w:text/>
              </w:sdtPr>
              <w:sdtContent>
                <w:r>
                  <w:t xml:space="preserve">   </w:t>
                </w:r>
              </w:sdtContent>
            </w:sdt>
          </w:p>
        </w:tc>
        <w:tc>
          <w:tcPr>
            <w:tcW w:w="432" w:type="dxa"/>
          </w:tcPr>
          <w:p w:rsidRPr="008C0C0A" w:rsidR="00F10EFF" w:rsidP="008C0C0A" w:rsidRDefault="00F10EFF" w14:paraId="68F74395" w14:textId="559EF33B">
            <w:pPr>
              <w:jc w:val="both"/>
              <w:rPr>
                <w:rFonts w:ascii="Times New Roman" w:hAnsi="Times New Roman" w:cs="Times New Roman"/>
              </w:rPr>
            </w:pPr>
            <w:sdt>
              <w:sdtPr>
                <w:rPr/>
                <w:alias w:val="Alan"/>
                <w:tag w:val="alan"/>
                <w:id w:val="800000095"/>
                <w15:appearance w15:val="boundingBox"/>
                <w:text/>
              </w:sdtPr>
              <w:sdtContent>
                <w:r>
                  <w:t xml:space="preserve">   </w:t>
                </w:r>
              </w:sdtContent>
            </w:sdt>
          </w:p>
        </w:tc>
        <w:tc>
          <w:tcPr>
            <w:tcW w:w="1055" w:type="dxa"/>
          </w:tcPr>
          <w:p w:rsidRPr="008C0C0A" w:rsidR="001352C1" w:rsidP="008C0C0A" w:rsidRDefault="00F10EFF" w14:paraId="431F7E9F" w14:textId="77777777">
            <w:pPr>
              <w:jc w:val="both"/>
              <w:rPr>
                <w:rFonts w:ascii="Times New Roman" w:hAnsi="Times New Roman" w:cs="Times New Roman"/>
              </w:rPr>
            </w:pPr>
            <w:r>
              <w:rPr>
                <w:rFonts w:ascii="Times New Roman" w:hAnsi="Times New Roman" w:cs="Times New Roman"/>
              </w:rPr>
              <w:t xml:space="preserve">     </w:t>
            </w:r>
          </w:p>
          <w:p w:rsidRPr="008C0C0A" w:rsidR="00F10EFF" w:rsidP="008C0C0A" w:rsidRDefault="001352C1" w14:paraId="3F640FE0" w14:textId="6140FFA6">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1"/>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39" w:type="dxa"/>
          </w:tcPr>
          <w:p w:rsidRPr="008C0C0A" w:rsidR="00F10EFF" w:rsidP="008C0C0A" w:rsidRDefault="00F10EFF" w14:paraId="7CC1E5B4" w14:textId="77777777">
            <w:pPr>
              <w:jc w:val="both"/>
              <w:rPr>
                <w:rFonts w:ascii="Times New Roman" w:hAnsi="Times New Roman" w:cs="Times New Roman"/>
              </w:rPr>
            </w:pPr>
            <w:sdt>
              <w:sdtPr>
                <w:rPr/>
                <w:alias w:val="Alan"/>
                <w:tag w:val="alan"/>
                <w:id w:val="800000094"/>
                <w15:appearance w15:val="boundingBox"/>
                <w:text/>
              </w:sdtPr>
              <w:sdtContent>
                <w:r>
                  <w:t xml:space="preserve">       </w:t>
                </w:r>
              </w:sdtContent>
            </w:sdt>
          </w:p>
        </w:tc>
        <w:tc>
          <w:tcPr>
            <w:tcW w:w="439" w:type="dxa"/>
          </w:tcPr>
          <w:p w:rsidRPr="008C0C0A" w:rsidR="00F10EFF" w:rsidP="008C0C0A" w:rsidRDefault="00F10EFF" w14:paraId="359628B8" w14:textId="77777777">
            <w:pPr>
              <w:jc w:val="both"/>
              <w:rPr>
                <w:rFonts w:ascii="Times New Roman" w:hAnsi="Times New Roman" w:cs="Times New Roman"/>
              </w:rPr>
            </w:pPr>
            <w:sdt>
              <w:sdtPr>
                <w:rPr/>
                <w:alias w:val="Alan"/>
                <w:tag w:val="alan"/>
                <w:id w:val="800000093"/>
                <w15:appearance w15:val="boundingBox"/>
                <w:text/>
              </w:sdtPr>
              <w:sdtContent>
                <w:r>
                  <w:t xml:space="preserve">   </w:t>
                </w:r>
              </w:sdtContent>
            </w:sdt>
          </w:p>
        </w:tc>
      </w:tr>
      <w:tr w:rsidRPr="008C0C0A" w:rsidR="00F10EFF" w:rsidTr="00F10EFF" w14:paraId="2B315D13" w14:textId="77777777">
        <w:trPr>
          <w:jc w:val="center"/>
        </w:trPr>
        <w:tc>
          <w:tcPr>
            <w:tcW w:w="1318" w:type="dxa"/>
          </w:tcPr>
          <w:p w:rsidRPr="008C0C0A" w:rsidR="00F10EFF" w:rsidP="008C0C0A" w:rsidRDefault="00F10EFF" w14:paraId="40B5DEF4" w14:textId="77777777">
            <w:pPr>
              <w:jc w:val="both"/>
              <w:rPr>
                <w:rFonts w:ascii="Times New Roman" w:hAnsi="Times New Roman" w:cs="Times New Roman"/>
              </w:rPr>
            </w:pPr>
            <w:r>
              <w:rPr>
                <w:rFonts w:ascii="Times New Roman" w:hAnsi="Times New Roman" w:cs="Times New Roman"/>
                <w:b/>
              </w:rPr>
              <w:t xml:space="preserve">Çevre temizliği</w:t>
            </w:r>
          </w:p>
        </w:tc>
        <w:tc>
          <w:tcPr>
            <w:tcW w:w="806" w:type="dxa"/>
          </w:tcPr>
          <w:p w:rsidRPr="008C0C0A" w:rsidR="00F10EFF" w:rsidP="008C0C0A" w:rsidRDefault="00F10EFF" w14:paraId="6A348838" w14:textId="77777777">
            <w:pPr>
              <w:jc w:val="both"/>
              <w:rPr>
                <w:rFonts w:ascii="Times New Roman" w:hAnsi="Times New Roman" w:cs="Times New Roman"/>
              </w:rPr>
            </w:pPr>
            <w:sdt>
              <w:sdtPr>
                <w:rPr/>
                <w:alias w:val="Alan"/>
                <w:tag w:val="alan"/>
                <w:id w:val="800000092"/>
                <w15:appearance w15:val="boundingBox"/>
                <w:text/>
              </w:sdtPr>
              <w:sdtContent>
                <w:r>
                  <w:t xml:space="preserve">          </w:t>
                </w:r>
              </w:sdtContent>
            </w:sdt>
          </w:p>
        </w:tc>
        <w:tc>
          <w:tcPr>
            <w:tcW w:w="1006" w:type="dxa"/>
          </w:tcPr>
          <w:p w:rsidRPr="008C0C0A" w:rsidR="00F10EFF" w:rsidP="008C0C0A" w:rsidRDefault="00F10EFF" w14:paraId="1C36FB81" w14:textId="393B4287">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2"/>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0D658C5C" w14:textId="77777777">
            <w:pPr>
              <w:jc w:val="both"/>
              <w:rPr>
                <w:rFonts w:ascii="Times New Roman" w:hAnsi="Times New Roman" w:cs="Times New Roman"/>
              </w:rPr>
            </w:pPr>
            <w:sdt>
              <w:sdtPr>
                <w:rPr/>
                <w:alias w:val="Alan"/>
                <w:tag w:val="alan"/>
                <w:id w:val="800000091"/>
                <w15:appearance w15:val="boundingBox"/>
                <w:text/>
              </w:sdtPr>
              <w:sdtContent>
                <w:r>
                  <w:t xml:space="preserve">     </w:t>
                </w:r>
              </w:sdtContent>
            </w:sdt>
          </w:p>
        </w:tc>
        <w:tc>
          <w:tcPr>
            <w:tcW w:w="566" w:type="dxa"/>
          </w:tcPr>
          <w:p w:rsidRPr="008C0C0A" w:rsidR="00F10EFF" w:rsidP="008C0C0A" w:rsidRDefault="00F10EFF" w14:paraId="6757FE79" w14:textId="1AB0D845">
            <w:pPr>
              <w:jc w:val="both"/>
              <w:rPr>
                <w:rFonts w:ascii="Times New Roman" w:hAnsi="Times New Roman" w:cs="Times New Roman"/>
              </w:rPr>
            </w:pPr>
            <w:sdt>
              <w:sdtPr>
                <w:rPr/>
                <w:alias w:val="Alan"/>
                <w:tag w:val="alan"/>
                <w:id w:val="800000090"/>
                <w15:appearance w15:val="boundingBox"/>
                <w:text/>
              </w:sdtPr>
              <w:sdtContent>
                <w:r>
                  <w:t xml:space="preserve">     </w:t>
                </w:r>
              </w:sdtContent>
            </w:sdt>
          </w:p>
        </w:tc>
        <w:tc>
          <w:tcPr>
            <w:tcW w:w="949" w:type="dxa"/>
          </w:tcPr>
          <w:p w:rsidRPr="008C0C0A" w:rsidR="00F10EFF" w:rsidP="008C0C0A" w:rsidRDefault="00F10EFF" w14:paraId="045B3492" w14:textId="497AB31F">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3"/>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cs="Times New Roman"/>
              </w:rPr>
              <w:t xml:space="preserve"> </w:t>
            </w:r>
          </w:p>
        </w:tc>
        <w:tc>
          <w:tcPr>
            <w:tcW w:w="432" w:type="dxa"/>
          </w:tcPr>
          <w:p w:rsidRPr="008C0C0A" w:rsidR="00F10EFF" w:rsidP="008C0C0A" w:rsidRDefault="00F10EFF" w14:paraId="55F466C7" w14:textId="77777777">
            <w:pPr>
              <w:jc w:val="both"/>
              <w:rPr>
                <w:rFonts w:ascii="Times New Roman" w:hAnsi="Times New Roman" w:cs="Times New Roman"/>
              </w:rPr>
            </w:pPr>
            <w:sdt>
              <w:sdtPr>
                <w:rPr/>
                <w:alias w:val="Alan"/>
                <w:tag w:val="alan"/>
                <w:id w:val="800000089"/>
                <w15:appearance w15:val="boundingBox"/>
                <w:text/>
              </w:sdtPr>
              <w:sdtContent>
                <w:r>
                  <w:t xml:space="preserve">   </w:t>
                </w:r>
              </w:sdtContent>
            </w:sdt>
          </w:p>
        </w:tc>
        <w:tc>
          <w:tcPr>
            <w:tcW w:w="432" w:type="dxa"/>
          </w:tcPr>
          <w:p w:rsidRPr="008C0C0A" w:rsidR="00F10EFF" w:rsidP="008C0C0A" w:rsidRDefault="00F10EFF" w14:paraId="6B0F46D5" w14:textId="77777777">
            <w:pPr>
              <w:jc w:val="both"/>
              <w:rPr>
                <w:rFonts w:ascii="Times New Roman" w:hAnsi="Times New Roman" w:cs="Times New Roman"/>
              </w:rPr>
            </w:pPr>
            <w:sdt>
              <w:sdtPr>
                <w:rPr/>
                <w:alias w:val="Alan"/>
                <w:tag w:val="alan"/>
                <w:id w:val="800000088"/>
                <w15:appearance w15:val="boundingBox"/>
                <w:text/>
              </w:sdtPr>
              <w:sdtContent>
                <w:r>
                  <w:t xml:space="preserve">   </w:t>
                </w:r>
              </w:sdtContent>
            </w:sdt>
          </w:p>
        </w:tc>
        <w:tc>
          <w:tcPr>
            <w:tcW w:w="432" w:type="dxa"/>
          </w:tcPr>
          <w:p w:rsidRPr="008C0C0A" w:rsidR="00F10EFF" w:rsidP="008C0C0A" w:rsidRDefault="00F10EFF" w14:paraId="2735C23F" w14:textId="0EA8569C">
            <w:pPr>
              <w:jc w:val="both"/>
              <w:rPr>
                <w:rFonts w:ascii="Times New Roman" w:hAnsi="Times New Roman" w:cs="Times New Roman"/>
              </w:rPr>
            </w:pPr>
            <w:sdt>
              <w:sdtPr>
                <w:rPr/>
                <w:alias w:val="Alan"/>
                <w:tag w:val="alan"/>
                <w:id w:val="800000087"/>
                <w15:appearance w15:val="boundingBox"/>
                <w:text/>
              </w:sdtPr>
              <w:sdtContent>
                <w:r>
                  <w:t xml:space="preserve">   </w:t>
                </w:r>
              </w:sdtContent>
            </w:sdt>
          </w:p>
        </w:tc>
        <w:tc>
          <w:tcPr>
            <w:tcW w:w="1055" w:type="dxa"/>
          </w:tcPr>
          <w:p w:rsidRPr="008C0C0A" w:rsidR="00F10EFF" w:rsidP="008C0C0A" w:rsidRDefault="00F10EFF" w14:paraId="39FC7B10" w14:textId="0336832F">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4"/>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39" w:type="dxa"/>
          </w:tcPr>
          <w:p w:rsidRPr="008C0C0A" w:rsidR="00F10EFF" w:rsidP="008C0C0A" w:rsidRDefault="00F10EFF" w14:paraId="2609ED3B" w14:textId="77777777">
            <w:pPr>
              <w:jc w:val="both"/>
              <w:rPr>
                <w:rFonts w:ascii="Times New Roman" w:hAnsi="Times New Roman" w:cs="Times New Roman"/>
              </w:rPr>
            </w:pPr>
            <w:sdt>
              <w:sdtPr>
                <w:rPr/>
                <w:alias w:val="Alan"/>
                <w:tag w:val="alan"/>
                <w:id w:val="800000086"/>
                <w15:appearance w15:val="boundingBox"/>
                <w:text/>
              </w:sdtPr>
              <w:sdtContent>
                <w:r>
                  <w:t xml:space="preserve">       </w:t>
                </w:r>
              </w:sdtContent>
            </w:sdt>
          </w:p>
        </w:tc>
        <w:tc>
          <w:tcPr>
            <w:tcW w:w="439" w:type="dxa"/>
          </w:tcPr>
          <w:p w:rsidRPr="008C0C0A" w:rsidR="00F10EFF" w:rsidP="008C0C0A" w:rsidRDefault="00F10EFF" w14:paraId="65DEB0CC" w14:textId="77777777">
            <w:pPr>
              <w:jc w:val="both"/>
              <w:rPr>
                <w:rFonts w:ascii="Times New Roman" w:hAnsi="Times New Roman" w:cs="Times New Roman"/>
              </w:rPr>
            </w:pPr>
            <w:sdt>
              <w:sdtPr>
                <w:rPr/>
                <w:alias w:val="Alan"/>
                <w:tag w:val="alan"/>
                <w:id w:val="800000085"/>
                <w15:appearance w15:val="boundingBox"/>
                <w:text/>
              </w:sdtPr>
              <w:sdtContent>
                <w:r>
                  <w:t xml:space="preserve">   </w:t>
                </w:r>
              </w:sdtContent>
            </w:sdt>
          </w:p>
        </w:tc>
      </w:tr>
      <w:tr w:rsidRPr="008C0C0A" w:rsidR="00F10EFF" w:rsidTr="00F10EFF" w14:paraId="6E142763" w14:textId="77777777">
        <w:trPr>
          <w:jc w:val="center"/>
        </w:trPr>
        <w:tc>
          <w:tcPr>
            <w:tcW w:w="1318" w:type="dxa"/>
          </w:tcPr>
          <w:p w:rsidRPr="008C0C0A" w:rsidR="00F10EFF" w:rsidP="008C0C0A" w:rsidRDefault="00F10EFF" w14:paraId="1FCC6903" w14:textId="7D53549D">
            <w:pPr>
              <w:jc w:val="both"/>
              <w:rPr>
                <w:rFonts w:ascii="Times New Roman" w:hAnsi="Times New Roman" w:cs="Times New Roman"/>
              </w:rPr>
            </w:pPr>
            <w:r>
              <w:rPr>
                <w:rFonts w:ascii="Times New Roman" w:hAnsi="Times New Roman" w:cs="Times New Roman"/>
                <w:b/>
              </w:rPr>
              <w:t xml:space="preserve">Aydınlatma sistemi</w:t>
            </w:r>
          </w:p>
        </w:tc>
        <w:tc>
          <w:tcPr>
            <w:tcW w:w="806" w:type="dxa"/>
          </w:tcPr>
          <w:p w:rsidRPr="008C0C0A" w:rsidR="00F10EFF" w:rsidP="008C0C0A" w:rsidRDefault="00F10EFF" w14:paraId="3DA8DF1B" w14:textId="77777777">
            <w:pPr>
              <w:jc w:val="both"/>
              <w:rPr>
                <w:rFonts w:ascii="Times New Roman" w:hAnsi="Times New Roman" w:cs="Times New Roman"/>
              </w:rPr>
            </w:pPr>
            <w:sdt>
              <w:sdtPr>
                <w:rPr/>
                <w:alias w:val="Alan"/>
                <w:tag w:val="alan"/>
                <w:id w:val="800000084"/>
                <w15:appearance w15:val="boundingBox"/>
                <w:text/>
              </w:sdtPr>
              <w:sdtContent>
                <w:r>
                  <w:t xml:space="preserve">          </w:t>
                </w:r>
              </w:sdtContent>
            </w:sdt>
          </w:p>
        </w:tc>
        <w:tc>
          <w:tcPr>
            <w:tcW w:w="1006" w:type="dxa"/>
          </w:tcPr>
          <w:p w:rsidRPr="008C0C0A" w:rsidR="00F10EFF" w:rsidP="008C0C0A" w:rsidRDefault="00F10EFF" w14:paraId="7FE55A06" w14:textId="5D534A29">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5"/>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56A5DAB0" w14:textId="77777777">
            <w:pPr>
              <w:jc w:val="both"/>
              <w:rPr>
                <w:rFonts w:ascii="Times New Roman" w:hAnsi="Times New Roman" w:cs="Times New Roman"/>
              </w:rPr>
            </w:pPr>
            <w:sdt>
              <w:sdtPr>
                <w:rPr/>
                <w:alias w:val="Alan"/>
                <w:tag w:val="alan"/>
                <w:id w:val="800000083"/>
                <w15:appearance w15:val="boundingBox"/>
                <w:text/>
              </w:sdtPr>
              <w:sdtContent>
                <w:r>
                  <w:t xml:space="preserve">     </w:t>
                </w:r>
              </w:sdtContent>
            </w:sdt>
          </w:p>
        </w:tc>
        <w:tc>
          <w:tcPr>
            <w:tcW w:w="566" w:type="dxa"/>
          </w:tcPr>
          <w:p w:rsidRPr="008C0C0A" w:rsidR="00F10EFF" w:rsidP="008C0C0A" w:rsidRDefault="00F10EFF" w14:paraId="2E503DFE" w14:textId="0BC66F3B">
            <w:pPr>
              <w:jc w:val="both"/>
              <w:rPr>
                <w:rFonts w:ascii="Times New Roman" w:hAnsi="Times New Roman" w:cs="Times New Roman"/>
              </w:rPr>
            </w:pPr>
            <w:sdt>
              <w:sdtPr>
                <w:rPr/>
                <w:alias w:val="Alan"/>
                <w:tag w:val="alan"/>
                <w:id w:val="800000082"/>
                <w15:appearance w15:val="boundingBox"/>
                <w:text/>
              </w:sdtPr>
              <w:sdtContent>
                <w:r>
                  <w:t xml:space="preserve">     </w:t>
                </w:r>
              </w:sdtContent>
            </w:sdt>
          </w:p>
        </w:tc>
        <w:tc>
          <w:tcPr>
            <w:tcW w:w="949" w:type="dxa"/>
          </w:tcPr>
          <w:p w:rsidRPr="008C0C0A" w:rsidR="00F10EFF" w:rsidP="008C0C0A" w:rsidRDefault="00F10EFF" w14:paraId="1CBB9264" w14:textId="5F50E78E">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6"/>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32" w:type="dxa"/>
          </w:tcPr>
          <w:p w:rsidRPr="008C0C0A" w:rsidR="00F10EFF" w:rsidP="008C0C0A" w:rsidRDefault="00F10EFF" w14:paraId="59A4E9F9" w14:textId="77777777">
            <w:pPr>
              <w:jc w:val="both"/>
              <w:rPr>
                <w:rFonts w:ascii="Times New Roman" w:hAnsi="Times New Roman" w:cs="Times New Roman"/>
              </w:rPr>
            </w:pPr>
            <w:sdt>
              <w:sdtPr>
                <w:rPr/>
                <w:alias w:val="Alan"/>
                <w:tag w:val="alan"/>
                <w:id w:val="800000081"/>
                <w15:appearance w15:val="boundingBox"/>
                <w:text/>
              </w:sdtPr>
              <w:sdtContent>
                <w:r>
                  <w:t xml:space="preserve">   </w:t>
                </w:r>
              </w:sdtContent>
            </w:sdt>
          </w:p>
        </w:tc>
        <w:tc>
          <w:tcPr>
            <w:tcW w:w="432" w:type="dxa"/>
          </w:tcPr>
          <w:p w:rsidRPr="008C0C0A" w:rsidR="00F10EFF" w:rsidP="008C0C0A" w:rsidRDefault="00F10EFF" w14:paraId="3153A54C" w14:textId="77777777">
            <w:pPr>
              <w:jc w:val="both"/>
              <w:rPr>
                <w:rFonts w:ascii="Times New Roman" w:hAnsi="Times New Roman" w:cs="Times New Roman"/>
              </w:rPr>
            </w:pPr>
            <w:sdt>
              <w:sdtPr>
                <w:rPr/>
                <w:alias w:val="Alan"/>
                <w:tag w:val="alan"/>
                <w:id w:val="800000080"/>
                <w15:appearance w15:val="boundingBox"/>
                <w:text/>
              </w:sdtPr>
              <w:sdtContent>
                <w:r>
                  <w:t xml:space="preserve">   </w:t>
                </w:r>
              </w:sdtContent>
            </w:sdt>
          </w:p>
        </w:tc>
        <w:tc>
          <w:tcPr>
            <w:tcW w:w="432" w:type="dxa"/>
          </w:tcPr>
          <w:p w:rsidRPr="008C0C0A" w:rsidR="00F10EFF" w:rsidP="008C0C0A" w:rsidRDefault="00F10EFF" w14:paraId="73F59B8E" w14:textId="441D4101">
            <w:pPr>
              <w:jc w:val="both"/>
              <w:rPr>
                <w:rFonts w:ascii="Times New Roman" w:hAnsi="Times New Roman" w:cs="Times New Roman"/>
              </w:rPr>
            </w:pPr>
            <w:sdt>
              <w:sdtPr>
                <w:rPr/>
                <w:alias w:val="Alan"/>
                <w:tag w:val="alan"/>
                <w:id w:val="800000079"/>
                <w15:appearance w15:val="boundingBox"/>
                <w:text/>
              </w:sdtPr>
              <w:sdtContent>
                <w:r>
                  <w:t xml:space="preserve">   </w:t>
                </w:r>
              </w:sdtContent>
            </w:sdt>
          </w:p>
        </w:tc>
        <w:tc>
          <w:tcPr>
            <w:tcW w:w="1055" w:type="dxa"/>
          </w:tcPr>
          <w:p w:rsidRPr="008C0C0A" w:rsidR="00F10EFF" w:rsidP="008C0C0A" w:rsidRDefault="00F10EFF" w14:paraId="62EBC3B1" w14:textId="3DD00934">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7"/>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639" w:type="dxa"/>
          </w:tcPr>
          <w:p w:rsidRPr="008C0C0A" w:rsidR="00F10EFF" w:rsidP="008C0C0A" w:rsidRDefault="00F10EFF" w14:paraId="09BF5471" w14:textId="77777777">
            <w:pPr>
              <w:jc w:val="both"/>
              <w:rPr>
                <w:rFonts w:ascii="Times New Roman" w:hAnsi="Times New Roman" w:cs="Times New Roman"/>
              </w:rPr>
            </w:pPr>
            <w:sdt>
              <w:sdtPr>
                <w:rPr/>
                <w:alias w:val="Alan"/>
                <w:tag w:val="alan"/>
                <w:id w:val="800000078"/>
                <w15:appearance w15:val="boundingBox"/>
                <w:text/>
              </w:sdtPr>
              <w:sdtContent>
                <w:r>
                  <w:t xml:space="preserve">       </w:t>
                </w:r>
              </w:sdtContent>
            </w:sdt>
          </w:p>
        </w:tc>
        <w:tc>
          <w:tcPr>
            <w:tcW w:w="439" w:type="dxa"/>
          </w:tcPr>
          <w:p w:rsidRPr="008C0C0A" w:rsidR="00F10EFF" w:rsidP="008C0C0A" w:rsidRDefault="00F10EFF" w14:paraId="0C171F30" w14:textId="77777777">
            <w:pPr>
              <w:jc w:val="both"/>
              <w:rPr>
                <w:rFonts w:ascii="Times New Roman" w:hAnsi="Times New Roman" w:cs="Times New Roman"/>
              </w:rPr>
            </w:pPr>
            <w:sdt>
              <w:sdtPr>
                <w:rPr/>
                <w:alias w:val="Alan"/>
                <w:tag w:val="alan"/>
                <w:id w:val="800000077"/>
                <w15:appearance w15:val="boundingBox"/>
                <w:text/>
              </w:sdtPr>
              <w:sdtContent>
                <w:r>
                  <w:t xml:space="preserve">   </w:t>
                </w:r>
              </w:sdtContent>
            </w:sdt>
          </w:p>
        </w:tc>
      </w:tr>
      <w:tr w:rsidRPr="008C0C0A" w:rsidR="00F10EFF" w:rsidTr="00F10EFF" w14:paraId="7A7BE028" w14:textId="77777777">
        <w:trPr>
          <w:gridAfter w:val="2"/>
          <w:wAfter w:w="1078" w:type="dxa"/>
          <w:jc w:val="center"/>
        </w:trPr>
        <w:tc>
          <w:tcPr>
            <w:tcW w:w="1318" w:type="dxa"/>
          </w:tcPr>
          <w:p w:rsidRPr="008C0C0A" w:rsidR="00F10EFF" w:rsidP="008C0C0A" w:rsidRDefault="00F10EFF" w14:paraId="22148084" w14:textId="1A34BC68">
            <w:pPr>
              <w:jc w:val="both"/>
              <w:rPr>
                <w:rFonts w:ascii="Times New Roman" w:hAnsi="Times New Roman" w:cs="Times New Roman"/>
              </w:rPr>
            </w:pPr>
            <w:r>
              <w:rPr>
                <w:rFonts w:ascii="Times New Roman" w:hAnsi="Times New Roman" w:cs="Times New Roman"/>
                <w:b/>
              </w:rPr>
              <w:t xml:space="preserve">Çevre çiti ve  güvenlik</w:t>
            </w:r>
          </w:p>
        </w:tc>
        <w:tc>
          <w:tcPr>
            <w:tcW w:w="806" w:type="dxa"/>
          </w:tcPr>
          <w:p w:rsidRPr="008C0C0A" w:rsidR="00F10EFF" w:rsidP="008C0C0A" w:rsidRDefault="00F10EFF" w14:paraId="6B5864C4" w14:textId="77777777">
            <w:pPr>
              <w:jc w:val="both"/>
              <w:rPr>
                <w:rFonts w:ascii="Times New Roman" w:hAnsi="Times New Roman" w:cs="Times New Roman"/>
              </w:rPr>
            </w:pPr>
            <w:sdt>
              <w:sdtPr>
                <w:rPr/>
                <w:alias w:val="Alan"/>
                <w:tag w:val="alan"/>
                <w:id w:val="800000076"/>
                <w15:appearance w15:val="boundingBox"/>
                <w:text/>
              </w:sdtPr>
              <w:sdtContent>
                <w:r>
                  <w:t xml:space="preserve">          </w:t>
                </w:r>
              </w:sdtContent>
            </w:sdt>
          </w:p>
        </w:tc>
        <w:tc>
          <w:tcPr>
            <w:tcW w:w="1006" w:type="dxa"/>
          </w:tcPr>
          <w:p w:rsidRPr="008C0C0A" w:rsidR="00F10EFF" w:rsidP="008C0C0A" w:rsidRDefault="00F10EFF" w14:paraId="07931163" w14:textId="70FDE8D4">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8"/>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566" w:type="dxa"/>
          </w:tcPr>
          <w:p w:rsidRPr="008C0C0A" w:rsidR="00F10EFF" w:rsidP="008C0C0A" w:rsidRDefault="00F10EFF" w14:paraId="6AE80484" w14:textId="77777777">
            <w:pPr>
              <w:jc w:val="both"/>
              <w:rPr>
                <w:rFonts w:ascii="Times New Roman" w:hAnsi="Times New Roman" w:cs="Times New Roman"/>
              </w:rPr>
            </w:pPr>
            <w:sdt>
              <w:sdtPr>
                <w:rPr/>
                <w:alias w:val="Alan"/>
                <w:tag w:val="alan"/>
                <w:id w:val="800000075"/>
                <w15:appearance w15:val="boundingBox"/>
                <w:text/>
              </w:sdtPr>
              <w:sdtContent>
                <w:r>
                  <w:t xml:space="preserve">     </w:t>
                </w:r>
              </w:sdtContent>
            </w:sdt>
          </w:p>
        </w:tc>
        <w:tc>
          <w:tcPr>
            <w:tcW w:w="566" w:type="dxa"/>
          </w:tcPr>
          <w:p w:rsidRPr="008C0C0A" w:rsidR="00F10EFF" w:rsidP="008C0C0A" w:rsidRDefault="00F10EFF" w14:paraId="28DC2B21" w14:textId="33C36AE1">
            <w:pPr>
              <w:jc w:val="both"/>
              <w:rPr>
                <w:rFonts w:ascii="Times New Roman" w:hAnsi="Times New Roman" w:cs="Times New Roman"/>
              </w:rPr>
            </w:pPr>
            <w:sdt>
              <w:sdtPr>
                <w:rPr/>
                <w:alias w:val="Alan"/>
                <w:tag w:val="alan"/>
                <w:id w:val="800000074"/>
                <w15:appearance w15:val="boundingBox"/>
                <w:text/>
              </w:sdtPr>
              <w:sdtContent>
                <w:r>
                  <w:t xml:space="preserve">     </w:t>
                </w:r>
              </w:sdtContent>
            </w:sdt>
          </w:p>
        </w:tc>
        <w:tc>
          <w:tcPr>
            <w:tcW w:w="949" w:type="dxa"/>
          </w:tcPr>
          <w:p w:rsidRPr="008C0C0A" w:rsidR="00F10EFF" w:rsidP="008C0C0A" w:rsidRDefault="00F10EFF" w14:paraId="300EB6BE" w14:textId="57D9FE28">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59"/>
                <w14:checkbox>
                  <w14:checked w14:val="0"/>
                  <w14:checkedState w14:font="MS Gothic" w14:val="2612"/>
                  <w14:uncheckedState w14:font="MS Gothic" w14:val="2610"/>
                </w14:checkbox>
              </w:sdtPr>
              <w:sdtContent>
                <w:r>
                  <w:rPr>
                    <w:rFonts w:ascii="MS Gothic" w:hAnsi="MS Gothic" w:eastAsia="MS Gothic" w:cs="Times New Roman"/>
                  </w:rPr>
                  <w:t>☐</w:t>
                </w:r>
              </w:sdtContent>
            </w:sdt>
          </w:p>
        </w:tc>
        <w:tc>
          <w:tcPr>
            <w:tcW w:w="432" w:type="dxa"/>
          </w:tcPr>
          <w:p w:rsidRPr="008C0C0A" w:rsidR="00F10EFF" w:rsidP="008C0C0A" w:rsidRDefault="00F10EFF" w14:paraId="6A71ACBC" w14:textId="77777777">
            <w:pPr>
              <w:jc w:val="both"/>
              <w:rPr>
                <w:rFonts w:ascii="Times New Roman" w:hAnsi="Times New Roman" w:cs="Times New Roman"/>
              </w:rPr>
            </w:pPr>
            <w:sdt>
              <w:sdtPr>
                <w:rPr/>
                <w:alias w:val="Alan"/>
                <w:tag w:val="alan"/>
                <w:id w:val="800000073"/>
                <w15:appearance w15:val="boundingBox"/>
                <w:text/>
              </w:sdtPr>
              <w:sdtContent>
                <w:r>
                  <w:t xml:space="preserve">   </w:t>
                </w:r>
              </w:sdtContent>
            </w:sdt>
          </w:p>
        </w:tc>
        <w:tc>
          <w:tcPr>
            <w:tcW w:w="432" w:type="dxa"/>
          </w:tcPr>
          <w:p w:rsidRPr="008C0C0A" w:rsidR="00F10EFF" w:rsidP="008C0C0A" w:rsidRDefault="00F10EFF" w14:paraId="1F0B0AE5" w14:textId="77777777">
            <w:pPr>
              <w:jc w:val="both"/>
              <w:rPr>
                <w:rFonts w:ascii="Times New Roman" w:hAnsi="Times New Roman" w:cs="Times New Roman"/>
              </w:rPr>
            </w:pPr>
            <w:sdt>
              <w:sdtPr>
                <w:rPr/>
                <w:alias w:val="Alan"/>
                <w:tag w:val="alan"/>
                <w:id w:val="800000072"/>
                <w15:appearance w15:val="boundingBox"/>
                <w:text/>
              </w:sdtPr>
              <w:sdtContent>
                <w:r>
                  <w:t xml:space="preserve">   </w:t>
                </w:r>
              </w:sdtContent>
            </w:sdt>
          </w:p>
        </w:tc>
        <w:tc>
          <w:tcPr>
            <w:tcW w:w="432" w:type="dxa"/>
          </w:tcPr>
          <w:p w:rsidRPr="008C0C0A" w:rsidR="00F10EFF" w:rsidP="008C0C0A" w:rsidRDefault="00F10EFF" w14:paraId="1209CE26" w14:textId="70F91798">
            <w:pPr>
              <w:jc w:val="both"/>
              <w:rPr>
                <w:rFonts w:ascii="Times New Roman" w:hAnsi="Times New Roman" w:cs="Times New Roman"/>
              </w:rPr>
            </w:pPr>
            <w:sdt>
              <w:sdtPr>
                <w:rPr/>
                <w:alias w:val="Alan"/>
                <w:tag w:val="alan"/>
                <w:id w:val="800000071"/>
                <w15:appearance w15:val="boundingBox"/>
                <w:text/>
              </w:sdtPr>
              <w:sdtContent>
                <w:r>
                  <w:t xml:space="preserve">   </w:t>
                </w:r>
              </w:sdtContent>
            </w:sdt>
          </w:p>
        </w:tc>
        <w:tc>
          <w:tcPr>
            <w:tcW w:w="1055" w:type="dxa"/>
          </w:tcPr>
          <w:p w:rsidRPr="008C0C0A" w:rsidR="00F10EFF" w:rsidP="008C0C0A" w:rsidRDefault="00F10EFF" w14:paraId="3F855E35" w14:textId="60F82929">
            <w:pPr>
              <w:jc w:val="both"/>
              <w:rPr>
                <w:rFonts w:ascii="Times New Roman" w:hAnsi="Times New Roman" w:cs="Times New Roman"/>
              </w:rPr>
            </w:pPr>
            <w:r>
              <w:rPr>
                <w:rFonts w:ascii="Times New Roman" w:hAnsi="Times New Roman" w:cs="Times New Roman"/>
              </w:rPr>
              <w:t xml:space="preserve">     </w:t>
            </w:r>
            <w:r>
              <w:rPr>
                <w:rFonts w:ascii="Segoe UI Symbol" w:hAnsi="Segoe UI Symbol" w:cs="Segoe UI Symbol"/>
              </w:rPr>
              <w:t xml:space="preserve"/>
            </w:r>
            <w:sdt>
              <w:sdtPr>
                <w:rPr>
                  <w:rFonts w:ascii="MS Gothic" w:hAnsi="MS Gothic" w:eastAsia="MS Gothic" w:cs="Times New Roman"/>
                </w:rPr>
                <w:alias w:val="Seçim"/>
                <w:tag w:val="onay"/>
                <w:id w:val="800000060"/>
                <w14:checkbox>
                  <w14:checked w14:val="0"/>
                  <w14:checkedState w14:font="MS Gothic" w14:val="2612"/>
                  <w14:uncheckedState w14:font="MS Gothic" w14:val="2610"/>
                </w14:checkbox>
              </w:sdtPr>
              <w:sdtContent>
                <w:r>
                  <w:rPr>
                    <w:rFonts w:ascii="MS Gothic" w:hAnsi="MS Gothic" w:eastAsia="MS Gothic" w:cs="Times New Roman"/>
                  </w:rPr>
                  <w:t>☐</w:t>
                </w:r>
              </w:sdtContent>
            </w:sdt>
          </w:p>
        </w:tc>
      </w:tr>
    </w:tbl>
    <w:p w:rsidRPr="008C0C0A" w:rsidR="004F0AB5" w:rsidP="008C0C0A" w:rsidRDefault="004F0AB5" w14:paraId="2977F73A" w14:textId="60AAE89C">
      <w:pPr>
        <w:jc w:val="both"/>
        <w:rPr>
          <w:rFonts w:ascii="Times New Roman" w:hAnsi="Times New Roman" w:cs="Times New Roman"/>
        </w:rPr>
      </w:pPr>
      <w:r>
        <w:rPr>
          <w:rFonts w:ascii="Times New Roman" w:hAnsi="Times New Roman" w:cs="Times New Roman"/>
        </w:rPr>
        <w:t xml:space="preserve">Tespit Edilen Genel Sorunlar:…………………………………………………………………………………………………….……….…………………</w:t>
        <w:br/>
        <w:lastRenderedPageBreak/>
        <w:t>..............................................................................................................................................................................................................................................................................................................................................................................................................................................................................................</w:t>
      </w:r>
    </w:p>
    <w:p w:rsidRPr="008C0C0A" w:rsidR="001C0F44" w:rsidP="008C0C0A" w:rsidRDefault="0086662C" w14:paraId="15E0344C" w14:textId="17AA97F1">
      <w:pPr>
        <w:jc w:val="both"/>
        <w:rPr>
          <w:rFonts w:ascii="Times New Roman" w:hAnsi="Times New Roman" w:cs="Times New Roman"/>
        </w:rPr>
      </w:pPr>
      <w:r>
        <w:rPr>
          <w:rFonts w:ascii="Times New Roman" w:hAnsi="Times New Roman" w:cs="Times New Roman"/>
        </w:rPr>
        <w:t xml:space="preserve">Acil Müdahale Gerektiren Hususlar:………………………………………………………………………………………………………………………</w:t>
        <w:br/>
        <w:t>..............................................................................................................................................................................................................................................................................................................................................................................................................................................................................................</w:t>
      </w:r>
    </w:p>
    <w:p w:rsidRPr="008C0C0A" w:rsidR="00E96624" w:rsidP="008C0C0A" w:rsidRDefault="0058023D" w14:paraId="4F326901" w14:textId="29482294">
      <w:pPr>
        <w:jc w:val="both"/>
        <w:rPr>
          <w:rFonts w:ascii="Times New Roman" w:hAnsi="Times New Roman" w:cs="Times New Roman"/>
        </w:rPr>
      </w:pPr>
      <w:r>
        <w:rPr>
          <w:rFonts w:ascii="Times New Roman" w:hAnsi="Times New Roman" w:cs="Times New Roman"/>
        </w:rPr>
        <w:t xml:space="preserve">Sorumlu Personel İmza:          </w:t>
      </w:r>
      <w:sdt>
        <w:sdtPr>
          <w:rPr>
            <w:rFonts w:ascii="Times New Roman" w:hAnsi="Times New Roman" w:cs="Times New Roman"/>
          </w:rPr>
          <w:alias w:val="Sorumlu Personel İmza"/>
          <w:tag w:val="alan"/>
          <w:id w:val="800000066"/>
          <w15:appearance w15:val="boundingBox"/>
          <w:text/>
        </w:sdtPr>
        <w:sdtContent>
          <w:r>
            <w:rPr>
              <w:rFonts w:ascii="Times New Roman" w:hAnsi="Times New Roman" w:cs="Times New Roman"/>
            </w:rPr>
            <w:t xml:space="preserve">……………</w:t>
          </w:r>
        </w:sdtContent>
      </w:sdt>
      <w:sdt>
        <w:sdtPr>
          <w:rPr>
            <w:rFonts w:ascii="Times New Roman" w:hAnsi="Times New Roman" w:cs="Times New Roman"/>
          </w:rPr>
          <w:alias w:val="Sorumlu Personel İmza"/>
          <w:tag w:val="alan"/>
          <w:id w:val="800000067"/>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w:t>
      </w:r>
    </w:p>
    <w:p w:rsidRPr="008C0C0A" w:rsidR="001C0F44" w:rsidP="008C0C0A" w:rsidRDefault="0086662C" w14:paraId="60E51BF3" w14:textId="769BE247">
      <w:pPr>
        <w:jc w:val="both"/>
        <w:rPr>
          <w:rFonts w:ascii="Times New Roman" w:hAnsi="Times New Roman" w:cs="Times New Roman"/>
        </w:rPr>
      </w:pPr>
      <w:r>
        <w:rPr>
          <w:rFonts w:ascii="Times New Roman" w:hAnsi="Times New Roman" w:cs="Times New Roman"/>
        </w:rPr>
        <w:t xml:space="preserve">Onay Tarihi: </w:t>
      </w:r>
      <w:sdt>
        <w:sdtPr>
          <w:rPr>
            <w:rFonts w:ascii="Times New Roman" w:hAnsi="Times New Roman" w:cs="Times New Roman"/>
          </w:rPr>
          <w:alias w:val="Onay Tarihi"/>
          <w:tag w:val="alan"/>
          <w:id w:val="800000068"/>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 </w:t>
      </w:r>
      <w:sdt>
        <w:sdtPr>
          <w:rPr>
            <w:rFonts w:ascii="Times New Roman" w:hAnsi="Times New Roman" w:cs="Times New Roman"/>
          </w:rPr>
          <w:alias w:val="/"/>
          <w:tag w:val="alan"/>
          <w:id w:val="800000069"/>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 /</w:t>
      </w:r>
      <w:sdt>
        <w:sdtPr>
          <w:rPr>
            <w:rFonts w:ascii="Times New Roman" w:hAnsi="Times New Roman" w:cs="Times New Roman"/>
          </w:rPr>
          <w:alias w:val="/"/>
          <w:tag w:val="alan"/>
          <w:id w:val="800000070"/>
          <w15:appearance w15:val="boundingBox"/>
          <w:text/>
        </w:sdtPr>
        <w:sdtContent>
          <w:r>
            <w:rPr>
              <w:rFonts w:ascii="Times New Roman" w:hAnsi="Times New Roman" w:cs="Times New Roman"/>
            </w:rPr>
            <w:t xml:space="preserve">……</w:t>
          </w:r>
        </w:sdtContent>
      </w:sdt>
      <w:r>
        <w:rPr>
          <w:rFonts w:ascii="Times New Roman" w:hAnsi="Times New Roman" w:cs="Times New Roman"/>
        </w:rPr>
        <w:t xml:space="preserve">..</w:t>
      </w:r>
    </w:p>
    <w:p w:rsidRPr="008C0C0A" w:rsidR="009B6EBB" w:rsidP="008C0C0A" w:rsidRDefault="009B6EBB" w14:paraId="034818EA" w14:textId="77777777">
      <w:pPr>
        <w:jc w:val="both"/>
        <w:rPr>
          <w:rFonts w:ascii="Times New Roman" w:hAnsi="Times New Roman" w:cs="Times New Roman"/>
        </w:rPr>
      </w:pPr>
    </w:p>
    <w:p w:rsidRPr="008C0C0A" w:rsidR="00901938" w:rsidP="008C0C0A" w:rsidRDefault="005C154E" w14:paraId="6E770975" w14:textId="78454A80">
      <w:pPr>
        <w:jc w:val="both"/>
        <w:rPr>
          <w:rFonts w:ascii="Times New Roman" w:hAnsi="Times New Roman" w:cs="Times New Roman"/>
        </w:rPr>
      </w:pPr>
      <w:r>
        <w:rPr>
          <w:rFonts w:ascii="Times New Roman" w:hAnsi="Times New Roman" w:cs="Times New Roman"/>
        </w:rPr>
        <w:t xml:space="preserve">NOT:Kontroller aylık yapılr.Her ayın ilk haftası yapılması esastır.İlk hafta mücbir sebeplerden dolayı yapılamayan kontrol bir sonraki hafta yapılr.Tespit edilen genel sorunlar ve acil müdahale gerektiren hususlar giderilir. Eldeki imkanlarla giderilemiyorsa Üniversitenin ilgili daire Başkanlığına yazı ile bildirilir. Bu form tesis sorumlusu tarafından imzalanır  ve dosyada saklanır. </w:t>
      </w:r>
    </w:p>
    <w:sectPr w:rsidRPr="008C0C0A" w:rsidR="00901938" w:rsidSect="008C0C0A">
      <w:headerReference w:type="default" r:id="R8528f5299cf647a0"/>
      <w:headerReference w:type="first" r:id="R8528f5299cf647a0"/>
      <w:headerReference w:type="even" r:id="R8528f5299cf647a0"/>
      <w:footerReference w:type="default" r:id="Rfcfe318fc4394b6f"/>
      <w:footerReference w:type="first" r:id="Rfcfe318fc4394b6f"/>
      <w:footerReference w:type="even" r:id="Rfcfe318fc4394b6f"/>
      <w:pgSz w:w="11906" w:h="16838"/>
      <w:pgMar w:top="2155" w:right="850" w:bottom="1588" w:left="850" w:header="720"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4102EE" w14:textId="77777777" w:rsidR="008C0C0A" w:rsidRDefault="008C0C0A" w:rsidP="008C0C0A">
      <w:pPr>
        <w:spacing w:after="0" w:line="240" w:lineRule="auto"/>
      </w:pPr>
      <w:r>
        <w:separator/>
      </w:r>
    </w:p>
  </w:endnote>
  <w:endnote w:type="continuationSeparator" w:id="0">
    <w:p w14:paraId="201C079B" w14:textId="77777777" w:rsidR="008C0C0A" w:rsidRDefault="008C0C0A" w:rsidP="008C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KYS-FR.272, R00, 08.09.2026</w:t>
          </w:r>
        </w:p>
        <w:p>
          <w:pPr>
            <w:spacing w:before="0" w:after="0" w:line="240" w:lineRule="auto"/>
          </w:pPr>
          <w:hyperlink xmlns:r="http://schemas.openxmlformats.org/officeDocument/2006/relationships" w:history="true" r:id="R5068b65bae8e4b5a">
            <w:r>
              <w:rPr>
                <w:rFonts w:ascii="Times New Roman" w:hAnsi="Times New Roman" w:eastAsia="Century Gothic"/>
                <w:sz w:val="16"/>
                <w:szCs w:val="16"/>
                <w:color w:val="0563C1"/>
                <w:u w:val="single"/>
              </w:rPr>
              <w:t>kvys.giresun.edu.tr/dg/829</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c672d295271a42f3"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982B0" w14:textId="77777777" w:rsidR="008C0C0A" w:rsidRDefault="008C0C0A" w:rsidP="008C0C0A">
      <w:pPr>
        <w:spacing w:after="0" w:line="240" w:lineRule="auto"/>
      </w:pPr>
      <w:r>
        <w:separator/>
      </w:r>
    </w:p>
  </w:footnote>
  <w:footnote w:type="continuationSeparator" w:id="0">
    <w:p w14:paraId="366337DA" w14:textId="77777777" w:rsidR="008C0C0A" w:rsidRDefault="008C0C0A" w:rsidP="008C0C0A">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80b0805dfb93402d"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Açık Hava Spor Sahaları Bakım - Kontrol ve Denetim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KYS-FR.272</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08.09.2026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1DB4"/>
    <w:rsid w:val="000C7669"/>
    <w:rsid w:val="000D7C00"/>
    <w:rsid w:val="001309E4"/>
    <w:rsid w:val="001352C1"/>
    <w:rsid w:val="0015074B"/>
    <w:rsid w:val="001C0F44"/>
    <w:rsid w:val="0029639D"/>
    <w:rsid w:val="002E40D2"/>
    <w:rsid w:val="00326F90"/>
    <w:rsid w:val="00332FEB"/>
    <w:rsid w:val="00357DD3"/>
    <w:rsid w:val="0037039E"/>
    <w:rsid w:val="003736A2"/>
    <w:rsid w:val="004607AD"/>
    <w:rsid w:val="004F0AB5"/>
    <w:rsid w:val="00531EA7"/>
    <w:rsid w:val="00536029"/>
    <w:rsid w:val="0056115C"/>
    <w:rsid w:val="00561D9F"/>
    <w:rsid w:val="0058023D"/>
    <w:rsid w:val="005C00C7"/>
    <w:rsid w:val="005C154E"/>
    <w:rsid w:val="00640F35"/>
    <w:rsid w:val="006C2B43"/>
    <w:rsid w:val="006E1D17"/>
    <w:rsid w:val="006F1304"/>
    <w:rsid w:val="00747958"/>
    <w:rsid w:val="00764A08"/>
    <w:rsid w:val="00793A30"/>
    <w:rsid w:val="007B6030"/>
    <w:rsid w:val="008278D8"/>
    <w:rsid w:val="0086662C"/>
    <w:rsid w:val="008C0C0A"/>
    <w:rsid w:val="00901938"/>
    <w:rsid w:val="00950A31"/>
    <w:rsid w:val="00997C78"/>
    <w:rsid w:val="009B6EBB"/>
    <w:rsid w:val="009C4AB8"/>
    <w:rsid w:val="009E033E"/>
    <w:rsid w:val="00A0126C"/>
    <w:rsid w:val="00A465F2"/>
    <w:rsid w:val="00A63A9E"/>
    <w:rsid w:val="00AA1D8D"/>
    <w:rsid w:val="00AE44D2"/>
    <w:rsid w:val="00B47730"/>
    <w:rsid w:val="00C108DC"/>
    <w:rsid w:val="00CB0664"/>
    <w:rsid w:val="00D62029"/>
    <w:rsid w:val="00DB4A86"/>
    <w:rsid w:val="00DC6812"/>
    <w:rsid w:val="00DD0860"/>
    <w:rsid w:val="00DE6F8C"/>
    <w:rsid w:val="00DF67EC"/>
    <w:rsid w:val="00E54D6C"/>
    <w:rsid w:val="00E93D1E"/>
    <w:rsid w:val="00E96624"/>
    <w:rsid w:val="00F10EFF"/>
    <w:rsid w:val="00F45DD0"/>
    <w:rsid w:val="00F50DDB"/>
    <w:rsid w:val="00F63E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C48D3"/>
  <w14:defaultImageDpi w14:val="300"/>
  <w15:docId w15:val="{944092DC-EB45-A049-842D-FCB055C8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15C"/>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E9662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966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header" Target="/word/header1.xml" Id="R8528f5299cf647a0" /><Relationship Type="http://schemas.openxmlformats.org/officeDocument/2006/relationships/footer" Target="/word/footer1.xml" Id="Rfcfe318fc4394b6f" /></Relationships>
</file>

<file path=word/_rels/footer1.xml.rels>&#65279;<?xml version="1.0" encoding="utf-8"?><Relationships xmlns="http://schemas.openxmlformats.org/package/2006/relationships"><Relationship Type="http://schemas.openxmlformats.org/officeDocument/2006/relationships/image" Target="/media/image2.png" Id="Rc672d295271a42f3" /><Relationship Type="http://schemas.openxmlformats.org/officeDocument/2006/relationships/hyperlink" Target="https://kvys.giresun.edu.tr/dg/829" TargetMode="External" Id="R5068b65bae8e4b5a" /></Relationships>
</file>

<file path=word/_rels/header1.xml.rels>&#65279;<?xml version="1.0" encoding="utf-8"?><Relationships xmlns="http://schemas.openxmlformats.org/package/2006/relationships"><Relationship Type="http://schemas.openxmlformats.org/officeDocument/2006/relationships/image" Target="/media/image.png" Id="R80b0805dfb9340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6746C-4B18-4F72-A0C0-1FBD421E4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535</Words>
  <Characters>3054</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3582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Hayriye ERKAN</cp:lastModifiedBy>
  <cp:revision>53</cp:revision>
  <cp:lastPrinted>2026-02-24T10:32:00Z</cp:lastPrinted>
  <dcterms:created xsi:type="dcterms:W3CDTF">2026-02-13T12:28:00Z</dcterms:created>
  <dcterms:modified xsi:type="dcterms:W3CDTF">2026-08-18T11:01:00Z</dcterms:modified>
  <cp:category/>
</cp:coreProperties>
</file>