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pageBreakBefore w:val="0"/>
        <w:spacing w:before="120" w:after="0"/>
        <w:jc w:val="center"/>
      </w:pPr>
      <w:r>
        <w:drawing>
          <wp:inline xmlns:a="http://schemas.openxmlformats.org/drawingml/2006/main" xmlns:pic="http://schemas.openxmlformats.org/drawingml/2006/picture">
            <wp:extent cx="1512000" cy="151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15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pageBreakBefore w:val="0"/>
        <w:spacing w:before="200" w:after="0"/>
        <w:jc w:val="center"/>
      </w:pPr>
      <w:r>
        <w:rPr>
          <w:b/>
          <w:color w:val="164194"/>
          <w:sz w:val="28"/>
        </w:rPr>
        <w:t>T.C.</w:t>
      </w:r>
    </w:p>
    <w:p>
      <w:pPr>
        <w:keepNext w:val="0"/>
        <w:pageBreakBefore w:val="0"/>
        <w:spacing w:before="40" w:after="0"/>
        <w:jc w:val="center"/>
      </w:pPr>
      <w:r>
        <w:rPr>
          <w:b/>
          <w:color w:val="164194"/>
          <w:sz w:val="32"/>
        </w:rPr>
        <w:t>GİRESUN ÜNİVERSİTESİ</w:t>
      </w:r>
    </w:p>
    <w:p>
      <w:pPr>
        <w:keepNext w:val="0"/>
        <w:pageBreakBefore w:val="0"/>
        <w:spacing w:before="200" w:after="0"/>
        <w:jc w:val="center"/>
      </w:pPr>
      <w:r>
        <w:rPr>
          <w:b/>
          <w:sz w:val="24"/>
        </w:rPr>
        <w:t>……………………………………………… MESLEK YÜKSEKOKULU</w:t>
      </w:r>
    </w:p>
    <w:p>
      <w:pPr>
        <w:keepNext w:val="0"/>
        <w:pageBreakBefore w:val="0"/>
        <w:spacing w:before="520" w:after="0"/>
        <w:jc w:val="center"/>
      </w:pPr>
      <w:r>
        <w:rPr>
          <w:b/>
          <w:color w:val="164194"/>
          <w:sz w:val="44"/>
        </w:rPr>
        <w:t>ÖĞRENCİ STAJ DOSYASI</w:t>
      </w:r>
    </w:p>
    <w:p>
      <w:pPr>
        <w:keepNext w:val="0"/>
        <w:pageBreakBefore w:val="0"/>
        <w:spacing w:before="160" w:after="0"/>
        <w:jc w:val="center"/>
      </w:pPr>
      <w:r>
        <w:rPr>
          <w:b/>
          <w:sz w:val="22"/>
        </w:rPr>
        <w:t>20…… – 20……  EĞİTİM-ÖĞRETİM YILI  ·  ……………… YARIYILI</w:t>
      </w:r>
    </w:p>
    <w:p>
      <w:pPr>
        <w:keepNext w:val="0"/>
        <w:pageBreakBefore w:val="0"/>
        <w:spacing w:before="440" w:after="80"/>
        <w:jc w:val="center"/>
      </w:pPr>
      <w:r>
        <w:rPr>
          <w:b/>
          <w:sz w:val="22"/>
        </w:rPr>
        <w:t>Dosya Türü (birini işaretleyiniz)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  <w:tblLayout w:type="fixed"/>
      </w:tblPr>
      <w:tblGrid>
        <w:gridCol w:w="4649"/>
        <w:gridCol w:w="4649"/>
      </w:tblGrid>
      <w:tr>
        <w:trPr>
          <w:trHeight w:val="1020" w:hRule="atLeast"/>
        </w:trPr>
        <w:tc>
          <w:tcPr>
            <w:tcW w:w="4649" w:type="dxa"/>
            <w:vAlign w:val="center"/>
          </w:tcPr>
          <w:p>
            <w:pPr>
              <w:spacing w:before="120"/>
              <w:jc w:val="center"/>
            </w:pPr>
            <w:sdt>
              <w:sdtPr>
                <w:rPr>
                  <w:rFonts w:ascii="MS Gothic" w:hAnsi="MS Gothic" w:eastAsia="MS Gothic"/>
                  <w:sz w:val="28"/>
                </w:rPr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b/>
                <w:i w:val="0"/>
                <w:sz w:val="26"/>
              </w:rPr>
              <w:t xml:space="preserve">  ARA SINAV</w:t>
            </w:r>
          </w:p>
          <w:p>
            <w:pPr>
              <w:spacing w:after="120"/>
              <w:jc w:val="center"/>
            </w:pPr>
            <w:r>
              <w:rPr>
                <w:b w:val="0"/>
                <w:i/>
                <w:sz w:val="20"/>
              </w:rPr>
              <w:t>(1. – 7. Hafta staj çalışmaları)</w:t>
            </w:r>
          </w:p>
        </w:tc>
        <w:tc>
          <w:tcPr>
            <w:tcW w:w="4649" w:type="dxa"/>
            <w:vAlign w:val="center"/>
          </w:tcPr>
          <w:p>
            <w:pPr>
              <w:spacing w:before="120"/>
              <w:jc w:val="center"/>
            </w:pPr>
            <w:sdt>
              <w:sdtPr>
                <w:rPr>
                  <w:rFonts w:ascii="MS Gothic" w:hAnsi="MS Gothic" w:eastAsia="MS Gothic"/>
                  <w:sz w:val="28"/>
                </w:rPr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b/>
                <w:i w:val="0"/>
                <w:sz w:val="26"/>
              </w:rPr>
              <w:t xml:space="preserve">  YARIYIL SONU</w:t>
            </w:r>
          </w:p>
          <w:p>
            <w:pPr>
              <w:spacing w:after="120"/>
              <w:jc w:val="center"/>
            </w:pPr>
            <w:r>
              <w:rPr>
                <w:b w:val="0"/>
                <w:i/>
                <w:sz w:val="20"/>
              </w:rPr>
              <w:t>(8. – 14. Hafta staj çalışmaları)</w:t>
            </w:r>
          </w:p>
        </w:tc>
      </w:tr>
    </w:tbl>
    <w:p>
      <w:pPr>
        <w:keepNext w:val="0"/>
        <w:pageBreakBefore w:val="0"/>
        <w:spacing w:before="520" w:after="80"/>
      </w:pPr>
      <w:r>
        <w:rPr>
          <w:b/>
          <w:sz w:val="22"/>
        </w:rPr>
        <w:t>ÖĞRENCİNİN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  <w:tblLayout w:type="fixed"/>
      </w:tblPr>
      <w:tblGrid>
        <w:gridCol w:w="2268"/>
        <w:gridCol w:w="7938"/>
      </w:tblGrid>
      <w:tr>
        <w:trPr>
          <w:trHeight w:val="482" w:hRule="atLeast"/>
        </w:trPr>
        <w:tc>
          <w:tcPr>
            <w:tcW w:w="2268" w:type="dxa"/>
            <w:vAlign w:val="center"/>
            <w:shd w:val="clear" w:color="auto" w:fill="D9D9D9"/>
          </w:tcPr>
          <w:p>
            <w:r>
              <w:rPr>
                <w:b/>
                <w:i w:val="0"/>
                <w:sz w:val="22"/>
              </w:rPr>
              <w:t>Adı Soyadı</w:t>
            </w:r>
          </w:p>
        </w:tc>
        <w:tc>
          <w:tcPr>
            <w:tcW w:w="7937" w:type="dxa"/>
          </w:tcPr>
          <w:p/>
        </w:tc>
      </w:tr>
      <w:tr>
        <w:trPr>
          <w:trHeight w:val="482" w:hRule="atLeast"/>
        </w:trPr>
        <w:tc>
          <w:tcPr>
            <w:tcW w:w="2268" w:type="dxa"/>
            <w:vAlign w:val="center"/>
            <w:shd w:val="clear" w:color="auto" w:fill="D9D9D9"/>
          </w:tcPr>
          <w:p>
            <w:r>
              <w:rPr>
                <w:b/>
                <w:i w:val="0"/>
                <w:sz w:val="22"/>
              </w:rPr>
              <w:t>Öğrenci Numarası</w:t>
            </w:r>
          </w:p>
        </w:tc>
        <w:tc>
          <w:tcPr>
            <w:tcW w:w="7937" w:type="dxa"/>
          </w:tcPr>
          <w:p/>
        </w:tc>
      </w:tr>
      <w:tr>
        <w:trPr>
          <w:trHeight w:val="482" w:hRule="atLeast"/>
        </w:trPr>
        <w:tc>
          <w:tcPr>
            <w:tcW w:w="2268" w:type="dxa"/>
            <w:vAlign w:val="center"/>
            <w:shd w:val="clear" w:color="auto" w:fill="D9D9D9"/>
          </w:tcPr>
          <w:p>
            <w:r>
              <w:rPr>
                <w:b/>
                <w:i w:val="0"/>
                <w:sz w:val="22"/>
              </w:rPr>
              <w:t>Bölümü</w:t>
            </w:r>
          </w:p>
        </w:tc>
        <w:tc>
          <w:tcPr>
            <w:tcW w:w="7937" w:type="dxa"/>
          </w:tcPr>
          <w:p/>
        </w:tc>
      </w:tr>
      <w:tr>
        <w:trPr>
          <w:trHeight w:val="482" w:hRule="atLeast"/>
        </w:trPr>
        <w:tc>
          <w:tcPr>
            <w:tcW w:w="2268" w:type="dxa"/>
            <w:vAlign w:val="center"/>
            <w:shd w:val="clear" w:color="auto" w:fill="D9D9D9"/>
          </w:tcPr>
          <w:p>
            <w:r>
              <w:rPr>
                <w:b/>
                <w:i w:val="0"/>
                <w:sz w:val="22"/>
              </w:rPr>
              <w:t>Programı</w:t>
            </w:r>
          </w:p>
        </w:tc>
        <w:tc>
          <w:tcPr>
            <w:tcW w:w="7937" w:type="dxa"/>
          </w:tcPr>
          <w:p/>
        </w:tc>
      </w:tr>
      <w:tr>
        <w:trPr>
          <w:trHeight w:val="482" w:hRule="atLeast"/>
        </w:trPr>
        <w:tc>
          <w:tcPr>
            <w:tcW w:w="2268" w:type="dxa"/>
            <w:vAlign w:val="center"/>
            <w:shd w:val="clear" w:color="auto" w:fill="D9D9D9"/>
          </w:tcPr>
          <w:p>
            <w:r>
              <w:rPr>
                <w:b/>
                <w:i w:val="0"/>
                <w:sz w:val="22"/>
              </w:rPr>
              <w:t>Sınıfı</w:t>
            </w:r>
          </w:p>
        </w:tc>
        <w:tc>
          <w:tcPr>
            <w:tcW w:w="7937" w:type="dxa"/>
          </w:tcPr>
          <w:p/>
        </w:tc>
      </w:tr>
    </w:tbl>
    <w:p>
      <w:pPr>
        <w:keepNext w:val="0"/>
        <w:pageBreakBefore w:val="0"/>
        <w:spacing w:before="280" w:after="0"/>
      </w:pPr>
      <w:r>
        <w:rPr>
          <w:b/>
          <w:sz w:val="22"/>
        </w:rPr>
        <w:t>STAJ DÖNEMİ :  …… /…… / 20……   –   …… /…… / 20……</w:t>
      </w:r>
    </w:p>
    <w:p>
      <w:pPr>
        <w:keepNext w:val="0"/>
        <w:pageBreakBefore/>
        <w:spacing w:before="0" w:after="200"/>
        <w:jc w:val="center"/>
      </w:pPr>
      <w:r>
        <w:rPr>
          <w:b/>
          <w:sz w:val="26"/>
        </w:rPr>
        <w:t>ÖĞRENCİ VE İŞYERİ BİLGİLERİ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  <w:tblLayout w:type="fixed"/>
      </w:tblPr>
      <w:tblGrid>
        <w:gridCol w:w="2154"/>
        <w:gridCol w:w="5499"/>
        <w:gridCol w:w="2551"/>
      </w:tblGrid>
      <w:tr>
        <w:trPr>
          <w:trHeight w:val="425" w:hRule="atLeast"/>
        </w:trPr>
        <w:tc>
          <w:tcPr>
            <w:tcW w:w="7653" w:type="dxa"/>
            <w:gridSpan w:val="2"/>
            <w:vAlign w:val="center"/>
            <w:shd w:val="clear" w:color="auto" w:fill="D9D9D9"/>
          </w:tcPr>
          <w:p>
            <w:r>
              <w:rPr>
                <w:b/>
                <w:i w:val="0"/>
                <w:sz w:val="22"/>
              </w:rPr>
              <w:t>ÖĞRENCİNİN</w:t>
            </w:r>
          </w:p>
        </w:tc>
        <w:tc>
          <w:tcPr>
            <w:tcW w:w="2551" w:type="dxa"/>
            <w:vMerge w:val="restart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20"/>
              </w:rPr>
              <w:t>FOTOĞRAF</w:t>
            </w:r>
          </w:p>
        </w:tc>
      </w:tr>
      <w:tr>
        <w:trPr>
          <w:trHeight w:val="408" w:hRule="atLeast"/>
        </w:trPr>
        <w:tc>
          <w:tcPr>
            <w:tcW w:w="2154" w:type="dxa"/>
            <w:vAlign w:val="center"/>
          </w:tcPr>
          <w:p>
            <w:r>
              <w:rPr>
                <w:b/>
                <w:i w:val="0"/>
                <w:sz w:val="22"/>
              </w:rPr>
              <w:t>Adı Soyadı</w:t>
            </w:r>
          </w:p>
        </w:tc>
        <w:tc>
          <w:tcPr>
            <w:tcW w:w="5499" w:type="dxa"/>
          </w:tcPr>
          <w:p/>
        </w:tc>
        <w:tc>
          <w:tcPr>
            <w:tcW w:w="2551" w:type="dxa"/>
            <w:vMerge/>
          </w:tcPr>
          <w:p/>
        </w:tc>
      </w:tr>
      <w:tr>
        <w:trPr>
          <w:trHeight w:val="408" w:hRule="atLeast"/>
        </w:trPr>
        <w:tc>
          <w:tcPr>
            <w:tcW w:w="2154" w:type="dxa"/>
            <w:vAlign w:val="center"/>
          </w:tcPr>
          <w:p>
            <w:r>
              <w:rPr>
                <w:b/>
                <w:i w:val="0"/>
                <w:sz w:val="22"/>
              </w:rPr>
              <w:t>Öğrenci No</w:t>
            </w:r>
          </w:p>
        </w:tc>
        <w:tc>
          <w:tcPr>
            <w:tcW w:w="5499" w:type="dxa"/>
          </w:tcPr>
          <w:p/>
        </w:tc>
        <w:tc>
          <w:tcPr>
            <w:tcW w:w="2551" w:type="dxa"/>
            <w:vMerge/>
          </w:tcPr>
          <w:p/>
        </w:tc>
      </w:tr>
      <w:tr>
        <w:trPr>
          <w:trHeight w:val="408" w:hRule="atLeast"/>
        </w:trPr>
        <w:tc>
          <w:tcPr>
            <w:tcW w:w="2154" w:type="dxa"/>
            <w:vAlign w:val="center"/>
          </w:tcPr>
          <w:p>
            <w:r>
              <w:rPr>
                <w:b/>
                <w:i w:val="0"/>
                <w:sz w:val="22"/>
              </w:rPr>
              <w:t>Bölümü</w:t>
            </w:r>
          </w:p>
        </w:tc>
        <w:tc>
          <w:tcPr>
            <w:tcW w:w="5499" w:type="dxa"/>
          </w:tcPr>
          <w:p/>
        </w:tc>
        <w:tc>
          <w:tcPr>
            <w:tcW w:w="2551" w:type="dxa"/>
            <w:vMerge/>
          </w:tcPr>
          <w:p/>
        </w:tc>
      </w:tr>
      <w:tr>
        <w:trPr>
          <w:trHeight w:val="408" w:hRule="atLeast"/>
        </w:trPr>
        <w:tc>
          <w:tcPr>
            <w:tcW w:w="2154" w:type="dxa"/>
            <w:vAlign w:val="center"/>
          </w:tcPr>
          <w:p>
            <w:r>
              <w:rPr>
                <w:b/>
                <w:i w:val="0"/>
                <w:sz w:val="22"/>
              </w:rPr>
              <w:t>Programı</w:t>
            </w:r>
          </w:p>
        </w:tc>
        <w:tc>
          <w:tcPr>
            <w:tcW w:w="5499" w:type="dxa"/>
          </w:tcPr>
          <w:p/>
        </w:tc>
        <w:tc>
          <w:tcPr>
            <w:tcW w:w="2551" w:type="dxa"/>
            <w:vMerge/>
          </w:tcPr>
          <w:p/>
        </w:tc>
      </w:tr>
      <w:tr>
        <w:trPr>
          <w:trHeight w:val="408" w:hRule="atLeast"/>
        </w:trPr>
        <w:tc>
          <w:tcPr>
            <w:tcW w:w="2154" w:type="dxa"/>
            <w:vAlign w:val="center"/>
          </w:tcPr>
          <w:p>
            <w:r>
              <w:rPr>
                <w:b/>
                <w:i w:val="0"/>
                <w:sz w:val="22"/>
              </w:rPr>
              <w:t>Sınıfı</w:t>
            </w:r>
          </w:p>
        </w:tc>
        <w:tc>
          <w:tcPr>
            <w:tcW w:w="5499" w:type="dxa"/>
          </w:tcPr>
          <w:p/>
        </w:tc>
        <w:tc>
          <w:tcPr>
            <w:tcW w:w="2551" w:type="dxa"/>
            <w:vMerge/>
          </w:tcPr>
          <w:p/>
        </w:tc>
      </w:tr>
    </w:tbl>
    <w:p>
      <w:pPr>
        <w:keepNext w:val="0"/>
        <w:pageBreakBefore w:val="0"/>
        <w:spacing w:before="80" w:after="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  <w:tblLayout w:type="fixed"/>
      </w:tblPr>
      <w:tblGrid>
        <w:gridCol w:w="2835"/>
        <w:gridCol w:w="7371"/>
      </w:tblGrid>
      <w:tr>
        <w:trPr>
          <w:trHeight w:val="425" w:hRule="atLeast"/>
        </w:trPr>
        <w:tc>
          <w:tcPr>
            <w:tcW w:w="10205" w:type="dxa"/>
            <w:gridSpan w:val="2"/>
            <w:vAlign w:val="center"/>
            <w:shd w:val="clear" w:color="auto" w:fill="D9D9D9"/>
          </w:tcPr>
          <w:p>
            <w:r>
              <w:rPr>
                <w:b/>
                <w:i w:val="0"/>
                <w:sz w:val="22"/>
              </w:rPr>
              <w:t>STAJ YAPILAN İŞYERİNİN / KURUMUN</w:t>
            </w:r>
          </w:p>
        </w:tc>
      </w:tr>
      <w:tr>
        <w:trPr>
          <w:trHeight w:val="408" w:hRule="atLeast"/>
        </w:trPr>
        <w:tc>
          <w:tcPr>
            <w:tcW w:w="2835" w:type="dxa"/>
            <w:vAlign w:val="center"/>
          </w:tcPr>
          <w:p>
            <w:r>
              <w:rPr>
                <w:b/>
                <w:i w:val="0"/>
                <w:sz w:val="22"/>
              </w:rPr>
              <w:t>Adı</w:t>
            </w:r>
          </w:p>
        </w:tc>
        <w:tc>
          <w:tcPr>
            <w:tcW w:w="7370" w:type="dxa"/>
          </w:tcPr>
          <w:p/>
        </w:tc>
      </w:tr>
      <w:tr>
        <w:trPr>
          <w:trHeight w:val="680" w:hRule="atLeast"/>
        </w:trPr>
        <w:tc>
          <w:tcPr>
            <w:tcW w:w="2835" w:type="dxa"/>
            <w:vAlign w:val="center"/>
          </w:tcPr>
          <w:p>
            <w:r>
              <w:rPr>
                <w:b/>
                <w:i w:val="0"/>
                <w:sz w:val="22"/>
              </w:rPr>
              <w:t>Adresi</w:t>
            </w:r>
          </w:p>
        </w:tc>
        <w:tc>
          <w:tcPr>
            <w:tcW w:w="7370" w:type="dxa"/>
          </w:tcPr>
          <w:p/>
        </w:tc>
      </w:tr>
      <w:tr>
        <w:trPr>
          <w:trHeight w:val="408" w:hRule="atLeast"/>
        </w:trPr>
        <w:tc>
          <w:tcPr>
            <w:tcW w:w="2835" w:type="dxa"/>
            <w:vAlign w:val="center"/>
          </w:tcPr>
          <w:p>
            <w:r>
              <w:rPr>
                <w:b/>
                <w:i w:val="0"/>
                <w:sz w:val="22"/>
              </w:rPr>
              <w:t>Telefonu / E-postası</w:t>
            </w:r>
          </w:p>
        </w:tc>
        <w:tc>
          <w:tcPr>
            <w:tcW w:w="7370" w:type="dxa"/>
          </w:tcPr>
          <w:p/>
        </w:tc>
      </w:tr>
      <w:tr>
        <w:trPr>
          <w:trHeight w:val="408" w:hRule="atLeast"/>
        </w:trPr>
        <w:tc>
          <w:tcPr>
            <w:tcW w:w="2835" w:type="dxa"/>
            <w:vAlign w:val="center"/>
          </w:tcPr>
          <w:p>
            <w:r>
              <w:rPr>
                <w:b/>
                <w:i w:val="0"/>
                <w:sz w:val="22"/>
              </w:rPr>
              <w:t>Hizmet Alanı</w:t>
            </w:r>
          </w:p>
        </w:tc>
        <w:tc>
          <w:tcPr>
            <w:tcW w:w="7370" w:type="dxa"/>
            <w:vAlign w:val="center"/>
          </w:tcPr>
          <w:p>
            <w:r>
              <w:rPr>
                <w:b w:val="0"/>
                <w:i w:val="0"/>
                <w:sz w:val="22"/>
              </w:rPr>
            </w:r>
          </w:p>
        </w:tc>
      </w:tr>
      <w:tr>
        <w:trPr>
          <w:trHeight w:val="408" w:hRule="atLeast"/>
        </w:trPr>
        <w:tc>
          <w:tcPr>
            <w:tcW w:w="2835" w:type="dxa"/>
            <w:vAlign w:val="center"/>
          </w:tcPr>
          <w:p>
            <w:r>
              <w:rPr>
                <w:b/>
                <w:i w:val="0"/>
                <w:sz w:val="22"/>
              </w:rPr>
              <w:t>Staj Başlama Tarihi</w:t>
            </w:r>
          </w:p>
        </w:tc>
        <w:tc>
          <w:tcPr>
            <w:tcW w:w="7370" w:type="dxa"/>
            <w:vAlign w:val="center"/>
          </w:tcPr>
          <w:p>
            <w:r>
              <w:rPr>
                <w:b w:val="0"/>
                <w:i w:val="0"/>
                <w:sz w:val="22"/>
              </w:rPr>
              <w:t>…… /…… / 20……</w:t>
            </w:r>
          </w:p>
        </w:tc>
      </w:tr>
      <w:tr>
        <w:trPr>
          <w:trHeight w:val="408" w:hRule="atLeast"/>
        </w:trPr>
        <w:tc>
          <w:tcPr>
            <w:tcW w:w="2835" w:type="dxa"/>
            <w:vAlign w:val="center"/>
          </w:tcPr>
          <w:p>
            <w:r>
              <w:rPr>
                <w:b/>
                <w:i w:val="0"/>
                <w:sz w:val="22"/>
              </w:rPr>
              <w:t>Staj Bitiş Tarihi</w:t>
            </w:r>
          </w:p>
        </w:tc>
        <w:tc>
          <w:tcPr>
            <w:tcW w:w="7370" w:type="dxa"/>
            <w:vAlign w:val="center"/>
          </w:tcPr>
          <w:p>
            <w:r>
              <w:rPr>
                <w:b w:val="0"/>
                <w:i w:val="0"/>
                <w:sz w:val="22"/>
              </w:rPr>
              <w:t>…… /…… / 20……</w:t>
            </w:r>
          </w:p>
        </w:tc>
      </w:tr>
      <w:tr>
        <w:trPr>
          <w:trHeight w:val="408" w:hRule="atLeast"/>
        </w:trPr>
        <w:tc>
          <w:tcPr>
            <w:tcW w:w="2835" w:type="dxa"/>
            <w:vAlign w:val="center"/>
          </w:tcPr>
          <w:p>
            <w:r>
              <w:rPr>
                <w:b/>
                <w:i w:val="0"/>
                <w:sz w:val="22"/>
              </w:rPr>
              <w:t>Staj Süresi</w:t>
            </w:r>
          </w:p>
        </w:tc>
        <w:tc>
          <w:tcPr>
            <w:tcW w:w="7370" w:type="dxa"/>
            <w:vAlign w:val="center"/>
          </w:tcPr>
          <w:p>
            <w:r>
              <w:rPr>
                <w:b w:val="0"/>
                <w:i w:val="0"/>
                <w:sz w:val="22"/>
              </w:rPr>
              <w:t>7 hafta  /  ……… iş günü</w:t>
            </w:r>
          </w:p>
        </w:tc>
      </w:tr>
      <w:tr>
        <w:trPr>
          <w:trHeight w:val="408" w:hRule="atLeast"/>
        </w:trPr>
        <w:tc>
          <w:tcPr>
            <w:tcW w:w="2835" w:type="dxa"/>
            <w:vAlign w:val="center"/>
          </w:tcPr>
          <w:p>
            <w:r>
              <w:rPr>
                <w:b/>
                <w:i w:val="0"/>
                <w:sz w:val="22"/>
              </w:rPr>
              <w:t>Çalıştığı Birim / Bölüm</w:t>
            </w:r>
          </w:p>
        </w:tc>
        <w:tc>
          <w:tcPr>
            <w:tcW w:w="7370" w:type="dxa"/>
          </w:tcPr>
          <w:p/>
        </w:tc>
      </w:tr>
    </w:tbl>
    <w:p>
      <w:pPr>
        <w:keepNext w:val="0"/>
        <w:pageBreakBefore w:val="0"/>
        <w:spacing w:before="80" w:after="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  <w:tblLayout w:type="fixed"/>
      </w:tblPr>
      <w:tblGrid>
        <w:gridCol w:w="2835"/>
        <w:gridCol w:w="4536"/>
        <w:gridCol w:w="2835"/>
      </w:tblGrid>
      <w:tr>
        <w:trPr>
          <w:trHeight w:val="425" w:hRule="atLeast"/>
        </w:trPr>
        <w:tc>
          <w:tcPr>
            <w:tcW w:w="7370" w:type="dxa"/>
            <w:gridSpan w:val="2"/>
            <w:vAlign w:val="center"/>
            <w:shd w:val="clear" w:color="auto" w:fill="D9D9D9"/>
          </w:tcPr>
          <w:p>
            <w:r>
              <w:rPr>
                <w:b/>
                <w:i w:val="0"/>
                <w:sz w:val="22"/>
              </w:rPr>
              <w:t>İŞYERİ EĞİTİM SORUMLUSU</w:t>
            </w:r>
          </w:p>
        </w:tc>
        <w:tc>
          <w:tcPr>
            <w:tcW w:w="2835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0"/>
              </w:rPr>
              <w:t>Kaşe – İmza – Mühür</w:t>
            </w:r>
          </w:p>
        </w:tc>
      </w:tr>
      <w:tr>
        <w:trPr>
          <w:trHeight w:val="408" w:hRule="atLeast"/>
        </w:trPr>
        <w:tc>
          <w:tcPr>
            <w:tcW w:w="2835" w:type="dxa"/>
            <w:vAlign w:val="center"/>
          </w:tcPr>
          <w:p>
            <w:r>
              <w:rPr>
                <w:b/>
                <w:i w:val="0"/>
                <w:sz w:val="22"/>
              </w:rPr>
              <w:t>Adı Soyadı</w:t>
            </w:r>
          </w:p>
        </w:tc>
        <w:tc>
          <w:tcPr>
            <w:tcW w:w="4535" w:type="dxa"/>
          </w:tcPr>
          <w:p/>
        </w:tc>
        <w:tc>
          <w:tcPr>
            <w:tcW w:w="2835" w:type="dxa"/>
            <w:vMerge w:val="restart"/>
          </w:tcPr>
          <w:p/>
        </w:tc>
      </w:tr>
      <w:tr>
        <w:trPr>
          <w:trHeight w:val="408" w:hRule="atLeast"/>
        </w:trPr>
        <w:tc>
          <w:tcPr>
            <w:tcW w:w="2835" w:type="dxa"/>
            <w:vAlign w:val="center"/>
          </w:tcPr>
          <w:p>
            <w:r>
              <w:rPr>
                <w:b/>
                <w:i w:val="0"/>
                <w:sz w:val="22"/>
              </w:rPr>
              <w:t>Unvanı / Görevi</w:t>
            </w:r>
          </w:p>
        </w:tc>
        <w:tc>
          <w:tcPr>
            <w:tcW w:w="4535" w:type="dxa"/>
          </w:tcPr>
          <w:p/>
        </w:tc>
        <w:tc>
          <w:tcPr>
            <w:tcW w:w="2835" w:type="dxa"/>
            <w:vMerge/>
          </w:tcPr>
          <w:p/>
        </w:tc>
      </w:tr>
      <w:tr>
        <w:trPr>
          <w:trHeight w:val="408" w:hRule="atLeast"/>
        </w:trPr>
        <w:tc>
          <w:tcPr>
            <w:tcW w:w="2835" w:type="dxa"/>
            <w:vAlign w:val="center"/>
          </w:tcPr>
          <w:p>
            <w:r>
              <w:rPr>
                <w:b/>
                <w:i w:val="0"/>
                <w:sz w:val="22"/>
              </w:rPr>
              <w:t>Telefonu</w:t>
            </w:r>
          </w:p>
        </w:tc>
        <w:tc>
          <w:tcPr>
            <w:tcW w:w="4535" w:type="dxa"/>
          </w:tcPr>
          <w:p/>
        </w:tc>
        <w:tc>
          <w:tcPr>
            <w:tcW w:w="2835" w:type="dxa"/>
            <w:vMerge/>
          </w:tcPr>
          <w:p/>
        </w:tc>
      </w:tr>
    </w:tbl>
    <w:p>
      <w:pPr>
        <w:keepNext w:val="0"/>
        <w:pageBreakBefore w:val="0"/>
        <w:spacing w:before="80" w:after="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  <w:tblLayout w:type="fixed"/>
      </w:tblPr>
      <w:tblGrid>
        <w:gridCol w:w="10206"/>
      </w:tblGrid>
      <w:tr>
        <w:tc>
          <w:tcPr>
            <w:tcW w:w="10205" w:type="dxa"/>
            <w:vAlign w:val="center"/>
          </w:tcPr>
          <w:p>
            <w:r>
              <w:rPr>
                <w:b/>
                <w:i w:val="0"/>
                <w:sz w:val="20"/>
              </w:rPr>
              <w:t>AÇIKLAMALAR</w:t>
            </w:r>
          </w:p>
          <w:p>
            <w:pPr>
              <w:spacing w:before="40"/>
              <w:ind w:left="255" w:hanging="255"/>
              <w:jc w:val="both"/>
            </w:pPr>
            <w:r>
              <w:rPr>
                <w:b w:val="0"/>
                <w:i w:val="0"/>
                <w:sz w:val="20"/>
              </w:rPr>
              <w:t>1. Kapaktaki dosya türü işaretlenir: Ara Sınav dosyası 1.–7. haftayı, Yarıyıl Sonu dosyası 8.–14. haftayı kapsar.</w:t>
            </w:r>
          </w:p>
          <w:p>
            <w:pPr>
              <w:spacing w:before="40"/>
              <w:ind w:left="255" w:hanging="255"/>
              <w:jc w:val="both"/>
            </w:pPr>
            <w:r>
              <w:rPr>
                <w:b w:val="0"/>
                <w:i w:val="0"/>
                <w:sz w:val="20"/>
              </w:rPr>
              <w:t>2. Dosya bilgisayar ortamında ya da okunaklı el yazısıyla doldurulabilir. Haftalık sayfalara o hafta yapılan işler gün gün yazılır.</w:t>
            </w:r>
          </w:p>
          <w:p>
            <w:pPr>
              <w:spacing w:before="40"/>
              <w:ind w:left="255" w:hanging="255"/>
              <w:jc w:val="both"/>
            </w:pPr>
            <w:r>
              <w:rPr>
                <w:b w:val="0"/>
                <w:i w:val="0"/>
                <w:sz w:val="20"/>
              </w:rPr>
              <w:t>3. İşletmenin/kurumun izni alınarak çekilmiş fotoğraflar, yapılan işle ilgili çizim ve belgeler ilgili haftanın arkasına eklenebilir; sayfalar gerektiği kadar çoğaltılabilir.</w:t>
            </w:r>
          </w:p>
          <w:p>
            <w:pPr>
              <w:spacing w:before="40" w:after="80"/>
              <w:ind w:left="255" w:hanging="255"/>
              <w:jc w:val="both"/>
            </w:pPr>
            <w:r>
              <w:rPr>
                <w:b w:val="0"/>
                <w:i w:val="0"/>
                <w:sz w:val="20"/>
              </w:rPr>
              <w:t>4. Her haftalık sayfa ve devam takip çizelgesi işyeri eğitim sorumlusuna imzalatılır; dosya staj danışmanına teslim edilir.</w:t>
            </w:r>
          </w:p>
        </w:tc>
      </w:tr>
    </w:tbl>
    <w:p>
      <w:pPr>
        <w:keepNext w:val="0"/>
        <w:pageBreakBefore/>
        <w:spacing w:before="0" w:after="80"/>
        <w:jc w:val="center"/>
      </w:pPr>
      <w:r>
        <w:rPr>
          <w:b/>
          <w:sz w:val="26"/>
        </w:rPr>
        <w:t>STAJYER ÖĞRENCİ DEVAM TAKİP ÇİZELGESİ</w:t>
      </w:r>
    </w:p>
    <w:p>
      <w:pPr>
        <w:keepNext w:val="0"/>
        <w:pageBreakBefore w:val="0"/>
        <w:spacing w:before="0" w:after="160"/>
        <w:jc w:val="center"/>
      </w:pPr>
      <w:r>
        <w:rPr>
          <w:b w:val="0"/>
          <w:i/>
          <w:sz w:val="19"/>
        </w:rPr>
        <w:t xml:space="preserve">Hafta numaraları kapakta işaretlenen dosya türüne göre okunur: </w:t>
      </w:r>
      <w:r>
        <w:rPr>
          <w:b/>
          <w:i/>
          <w:sz w:val="19"/>
        </w:rPr>
        <w:t>Ara Sınav / Yarıyıl Sonu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  <w:tblLayout w:type="fixed"/>
      </w:tblPr>
      <w:tblGrid>
        <w:gridCol w:w="1247"/>
        <w:gridCol w:w="1927"/>
        <w:gridCol w:w="652"/>
        <w:gridCol w:w="652"/>
        <w:gridCol w:w="652"/>
        <w:gridCol w:w="652"/>
        <w:gridCol w:w="652"/>
        <w:gridCol w:w="3770"/>
      </w:tblGrid>
      <w:tr>
        <w:trPr>
          <w:tblHeader/>
        </w:trPr>
        <w:tc>
          <w:tcPr>
            <w:tcW w:w="1247" w:type="dxa"/>
            <w:vMerge w:val="restart"/>
            <w:vAlign w:val="center"/>
            <w:shd w:val="clear" w:color="auto" w:fill="D9D9D9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0"/>
              </w:rPr>
              <w:t>HAFTA</w:t>
            </w:r>
          </w:p>
        </w:tc>
        <w:tc>
          <w:tcPr>
            <w:tcW w:w="1928" w:type="dxa"/>
            <w:vMerge w:val="restart"/>
            <w:vAlign w:val="center"/>
            <w:shd w:val="clear" w:color="auto" w:fill="D9D9D9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0"/>
              </w:rPr>
              <w:t>TARİH ARALIĞI</w:t>
            </w:r>
          </w:p>
        </w:tc>
        <w:tc>
          <w:tcPr>
            <w:tcW w:w="3260" w:type="dxa"/>
            <w:gridSpan w:val="5"/>
            <w:vAlign w:val="center"/>
            <w:shd w:val="clear" w:color="auto" w:fill="D9D9D9"/>
            <w:shd w:val="clear" w:color="auto" w:fill="D9D9D9"/>
            <w:shd w:val="clear" w:color="auto" w:fill="D9D9D9"/>
            <w:shd w:val="clear" w:color="auto" w:fill="D9D9D9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DEVAM (✓ / –)</w:t>
            </w:r>
          </w:p>
        </w:tc>
        <w:tc>
          <w:tcPr>
            <w:tcW w:w="3770" w:type="dxa"/>
            <w:vMerge w:val="restart"/>
            <w:vAlign w:val="center"/>
            <w:shd w:val="clear" w:color="auto" w:fill="D9D9D9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0"/>
              </w:rPr>
              <w:t>YAPILAN İŞİN ADI (ÖZET)</w:t>
            </w:r>
          </w:p>
        </w:tc>
      </w:tr>
      <w:tr>
        <w:trPr>
          <w:tblHeader/>
        </w:trPr>
        <w:tc>
          <w:tcPr>
            <w:tcW w:w="1247" w:type="dxa"/>
            <w:vMerge/>
          </w:tcPr>
          <w:p/>
        </w:tc>
        <w:tc>
          <w:tcPr>
            <w:tcW w:w="1928" w:type="dxa"/>
            <w:vMerge/>
          </w:tcPr>
          <w:p/>
        </w:tc>
        <w:tc>
          <w:tcPr>
            <w:tcW w:w="652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Pzt</w:t>
            </w:r>
          </w:p>
        </w:tc>
        <w:tc>
          <w:tcPr>
            <w:tcW w:w="652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Sal</w:t>
            </w:r>
          </w:p>
        </w:tc>
        <w:tc>
          <w:tcPr>
            <w:tcW w:w="652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Çar</w:t>
            </w:r>
          </w:p>
        </w:tc>
        <w:tc>
          <w:tcPr>
            <w:tcW w:w="652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Per</w:t>
            </w:r>
          </w:p>
        </w:tc>
        <w:tc>
          <w:tcPr>
            <w:tcW w:w="652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Cum</w:t>
            </w:r>
          </w:p>
        </w:tc>
        <w:tc>
          <w:tcPr>
            <w:tcW w:w="3770" w:type="dxa"/>
            <w:vMerge/>
          </w:tcPr>
          <w:p/>
        </w:tc>
      </w:tr>
      <w:tr>
        <w:trPr>
          <w:trHeight w:val="1162" w:hRule="atLeast"/>
          <w:cantSplit/>
        </w:trPr>
        <w:tc>
          <w:tcPr>
            <w:tcW w:w="1247" w:type="dxa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20"/>
              </w:rPr>
              <w:t>1. / 8.</w:t>
              <w:br/>
            </w:r>
            <w:r>
              <w:rPr>
                <w:b/>
                <w:i w:val="0"/>
                <w:sz w:val="20"/>
              </w:rPr>
              <w:t>Hafta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9"/>
              </w:rPr>
              <w:t>…/…/20…</w:t>
              <w:br/>
            </w:r>
            <w:r>
              <w:rPr>
                <w:b w:val="0"/>
                <w:i w:val="0"/>
                <w:sz w:val="19"/>
              </w:rPr>
              <w:t>–</w:t>
              <w:br/>
            </w: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3770" w:type="dxa"/>
          </w:tcPr>
          <w:p/>
        </w:tc>
      </w:tr>
      <w:tr>
        <w:trPr>
          <w:trHeight w:val="1162" w:hRule="atLeast"/>
          <w:cantSplit/>
        </w:trPr>
        <w:tc>
          <w:tcPr>
            <w:tcW w:w="1247" w:type="dxa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20"/>
              </w:rPr>
              <w:t>2. / 9.</w:t>
              <w:br/>
            </w:r>
            <w:r>
              <w:rPr>
                <w:b/>
                <w:i w:val="0"/>
                <w:sz w:val="20"/>
              </w:rPr>
              <w:t>Hafta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9"/>
              </w:rPr>
              <w:t>…/…/20…</w:t>
              <w:br/>
            </w:r>
            <w:r>
              <w:rPr>
                <w:b w:val="0"/>
                <w:i w:val="0"/>
                <w:sz w:val="19"/>
              </w:rPr>
              <w:t>–</w:t>
              <w:br/>
            </w: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3770" w:type="dxa"/>
          </w:tcPr>
          <w:p/>
        </w:tc>
      </w:tr>
      <w:tr>
        <w:trPr>
          <w:trHeight w:val="1162" w:hRule="atLeast"/>
          <w:cantSplit/>
        </w:trPr>
        <w:tc>
          <w:tcPr>
            <w:tcW w:w="1247" w:type="dxa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20"/>
              </w:rPr>
              <w:t>3. / 10.</w:t>
              <w:br/>
            </w:r>
            <w:r>
              <w:rPr>
                <w:b/>
                <w:i w:val="0"/>
                <w:sz w:val="20"/>
              </w:rPr>
              <w:t>Hafta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9"/>
              </w:rPr>
              <w:t>…/…/20…</w:t>
              <w:br/>
            </w:r>
            <w:r>
              <w:rPr>
                <w:b w:val="0"/>
                <w:i w:val="0"/>
                <w:sz w:val="19"/>
              </w:rPr>
              <w:t>–</w:t>
              <w:br/>
            </w: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3770" w:type="dxa"/>
          </w:tcPr>
          <w:p/>
        </w:tc>
      </w:tr>
      <w:tr>
        <w:trPr>
          <w:trHeight w:val="1162" w:hRule="atLeast"/>
          <w:cantSplit/>
        </w:trPr>
        <w:tc>
          <w:tcPr>
            <w:tcW w:w="1247" w:type="dxa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20"/>
              </w:rPr>
              <w:t>4. / 11.</w:t>
              <w:br/>
            </w:r>
            <w:r>
              <w:rPr>
                <w:b/>
                <w:i w:val="0"/>
                <w:sz w:val="20"/>
              </w:rPr>
              <w:t>Hafta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9"/>
              </w:rPr>
              <w:t>…/…/20…</w:t>
              <w:br/>
            </w:r>
            <w:r>
              <w:rPr>
                <w:b w:val="0"/>
                <w:i w:val="0"/>
                <w:sz w:val="19"/>
              </w:rPr>
              <w:t>–</w:t>
              <w:br/>
            </w: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3770" w:type="dxa"/>
          </w:tcPr>
          <w:p/>
        </w:tc>
      </w:tr>
      <w:tr>
        <w:trPr>
          <w:trHeight w:val="1162" w:hRule="atLeast"/>
          <w:cantSplit/>
        </w:trPr>
        <w:tc>
          <w:tcPr>
            <w:tcW w:w="1247" w:type="dxa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20"/>
              </w:rPr>
              <w:t>5. / 12.</w:t>
              <w:br/>
            </w:r>
            <w:r>
              <w:rPr>
                <w:b/>
                <w:i w:val="0"/>
                <w:sz w:val="20"/>
              </w:rPr>
              <w:t>Hafta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9"/>
              </w:rPr>
              <w:t>…/…/20…</w:t>
              <w:br/>
            </w:r>
            <w:r>
              <w:rPr>
                <w:b w:val="0"/>
                <w:i w:val="0"/>
                <w:sz w:val="19"/>
              </w:rPr>
              <w:t>–</w:t>
              <w:br/>
            </w: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3770" w:type="dxa"/>
          </w:tcPr>
          <w:p/>
        </w:tc>
      </w:tr>
      <w:tr>
        <w:trPr>
          <w:trHeight w:val="1162" w:hRule="atLeast"/>
          <w:cantSplit/>
        </w:trPr>
        <w:tc>
          <w:tcPr>
            <w:tcW w:w="1247" w:type="dxa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20"/>
              </w:rPr>
              <w:t>6. / 13.</w:t>
              <w:br/>
            </w:r>
            <w:r>
              <w:rPr>
                <w:b/>
                <w:i w:val="0"/>
                <w:sz w:val="20"/>
              </w:rPr>
              <w:t>Hafta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9"/>
              </w:rPr>
              <w:t>…/…/20…</w:t>
              <w:br/>
            </w:r>
            <w:r>
              <w:rPr>
                <w:b w:val="0"/>
                <w:i w:val="0"/>
                <w:sz w:val="19"/>
              </w:rPr>
              <w:t>–</w:t>
              <w:br/>
            </w: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3770" w:type="dxa"/>
          </w:tcPr>
          <w:p/>
        </w:tc>
      </w:tr>
      <w:tr>
        <w:trPr>
          <w:trHeight w:val="1162" w:hRule="atLeast"/>
          <w:cantSplit/>
        </w:trPr>
        <w:tc>
          <w:tcPr>
            <w:tcW w:w="1247" w:type="dxa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20"/>
              </w:rPr>
              <w:t>7. / 14.</w:t>
              <w:br/>
            </w:r>
            <w:r>
              <w:rPr>
                <w:b/>
                <w:i w:val="0"/>
                <w:sz w:val="20"/>
              </w:rPr>
              <w:t>Hafta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9"/>
              </w:rPr>
              <w:t>…/…/20…</w:t>
              <w:br/>
            </w:r>
            <w:r>
              <w:rPr>
                <w:b w:val="0"/>
                <w:i w:val="0"/>
                <w:sz w:val="19"/>
              </w:rPr>
              <w:t>–</w:t>
              <w:br/>
            </w: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652" w:type="dxa"/>
          </w:tcPr>
          <w:p/>
        </w:tc>
        <w:tc>
          <w:tcPr>
            <w:tcW w:w="3770" w:type="dxa"/>
          </w:tcPr>
          <w:p/>
        </w:tc>
      </w:tr>
    </w:tbl>
    <w:p>
      <w:pPr>
        <w:keepNext w:val="0"/>
        <w:pageBreakBefore w:val="0"/>
        <w:spacing w:before="240" w:after="0"/>
        <w:jc w:val="both"/>
      </w:pPr>
      <w:r>
        <w:rPr>
          <w:b w:val="0"/>
          <w:i w:val="0"/>
          <w:sz w:val="22"/>
        </w:rPr>
        <w:t>Yukarıda kimliği yazılı öğrenci …… /…… / 20…… ile …… /…… / 20…… tarihleri arasında toplam 7 (yedi) hafta ve ……… iş günü staj çalışmasını yapmıştır.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  <w:tblLayout w:type="fixed"/>
      </w:tblPr>
      <w:tblGrid>
        <w:gridCol w:w="5103"/>
        <w:gridCol w:w="5103"/>
      </w:tblGrid>
      <w:tr>
        <w:tc>
          <w:tcPr>
            <w:tcW w:w="5102" w:type="dxa"/>
          </w:tcPr>
          <w:p/>
        </w:tc>
        <w:tc>
          <w:tcPr>
            <w:tcW w:w="5102" w:type="dxa"/>
            <w:vAlign w:val="center"/>
          </w:tcPr>
          <w:p>
            <w:pPr>
              <w:spacing w:before="280"/>
              <w:jc w:val="center"/>
            </w:pPr>
            <w:r>
              <w:rPr>
                <w:b/>
                <w:i w:val="0"/>
                <w:sz w:val="22"/>
              </w:rPr>
              <w:t>İŞYERİ EĞİTİM SORUMLUSU</w:t>
            </w:r>
          </w:p>
        </w:tc>
      </w:tr>
      <w:tr>
        <w:tc>
          <w:tcPr>
            <w:tcW w:w="5102" w:type="dxa"/>
          </w:tcPr>
          <w:p/>
        </w:tc>
        <w:tc>
          <w:tcPr>
            <w:tcW w:w="5102" w:type="dxa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20"/>
              </w:rPr>
              <w:t>Adı Soyadı – Kaşe – İmza – Mühür</w:t>
              <w:br/>
            </w:r>
            <w:r>
              <w:rPr>
                <w:b w:val="0"/>
                <w:i w:val="0"/>
                <w:sz w:val="20"/>
              </w:rPr>
              <w:br/>
            </w:r>
            <w:r>
              <w:rPr>
                <w:b w:val="0"/>
                <w:i w:val="0"/>
                <w:sz w:val="20"/>
              </w:rPr>
              <w:br/>
            </w:r>
            <w:r>
              <w:rPr>
                <w:b w:val="0"/>
                <w:i w:val="0"/>
                <w:sz w:val="20"/>
              </w:rPr>
              <w:t>………………………………………</w:t>
            </w:r>
          </w:p>
        </w:tc>
      </w:tr>
    </w:tbl>
    <w:p>
      <w:pPr>
        <w:pageBreakBefore/>
        <w:spacing w:before="0" w:after="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  <w:tblLayout w:type="fixed"/>
      </w:tblPr>
      <w:tblGrid>
        <w:gridCol w:w="1871"/>
        <w:gridCol w:w="8334"/>
      </w:tblGrid>
      <w:tr>
        <w:trPr>
          <w:trHeight w:val="539" w:hRule="atLeast"/>
        </w:trPr>
        <w:tc>
          <w:tcPr>
            <w:tcW w:w="10205" w:type="dxa"/>
            <w:gridSpan w:val="2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6"/>
              </w:rPr>
              <w:t>1. HAFTA</w:t>
            </w:r>
            <w:r>
              <w:rPr>
                <w:b w:val="0"/>
                <w:i/>
                <w:sz w:val="20"/>
              </w:rPr>
              <w:t xml:space="preserve">  (Ara Sınav)</w:t>
            </w:r>
            <w:r>
              <w:rPr>
                <w:b/>
                <w:i w:val="0"/>
                <w:sz w:val="26"/>
              </w:rPr>
              <w:t xml:space="preserve">      /      </w:t>
            </w:r>
            <w:r>
              <w:rPr>
                <w:b/>
                <w:i w:val="0"/>
                <w:sz w:val="26"/>
              </w:rPr>
              <w:t>8. HAFTA</w:t>
            </w:r>
            <w:r>
              <w:rPr>
                <w:b w:val="0"/>
                <w:i/>
                <w:sz w:val="20"/>
              </w:rPr>
              <w:t xml:space="preserve">  (Yarıyıl Sonu)</w:t>
            </w:r>
          </w:p>
        </w:tc>
      </w:tr>
      <w:tr>
        <w:trPr>
          <w:trHeight w:val="454" w:hRule="atLeast"/>
        </w:trPr>
        <w:tc>
          <w:tcPr>
            <w:tcW w:w="10205" w:type="dxa"/>
            <w:gridSpan w:val="2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 xml:space="preserve">Tarih Aralığı:  </w:t>
            </w:r>
            <w:r>
              <w:rPr>
                <w:b w:val="0"/>
                <w:i w:val="0"/>
                <w:sz w:val="22"/>
              </w:rPr>
              <w:t>…… /…… / 20……   –   …… /…… / 20……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Pazartesi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Salı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Çarşamba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Perşembe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Cuma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850" w:hRule="atLeast"/>
          <w:cantSplit/>
        </w:trPr>
        <w:tc>
          <w:tcPr>
            <w:tcW w:w="10205" w:type="dxa"/>
            <w:gridSpan w:val="2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İşyeri Eğitim Sorumlusu  —  Adı Soyadı:  …………………………………………      İmza:</w:t>
            </w:r>
          </w:p>
        </w:tc>
      </w:tr>
    </w:tbl>
    <w:p>
      <w:pPr>
        <w:pageBreakBefore/>
        <w:spacing w:before="0" w:after="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  <w:tblLayout w:type="fixed"/>
      </w:tblPr>
      <w:tblGrid>
        <w:gridCol w:w="1871"/>
        <w:gridCol w:w="8334"/>
      </w:tblGrid>
      <w:tr>
        <w:trPr>
          <w:trHeight w:val="539" w:hRule="atLeast"/>
        </w:trPr>
        <w:tc>
          <w:tcPr>
            <w:tcW w:w="10205" w:type="dxa"/>
            <w:gridSpan w:val="2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6"/>
              </w:rPr>
              <w:t>2. HAFTA</w:t>
            </w:r>
            <w:r>
              <w:rPr>
                <w:b w:val="0"/>
                <w:i/>
                <w:sz w:val="20"/>
              </w:rPr>
              <w:t xml:space="preserve">  (Ara Sınav)</w:t>
            </w:r>
            <w:r>
              <w:rPr>
                <w:b/>
                <w:i w:val="0"/>
                <w:sz w:val="26"/>
              </w:rPr>
              <w:t xml:space="preserve">      /      </w:t>
            </w:r>
            <w:r>
              <w:rPr>
                <w:b/>
                <w:i w:val="0"/>
                <w:sz w:val="26"/>
              </w:rPr>
              <w:t>9. HAFTA</w:t>
            </w:r>
            <w:r>
              <w:rPr>
                <w:b w:val="0"/>
                <w:i/>
                <w:sz w:val="20"/>
              </w:rPr>
              <w:t xml:space="preserve">  (Yarıyıl Sonu)</w:t>
            </w:r>
          </w:p>
        </w:tc>
      </w:tr>
      <w:tr>
        <w:trPr>
          <w:trHeight w:val="454" w:hRule="atLeast"/>
        </w:trPr>
        <w:tc>
          <w:tcPr>
            <w:tcW w:w="10205" w:type="dxa"/>
            <w:gridSpan w:val="2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 xml:space="preserve">Tarih Aralığı:  </w:t>
            </w:r>
            <w:r>
              <w:rPr>
                <w:b w:val="0"/>
                <w:i w:val="0"/>
                <w:sz w:val="22"/>
              </w:rPr>
              <w:t>…… /…… / 20……   –   …… /…… / 20……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Pazartesi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Salı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Çarşamba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Perşembe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Cuma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850" w:hRule="atLeast"/>
          <w:cantSplit/>
        </w:trPr>
        <w:tc>
          <w:tcPr>
            <w:tcW w:w="10205" w:type="dxa"/>
            <w:gridSpan w:val="2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İşyeri Eğitim Sorumlusu  —  Adı Soyadı:  …………………………………………      İmza:</w:t>
            </w:r>
          </w:p>
        </w:tc>
      </w:tr>
    </w:tbl>
    <w:p>
      <w:pPr>
        <w:pageBreakBefore/>
        <w:spacing w:before="0" w:after="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  <w:tblLayout w:type="fixed"/>
      </w:tblPr>
      <w:tblGrid>
        <w:gridCol w:w="1871"/>
        <w:gridCol w:w="8334"/>
      </w:tblGrid>
      <w:tr>
        <w:trPr>
          <w:trHeight w:val="539" w:hRule="atLeast"/>
        </w:trPr>
        <w:tc>
          <w:tcPr>
            <w:tcW w:w="10205" w:type="dxa"/>
            <w:gridSpan w:val="2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6"/>
              </w:rPr>
              <w:t>3. HAFTA</w:t>
            </w:r>
            <w:r>
              <w:rPr>
                <w:b w:val="0"/>
                <w:i/>
                <w:sz w:val="20"/>
              </w:rPr>
              <w:t xml:space="preserve">  (Ara Sınav)</w:t>
            </w:r>
            <w:r>
              <w:rPr>
                <w:b/>
                <w:i w:val="0"/>
                <w:sz w:val="26"/>
              </w:rPr>
              <w:t xml:space="preserve">      /      </w:t>
            </w:r>
            <w:r>
              <w:rPr>
                <w:b/>
                <w:i w:val="0"/>
                <w:sz w:val="26"/>
              </w:rPr>
              <w:t>10. HAFTA</w:t>
            </w:r>
            <w:r>
              <w:rPr>
                <w:b w:val="0"/>
                <w:i/>
                <w:sz w:val="20"/>
              </w:rPr>
              <w:t xml:space="preserve">  (Yarıyıl Sonu)</w:t>
            </w:r>
          </w:p>
        </w:tc>
      </w:tr>
      <w:tr>
        <w:trPr>
          <w:trHeight w:val="454" w:hRule="atLeast"/>
        </w:trPr>
        <w:tc>
          <w:tcPr>
            <w:tcW w:w="10205" w:type="dxa"/>
            <w:gridSpan w:val="2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 xml:space="preserve">Tarih Aralığı:  </w:t>
            </w:r>
            <w:r>
              <w:rPr>
                <w:b w:val="0"/>
                <w:i w:val="0"/>
                <w:sz w:val="22"/>
              </w:rPr>
              <w:t>…… /…… / 20……   –   …… /…… / 20……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Pazartesi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Salı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Çarşamba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Perşembe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Cuma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850" w:hRule="atLeast"/>
          <w:cantSplit/>
        </w:trPr>
        <w:tc>
          <w:tcPr>
            <w:tcW w:w="10205" w:type="dxa"/>
            <w:gridSpan w:val="2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İşyeri Eğitim Sorumlusu  —  Adı Soyadı:  …………………………………………      İmza:</w:t>
            </w:r>
          </w:p>
        </w:tc>
      </w:tr>
    </w:tbl>
    <w:p>
      <w:pPr>
        <w:pageBreakBefore/>
        <w:spacing w:before="0" w:after="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  <w:tblLayout w:type="fixed"/>
      </w:tblPr>
      <w:tblGrid>
        <w:gridCol w:w="1871"/>
        <w:gridCol w:w="8334"/>
      </w:tblGrid>
      <w:tr>
        <w:trPr>
          <w:trHeight w:val="539" w:hRule="atLeast"/>
        </w:trPr>
        <w:tc>
          <w:tcPr>
            <w:tcW w:w="10205" w:type="dxa"/>
            <w:gridSpan w:val="2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6"/>
              </w:rPr>
              <w:t>4. HAFTA</w:t>
            </w:r>
            <w:r>
              <w:rPr>
                <w:b w:val="0"/>
                <w:i/>
                <w:sz w:val="20"/>
              </w:rPr>
              <w:t xml:space="preserve">  (Ara Sınav)</w:t>
            </w:r>
            <w:r>
              <w:rPr>
                <w:b/>
                <w:i w:val="0"/>
                <w:sz w:val="26"/>
              </w:rPr>
              <w:t xml:space="preserve">      /      </w:t>
            </w:r>
            <w:r>
              <w:rPr>
                <w:b/>
                <w:i w:val="0"/>
                <w:sz w:val="26"/>
              </w:rPr>
              <w:t>11. HAFTA</w:t>
            </w:r>
            <w:r>
              <w:rPr>
                <w:b w:val="0"/>
                <w:i/>
                <w:sz w:val="20"/>
              </w:rPr>
              <w:t xml:space="preserve">  (Yarıyıl Sonu)</w:t>
            </w:r>
          </w:p>
        </w:tc>
      </w:tr>
      <w:tr>
        <w:trPr>
          <w:trHeight w:val="454" w:hRule="atLeast"/>
        </w:trPr>
        <w:tc>
          <w:tcPr>
            <w:tcW w:w="10205" w:type="dxa"/>
            <w:gridSpan w:val="2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 xml:space="preserve">Tarih Aralığı:  </w:t>
            </w:r>
            <w:r>
              <w:rPr>
                <w:b w:val="0"/>
                <w:i w:val="0"/>
                <w:sz w:val="22"/>
              </w:rPr>
              <w:t>…… /…… / 20……   –   …… /…… / 20……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Pazartesi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Salı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Çarşamba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Perşembe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Cuma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850" w:hRule="atLeast"/>
          <w:cantSplit/>
        </w:trPr>
        <w:tc>
          <w:tcPr>
            <w:tcW w:w="10205" w:type="dxa"/>
            <w:gridSpan w:val="2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İşyeri Eğitim Sorumlusu  —  Adı Soyadı:  …………………………………………      İmza:</w:t>
            </w:r>
          </w:p>
        </w:tc>
      </w:tr>
    </w:tbl>
    <w:p>
      <w:pPr>
        <w:pageBreakBefore/>
        <w:spacing w:before="0" w:after="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  <w:tblLayout w:type="fixed"/>
      </w:tblPr>
      <w:tblGrid>
        <w:gridCol w:w="1871"/>
        <w:gridCol w:w="8334"/>
      </w:tblGrid>
      <w:tr>
        <w:trPr>
          <w:trHeight w:val="539" w:hRule="atLeast"/>
        </w:trPr>
        <w:tc>
          <w:tcPr>
            <w:tcW w:w="10205" w:type="dxa"/>
            <w:gridSpan w:val="2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6"/>
              </w:rPr>
              <w:t>5. HAFTA</w:t>
            </w:r>
            <w:r>
              <w:rPr>
                <w:b w:val="0"/>
                <w:i/>
                <w:sz w:val="20"/>
              </w:rPr>
              <w:t xml:space="preserve">  (Ara Sınav)</w:t>
            </w:r>
            <w:r>
              <w:rPr>
                <w:b/>
                <w:i w:val="0"/>
                <w:sz w:val="26"/>
              </w:rPr>
              <w:t xml:space="preserve">      /      </w:t>
            </w:r>
            <w:r>
              <w:rPr>
                <w:b/>
                <w:i w:val="0"/>
                <w:sz w:val="26"/>
              </w:rPr>
              <w:t>12. HAFTA</w:t>
            </w:r>
            <w:r>
              <w:rPr>
                <w:b w:val="0"/>
                <w:i/>
                <w:sz w:val="20"/>
              </w:rPr>
              <w:t xml:space="preserve">  (Yarıyıl Sonu)</w:t>
            </w:r>
          </w:p>
        </w:tc>
      </w:tr>
      <w:tr>
        <w:trPr>
          <w:trHeight w:val="454" w:hRule="atLeast"/>
        </w:trPr>
        <w:tc>
          <w:tcPr>
            <w:tcW w:w="10205" w:type="dxa"/>
            <w:gridSpan w:val="2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 xml:space="preserve">Tarih Aralığı:  </w:t>
            </w:r>
            <w:r>
              <w:rPr>
                <w:b w:val="0"/>
                <w:i w:val="0"/>
                <w:sz w:val="22"/>
              </w:rPr>
              <w:t>…… /…… / 20……   –   …… /…… / 20……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Pazartesi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Salı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Çarşamba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Perşembe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Cuma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850" w:hRule="atLeast"/>
          <w:cantSplit/>
        </w:trPr>
        <w:tc>
          <w:tcPr>
            <w:tcW w:w="10205" w:type="dxa"/>
            <w:gridSpan w:val="2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İşyeri Eğitim Sorumlusu  —  Adı Soyadı:  …………………………………………      İmza:</w:t>
            </w:r>
          </w:p>
        </w:tc>
      </w:tr>
    </w:tbl>
    <w:p>
      <w:pPr>
        <w:pageBreakBefore/>
        <w:spacing w:before="0" w:after="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  <w:tblLayout w:type="fixed"/>
      </w:tblPr>
      <w:tblGrid>
        <w:gridCol w:w="1871"/>
        <w:gridCol w:w="8334"/>
      </w:tblGrid>
      <w:tr>
        <w:trPr>
          <w:trHeight w:val="539" w:hRule="atLeast"/>
        </w:trPr>
        <w:tc>
          <w:tcPr>
            <w:tcW w:w="10205" w:type="dxa"/>
            <w:gridSpan w:val="2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6"/>
              </w:rPr>
              <w:t>6. HAFTA</w:t>
            </w:r>
            <w:r>
              <w:rPr>
                <w:b w:val="0"/>
                <w:i/>
                <w:sz w:val="20"/>
              </w:rPr>
              <w:t xml:space="preserve">  (Ara Sınav)</w:t>
            </w:r>
            <w:r>
              <w:rPr>
                <w:b/>
                <w:i w:val="0"/>
                <w:sz w:val="26"/>
              </w:rPr>
              <w:t xml:space="preserve">      /      </w:t>
            </w:r>
            <w:r>
              <w:rPr>
                <w:b/>
                <w:i w:val="0"/>
                <w:sz w:val="26"/>
              </w:rPr>
              <w:t>13. HAFTA</w:t>
            </w:r>
            <w:r>
              <w:rPr>
                <w:b w:val="0"/>
                <w:i/>
                <w:sz w:val="20"/>
              </w:rPr>
              <w:t xml:space="preserve">  (Yarıyıl Sonu)</w:t>
            </w:r>
          </w:p>
        </w:tc>
      </w:tr>
      <w:tr>
        <w:trPr>
          <w:trHeight w:val="454" w:hRule="atLeast"/>
        </w:trPr>
        <w:tc>
          <w:tcPr>
            <w:tcW w:w="10205" w:type="dxa"/>
            <w:gridSpan w:val="2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 xml:space="preserve">Tarih Aralığı:  </w:t>
            </w:r>
            <w:r>
              <w:rPr>
                <w:b w:val="0"/>
                <w:i w:val="0"/>
                <w:sz w:val="22"/>
              </w:rPr>
              <w:t>…… /…… / 20……   –   …… /…… / 20……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Pazartesi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Salı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Çarşamba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Perşembe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Cuma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850" w:hRule="atLeast"/>
          <w:cantSplit/>
        </w:trPr>
        <w:tc>
          <w:tcPr>
            <w:tcW w:w="10205" w:type="dxa"/>
            <w:gridSpan w:val="2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İşyeri Eğitim Sorumlusu  —  Adı Soyadı:  …………………………………………      İmza:</w:t>
            </w:r>
          </w:p>
        </w:tc>
      </w:tr>
    </w:tbl>
    <w:p>
      <w:pPr>
        <w:pageBreakBefore/>
        <w:spacing w:before="0" w:after="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  <w:tblLayout w:type="fixed"/>
      </w:tblPr>
      <w:tblGrid>
        <w:gridCol w:w="1871"/>
        <w:gridCol w:w="8334"/>
      </w:tblGrid>
      <w:tr>
        <w:trPr>
          <w:trHeight w:val="539" w:hRule="atLeast"/>
        </w:trPr>
        <w:tc>
          <w:tcPr>
            <w:tcW w:w="10205" w:type="dxa"/>
            <w:gridSpan w:val="2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6"/>
              </w:rPr>
              <w:t>7. HAFTA</w:t>
            </w:r>
            <w:r>
              <w:rPr>
                <w:b w:val="0"/>
                <w:i/>
                <w:sz w:val="20"/>
              </w:rPr>
              <w:t xml:space="preserve">  (Ara Sınav)</w:t>
            </w:r>
            <w:r>
              <w:rPr>
                <w:b/>
                <w:i w:val="0"/>
                <w:sz w:val="26"/>
              </w:rPr>
              <w:t xml:space="preserve">      /      </w:t>
            </w:r>
            <w:r>
              <w:rPr>
                <w:b/>
                <w:i w:val="0"/>
                <w:sz w:val="26"/>
              </w:rPr>
              <w:t>14. HAFTA</w:t>
            </w:r>
            <w:r>
              <w:rPr>
                <w:b w:val="0"/>
                <w:i/>
                <w:sz w:val="20"/>
              </w:rPr>
              <w:t xml:space="preserve">  (Yarıyıl Sonu)</w:t>
            </w:r>
          </w:p>
        </w:tc>
      </w:tr>
      <w:tr>
        <w:trPr>
          <w:trHeight w:val="454" w:hRule="atLeast"/>
        </w:trPr>
        <w:tc>
          <w:tcPr>
            <w:tcW w:w="10205" w:type="dxa"/>
            <w:gridSpan w:val="2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 xml:space="preserve">Tarih Aralığı:  </w:t>
            </w:r>
            <w:r>
              <w:rPr>
                <w:b w:val="0"/>
                <w:i w:val="0"/>
                <w:sz w:val="22"/>
              </w:rPr>
              <w:t>…… /…… / 20……   –   …… /…… / 20……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Pazartesi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Salı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Çarşamba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Perşembe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2098" w:hRule="atLeast"/>
          <w:cantSplit/>
        </w:trPr>
        <w:tc>
          <w:tcPr>
            <w:tcW w:w="1871" w:type="dxa"/>
            <w:vAlign w:val="center"/>
            <w:shd w:val="clear" w:color="auto" w:fill="D9D9D9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Cuma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sz w:val="19"/>
              </w:rPr>
              <w:t>…/…/20…</w:t>
            </w:r>
          </w:p>
        </w:tc>
        <w:tc>
          <w:tcPr>
            <w:tcW w:w="8334" w:type="dxa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Yapılan İşler:</w:t>
            </w:r>
          </w:p>
        </w:tc>
      </w:tr>
      <w:tr>
        <w:trPr>
          <w:trHeight w:val="850" w:hRule="atLeast"/>
          <w:cantSplit/>
        </w:trPr>
        <w:tc>
          <w:tcPr>
            <w:tcW w:w="10205" w:type="dxa"/>
            <w:gridSpan w:val="2"/>
            <w:vAlign w:val="top"/>
          </w:tcPr>
          <w:p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0"/>
              </w:rPr>
              <w:t>İşyeri Eğitim Sorumlusu  —  Adı Soyadı:  …………………………………………      İmza:</w:t>
            </w:r>
          </w:p>
        </w:tc>
      </w:tr>
    </w:tbl>
    <w:p>
      <w:pPr>
        <w:keepNext w:val="0"/>
        <w:pageBreakBefore/>
        <w:spacing w:before="0" w:after="0"/>
      </w:pPr>
    </w:p>
    <w:p>
      <w:pPr>
        <w:keepNext w:val="0"/>
        <w:pageBreakBefore w:val="0"/>
        <w:spacing w:before="1400" w:after="0"/>
        <w:jc w:val="center"/>
      </w:pPr>
      <w:r>
        <w:drawing>
          <wp:inline xmlns:a="http://schemas.openxmlformats.org/drawingml/2006/main" xmlns:pic="http://schemas.openxmlformats.org/drawingml/2006/picture">
            <wp:extent cx="1800000" cy="18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pageBreakBefore w:val="0"/>
        <w:spacing w:before="1200" w:after="0"/>
        <w:jc w:val="center"/>
      </w:pPr>
      <w:r>
        <w:drawing>
          <wp:inline xmlns:a="http://schemas.openxmlformats.org/drawingml/2006/main" xmlns:pic="http://schemas.openxmlformats.org/drawingml/2006/picture">
            <wp:extent cx="2232000" cy="17260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oga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32000" cy="1726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pageBreakBefore w:val="0"/>
        <w:spacing w:before="800" w:after="0"/>
        <w:jc w:val="center"/>
      </w:pPr>
      <w:r>
        <w:rPr>
          <w:b/>
          <w:color w:val="164194"/>
          <w:sz w:val="24"/>
        </w:rPr>
        <w:t>giresun.edu.tr</w:t>
      </w:r>
    </w:p>
    <w:sectPr w:rsidRPr="0006063C" w:rsidR="00FC693F" w:rsidSect="00034616">
      <w:headerReference w:type="default" r:id="Re460968e539648c7"/>
      <w:headerReference w:type="first" r:id="Re460968e539648c7"/>
      <w:headerReference w:type="even" r:id="Re460968e539648c7"/>
      <w:footerReference w:type="default" r:id="R14ba0f4bcfcb4156"/>
      <w:footerReference w:type="first" r:id="R14ba0f4bcfcb4156"/>
      <w:footerReference w:type="even" r:id="R14ba0f4bcfcb4156"/>
      <w:pgSz w:w="11906" w:h="16838"/>
      <w:pgMar w:top="2154" w:right="850" w:bottom="1587" w:left="850" w:header="567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KYS-FR.278, R00, 08.09.2026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52fab703d55048f0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kvys.giresun.edu.tr/dg/835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2a8613e9ab140e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749f4991fd748a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Öğrenci Staj Dosyası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KYS-FR.278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08.09.2026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cs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image" Target="media/image1.png" Id="rId9" /><Relationship Type="http://schemas.openxmlformats.org/officeDocument/2006/relationships/image" Target="media/image2.png" Id="rId10" /><Relationship Type="http://schemas.openxmlformats.org/officeDocument/2006/relationships/header" Target="/word/header1.xml" Id="Re460968e539648c7" /><Relationship Type="http://schemas.openxmlformats.org/officeDocument/2006/relationships/footer" Target="/word/footer1.xml" Id="R14ba0f4bcfcb4156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4.png" Id="Re2a8613e9ab140e9" /><Relationship Type="http://schemas.openxmlformats.org/officeDocument/2006/relationships/hyperlink" Target="https://kvys.giresun.edu.tr/dg/835" TargetMode="External" Id="R52fab703d55048f0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png" Id="R7749f4991fd748a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 Staj Dosyası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