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png" ContentType="image/png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15="http://schemas.microsoft.com/office/word/2012/wordml"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center"/>
        <w:tblLook w:val="04A0" w:firstRow="1" w:lastRow="0" w:firstColumn="1" w:lastColumn="0" w:noHBand="0" w:noVBand="1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20" w:type="dxa"/>
          <w:bottom w:w="0" w:type="dxa"/>
          <w:right w:w="20" w:type="dxa"/>
        </w:tblCellMar>
      </w:tblPr>
      <w:tblGrid>
        <w:gridCol w:w="385"/>
        <w:gridCol w:w="385"/>
        <w:gridCol w:w="1204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</w:tblGrid>
      <w:tr>
        <w:trPr>
          <w:trHeight w:val="300" w:hRule="atLeast"/>
        </w:trPr>
        <w:tc>
          <w:tcPr>
            <w:tcW w:w="10206" w:type="dxa"/>
            <w:gridSpan w:val="24"/>
            <w:vAlign w:val="center"/>
            <w:shd w:val="clear" w:color="auto" w:fill="D9D9D9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 w:cs="Times New Roman"/>
                <w:b/>
                <w:i w:val="0"/>
                <w:sz w:val="20"/>
                <w:u w:val="none"/>
              </w:rPr>
              <w:t>SENDİKA BİLGİLERİ</w:t>
            </w:r>
          </w:p>
        </w:tc>
      </w:tr>
      <w:tr>
        <w:trPr>
          <w:trHeight w:val="380" w:hRule="atLeast"/>
        </w:trPr>
        <w:tc>
          <w:tcPr>
            <w:tcW w:w="770" w:type="dxa"/>
            <w:gridSpan w:val="2"/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 w:cs="Times New Roman"/>
                <w:b/>
                <w:i w:val="0"/>
                <w:sz w:val="14"/>
                <w:u w:val="none"/>
              </w:rPr>
              <w:t>HİZMET</w:t>
            </w:r>
            <w:r>
              <w:br/>
            </w:r>
            <w:r>
              <w:rPr>
                <w:rFonts w:ascii="Times New Roman" w:hAnsi="Times New Roman" w:eastAsia="Times New Roman" w:cs="Times New Roman"/>
                <w:b/>
                <w:i w:val="0"/>
                <w:sz w:val="14"/>
                <w:u w:val="none"/>
              </w:rPr>
              <w:t>KOLU</w:t>
            </w:r>
          </w:p>
        </w:tc>
        <w:tc>
          <w:tcPr>
            <w:tcW w:w="1204" w:type="dxa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14"/>
                <w:u w:val="none"/>
              </w:rPr>
              <w:t>SENDİKA</w:t>
            </w:r>
            <w:r>
              <w:br/>
            </w:r>
            <w:r>
              <w:rPr>
                <w:rFonts w:ascii="Times New Roman" w:hAnsi="Times New Roman" w:eastAsia="Times New Roman" w:cs="Times New Roman"/>
                <w:b/>
                <w:i w:val="0"/>
                <w:sz w:val="14"/>
                <w:u w:val="none"/>
              </w:rPr>
              <w:t>ADI</w:t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427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426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425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424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423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422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421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420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419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418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417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416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415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414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413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412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411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410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1176" w:type="dxa"/>
            <w:gridSpan w:val="3"/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 w:cs="Times New Roman"/>
                <w:b/>
                <w:i w:val="0"/>
                <w:sz w:val="14"/>
                <w:u w:val="none"/>
              </w:rPr>
              <w:t>DOSYA NO.</w:t>
            </w:r>
          </w:p>
        </w:tc>
      </w:tr>
      <w:tr>
        <w:trPr>
          <w:trHeight w:val="380" w:hRule="atLeast"/>
        </w:trPr>
        <w:tc>
          <w:tcPr>
            <w:tcW w:w="385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409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85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408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1204" w:type="dxa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14"/>
                <w:u w:val="none"/>
              </w:rPr>
              <w:t>SENDİKA</w:t>
            </w:r>
            <w:r>
              <w:br/>
            </w:r>
            <w:r>
              <w:rPr>
                <w:rFonts w:ascii="Times New Roman" w:hAnsi="Times New Roman" w:eastAsia="Times New Roman" w:cs="Times New Roman"/>
                <w:b/>
                <w:i w:val="0"/>
                <w:sz w:val="14"/>
                <w:u w:val="none"/>
              </w:rPr>
              <w:t>ADRESİ</w:t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407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406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405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404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403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402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401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400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399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398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397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396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395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394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393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392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391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390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389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388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387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</w:tr>
    </w:tbl>
    <w:p>
      <w:pPr>
        <w:spacing w:before="0" w:after="0" w:line="240" w:lineRule="auto"/>
        <w:jc w:val="left"/>
      </w:pPr>
      <w:r>
        <w:rPr>
          <w:rFonts w:ascii="Times New Roman" w:hAnsi="Times New Roman" w:eastAsia="Times New Roman" w:cs="Times New Roman"/>
          <w:b w:val="0"/>
          <w:i w:val="0"/>
          <w:sz w:val="12"/>
          <w:u w:val="none"/>
        </w:rPr>
      </w:r>
    </w:p>
    <w:tbl>
      <w:tblPr>
        <w:tblW w:w="0" w:type="auto"/>
        <w:jc w:val="center"/>
        <w:tblLook w:val="04A0" w:firstRow="1" w:lastRow="0" w:firstColumn="1" w:lastColumn="0" w:noHBand="0" w:noVBand="1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20" w:type="dxa"/>
          <w:bottom w:w="0" w:type="dxa"/>
          <w:right w:w="20" w:type="dxa"/>
        </w:tblCellMar>
      </w:tblPr>
      <w:tblGrid>
        <w:gridCol w:w="1974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</w:tblGrid>
      <w:tr>
        <w:trPr>
          <w:trHeight w:val="300" w:hRule="atLeast"/>
        </w:trPr>
        <w:tc>
          <w:tcPr>
            <w:tcW w:w="10206" w:type="dxa"/>
            <w:gridSpan w:val="22"/>
            <w:vAlign w:val="center"/>
            <w:shd w:val="clear" w:color="auto" w:fill="D9D9D9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 w:cs="Times New Roman"/>
                <w:b/>
                <w:i w:val="0"/>
                <w:sz w:val="20"/>
                <w:u w:val="none"/>
              </w:rPr>
              <w:t>KURUM BİLGİLERİ</w:t>
            </w:r>
          </w:p>
        </w:tc>
      </w:tr>
      <w:tr>
        <w:trPr>
          <w:trHeight w:val="350" w:hRule="atLeast"/>
        </w:trPr>
        <w:tc>
          <w:tcPr>
            <w:tcW w:w="1974" w:type="dxa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  <w:t>KURUMUN ADI</w:t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386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385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384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383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382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381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380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379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378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377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376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375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374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373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372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371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370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369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368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367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366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</w:tr>
      <w:tr>
        <w:trPr>
          <w:trHeight w:val="350" w:hRule="atLeast"/>
        </w:trPr>
        <w:tc>
          <w:tcPr>
            <w:tcW w:w="1974" w:type="dxa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  <w:t>GÖREV YAPILAN</w:t>
            </w:r>
            <w:r>
              <w:rPr>
                <w:b/>
              </w:rPr>
              <w:br/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  <w:t>BİRİMİN ADI</w:t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365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364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363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362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361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360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359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358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357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356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355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354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353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352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351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350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349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348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347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346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345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</w:tr>
      <w:tr>
        <w:trPr>
          <w:trHeight w:val="350" w:hRule="atLeast"/>
        </w:trPr>
        <w:tc>
          <w:tcPr>
            <w:tcW w:w="1974" w:type="dxa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  <w:t>GÖREV YAPILAN</w:t>
            </w:r>
            <w:r>
              <w:rPr>
                <w:b/>
              </w:rPr>
              <w:br/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  <w:t>BİRİMİN ADRESİ</w:t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344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343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342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341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340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339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338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337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336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335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334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333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332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331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330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329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328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327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326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325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324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</w:tr>
    </w:tbl>
    <w:p>
      <w:pPr>
        <w:spacing w:before="0" w:after="0" w:line="240" w:lineRule="auto"/>
        <w:jc w:val="left"/>
      </w:pPr>
      <w:r>
        <w:rPr>
          <w:rFonts w:ascii="Times New Roman" w:hAnsi="Times New Roman" w:eastAsia="Times New Roman" w:cs="Times New Roman"/>
          <w:b w:val="0"/>
          <w:i w:val="0"/>
          <w:sz w:val="12"/>
          <w:u w:val="none"/>
        </w:rPr>
      </w:r>
    </w:p>
    <w:tbl>
      <w:tblPr>
        <w:tblW w:w="0" w:type="auto"/>
        <w:jc w:val="center"/>
        <w:tblLook w:val="04A0" w:firstRow="1" w:lastRow="0" w:firstColumn="1" w:lastColumn="0" w:noHBand="0" w:noVBand="1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5" w:type="dxa"/>
          <w:bottom w:w="0" w:type="dxa"/>
          <w:right w:w="15" w:type="dxa"/>
        </w:tblCellMar>
      </w:tblPr>
      <w:tblGrid>
        <w:gridCol w:w="386"/>
        <w:gridCol w:w="392"/>
        <w:gridCol w:w="196"/>
        <w:gridCol w:w="392"/>
        <w:gridCol w:w="392"/>
        <w:gridCol w:w="196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196"/>
        <w:gridCol w:w="392"/>
        <w:gridCol w:w="386"/>
        <w:gridCol w:w="196"/>
        <w:gridCol w:w="297"/>
        <w:gridCol w:w="297"/>
        <w:gridCol w:w="297"/>
        <w:gridCol w:w="297"/>
        <w:gridCol w:w="297"/>
        <w:gridCol w:w="297"/>
        <w:gridCol w:w="297"/>
        <w:gridCol w:w="299"/>
      </w:tblGrid>
      <w:tr>
        <w:trPr>
          <w:trHeight w:val="340" w:hRule="atLeast"/>
        </w:trPr>
        <w:tc>
          <w:tcPr>
            <w:tcW w:w="778" w:type="dxa"/>
            <w:gridSpan w:val="2"/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 w:cs="Times New Roman"/>
                <w:b/>
                <w:i w:val="0"/>
                <w:sz w:val="14"/>
                <w:u w:val="none"/>
              </w:rPr>
              <w:t>HİZMET</w:t>
            </w:r>
            <w:r>
              <w:br/>
            </w:r>
            <w:r>
              <w:rPr>
                <w:rFonts w:ascii="Times New Roman" w:hAnsi="Times New Roman" w:eastAsia="Times New Roman" w:cs="Times New Roman"/>
                <w:b/>
                <w:i w:val="0"/>
                <w:sz w:val="14"/>
                <w:u w:val="none"/>
              </w:rPr>
              <w:t>KOLU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</w:tcPr>
          <w:p>
            <w:sdt>
              <w:sdtPr>
                <w:rPr/>
                <w:alias w:val="Alan"/>
                <w:tag w:val="alan"/>
                <w:id w:val="800000323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</w:p>
        </w:tc>
        <w:tc>
          <w:tcPr>
            <w:tcW w:w="784" w:type="dxa"/>
            <w:gridSpan w:val="2"/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 w:cs="Times New Roman"/>
                <w:b/>
                <w:i w:val="0"/>
                <w:sz w:val="14"/>
                <w:u w:val="none"/>
              </w:rPr>
              <w:t>KURUM</w:t>
            </w:r>
            <w:r>
              <w:br/>
            </w:r>
            <w:r>
              <w:rPr>
                <w:rFonts w:ascii="Times New Roman" w:hAnsi="Times New Roman" w:eastAsia="Times New Roman" w:cs="Times New Roman"/>
                <w:b/>
                <w:i w:val="0"/>
                <w:sz w:val="14"/>
                <w:u w:val="none"/>
              </w:rPr>
              <w:t>KODU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</w:tcPr>
          <w:p>
            <w:sdt>
              <w:sdtPr>
                <w:rPr/>
                <w:alias w:val="Alan"/>
                <w:tag w:val="alan"/>
                <w:id w:val="800000322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</w:p>
        </w:tc>
        <w:tc>
          <w:tcPr>
            <w:tcW w:w="4704" w:type="dxa"/>
            <w:gridSpan w:val="12"/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 w:cs="Times New Roman"/>
                <w:b/>
                <w:i w:val="0"/>
                <w:sz w:val="14"/>
                <w:u w:val="none"/>
              </w:rPr>
              <w:t>İL ADI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</w:tcPr>
          <w:p>
            <w:sdt>
              <w:sdtPr>
                <w:rPr/>
                <w:alias w:val="Alan"/>
                <w:tag w:val="alan"/>
                <w:id w:val="800000321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</w:p>
        </w:tc>
        <w:tc>
          <w:tcPr>
            <w:tcW w:w="778" w:type="dxa"/>
            <w:gridSpan w:val="2"/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 w:cs="Times New Roman"/>
                <w:b/>
                <w:i w:val="0"/>
                <w:sz w:val="14"/>
                <w:u w:val="none"/>
              </w:rPr>
              <w:t>İL KODU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</w:tcPr>
          <w:p>
            <w:sdt>
              <w:sdtPr>
                <w:rPr/>
                <w:alias w:val="Alan"/>
                <w:tag w:val="alan"/>
                <w:id w:val="800000320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</w:p>
        </w:tc>
        <w:tc>
          <w:tcPr>
            <w:tcW w:w="2378" w:type="dxa"/>
            <w:gridSpan w:val="8"/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 w:cs="Times New Roman"/>
                <w:b/>
                <w:i w:val="0"/>
                <w:sz w:val="14"/>
                <w:u w:val="none"/>
              </w:rPr>
              <w:t>İLÇE ADI</w:t>
            </w:r>
          </w:p>
        </w:tc>
      </w:tr>
      <w:tr>
        <w:trPr>
          <w:trHeight w:val="340" w:hRule="atLeast"/>
        </w:trPr>
        <w:tc>
          <w:tcPr>
            <w:tcW w:w="386" w:type="dxa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86" w:type="dxa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297" w:type="dxa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297" w:type="dxa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297" w:type="dxa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297" w:type="dxa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297" w:type="dxa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297" w:type="dxa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297" w:type="dxa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299" w:type="dxa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</w:tr>
    </w:tbl>
    <w:p>
      <w:pPr>
        <w:spacing w:before="0" w:after="0" w:line="240" w:lineRule="auto"/>
        <w:jc w:val="left"/>
      </w:pPr>
      <w:r>
        <w:rPr>
          <w:rFonts w:ascii="Times New Roman" w:hAnsi="Times New Roman" w:eastAsia="Times New Roman" w:cs="Times New Roman"/>
          <w:b w:val="0"/>
          <w:i w:val="0"/>
          <w:sz w:val="12"/>
          <w:u w:val="none"/>
        </w:rPr>
      </w:r>
    </w:p>
    <w:tbl>
      <w:tblPr>
        <w:tblW w:w="0" w:type="auto"/>
        <w:jc w:val="center"/>
        <w:tblLook w:val="04A0" w:firstRow="1" w:lastRow="0" w:firstColumn="1" w:lastColumn="0" w:noHBand="0" w:noVBand="1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20" w:type="dxa"/>
          <w:bottom w:w="0" w:type="dxa"/>
          <w:right w:w="20" w:type="dxa"/>
        </w:tblCellMar>
      </w:tblPr>
      <w:tblGrid>
        <w:gridCol w:w="1974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</w:tblGrid>
      <w:tr>
        <w:trPr>
          <w:trHeight w:val="300" w:hRule="atLeast"/>
        </w:trPr>
        <w:tc>
          <w:tcPr>
            <w:tcW w:w="10206" w:type="dxa"/>
            <w:gridSpan w:val="22"/>
            <w:vAlign w:val="center"/>
            <w:shd w:val="clear" w:color="auto" w:fill="D9D9D9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 w:cs="Times New Roman"/>
                <w:b/>
                <w:i w:val="0"/>
                <w:sz w:val="20"/>
                <w:u w:val="none"/>
              </w:rPr>
              <w:t>ÜYELİK BİLGİLERİ</w:t>
            </w:r>
          </w:p>
        </w:tc>
      </w:tr>
      <w:tr>
        <w:trPr>
          <w:trHeight w:val="320" w:hRule="atLeast"/>
        </w:trPr>
        <w:tc>
          <w:tcPr>
            <w:tcW w:w="1974" w:type="dxa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6"/>
                <w:u w:val="none"/>
              </w:rPr>
              <w:t>ADI</w:t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319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318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317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316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315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314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313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312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311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310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309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308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307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306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305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304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303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302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301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300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299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</w:tr>
      <w:tr>
        <w:trPr>
          <w:trHeight w:val="320" w:hRule="atLeast"/>
        </w:trPr>
        <w:tc>
          <w:tcPr>
            <w:tcW w:w="1974" w:type="dxa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6"/>
                <w:u w:val="none"/>
              </w:rPr>
              <w:t>SOYADI</w:t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298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297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296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295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294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293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292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291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290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289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288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287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286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285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284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283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282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281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280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279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278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</w:tr>
      <w:tr>
        <w:trPr>
          <w:trHeight w:val="320" w:hRule="atLeast"/>
        </w:trPr>
        <w:tc>
          <w:tcPr>
            <w:tcW w:w="1974" w:type="dxa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6"/>
                <w:u w:val="none"/>
              </w:rPr>
              <w:t>TC KİMLİK NO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10"/>
                <w:u w:val="none"/>
              </w:rPr>
              <w:t xml:space="preserve"> (11 Rakamlı - Mernis)</w:t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277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276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275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274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273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272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271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270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269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268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267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266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265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264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263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262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261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260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259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258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257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</w:tr>
      <w:tr>
        <w:trPr>
          <w:trHeight w:val="320" w:hRule="atLeast"/>
        </w:trPr>
        <w:tc>
          <w:tcPr>
            <w:tcW w:w="1974" w:type="dxa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6"/>
                <w:u w:val="none"/>
              </w:rPr>
              <w:t>BABA ADI</w:t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256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255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254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253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252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251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250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249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248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1568" w:type="dxa"/>
            <w:gridSpan w:val="4"/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 w:cs="Times New Roman"/>
                <w:b w:val="0"/>
                <w:i w:val="0"/>
                <w:sz w:val="16"/>
                <w:u w:val="none"/>
              </w:rPr>
              <w:t>ANA ADI</w:t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247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246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245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244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243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242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241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240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</w:tr>
      <w:tr>
        <w:trPr>
          <w:trHeight w:val="320" w:hRule="atLeast"/>
        </w:trPr>
        <w:tc>
          <w:tcPr>
            <w:tcW w:w="1974" w:type="dxa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6"/>
                <w:u w:val="none"/>
              </w:rPr>
              <w:t>DOĞUM TARİHİ</w:t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239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238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237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236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235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234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233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232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231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1568" w:type="dxa"/>
            <w:gridSpan w:val="4"/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 w:cs="Times New Roman"/>
                <w:b w:val="0"/>
                <w:i w:val="0"/>
                <w:sz w:val="16"/>
                <w:u w:val="none"/>
              </w:rPr>
              <w:t>DOĞUM YERİ</w:t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230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229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228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227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226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225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224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223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</w:tr>
      <w:tr>
        <w:trPr>
          <w:trHeight w:val="340" w:hRule="atLeast"/>
        </w:trPr>
        <w:tc>
          <w:tcPr>
            <w:tcW w:w="1974" w:type="dxa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6"/>
                <w:u w:val="none"/>
              </w:rPr>
              <w:t>CİNSİYETİ</w:t>
            </w:r>
          </w:p>
        </w:tc>
        <w:tc>
          <w:tcPr>
            <w:tcW w:w="2352" w:type="dxa"/>
            <w:gridSpan w:val="6"/>
            <w:vAlign w:val="center"/>
            <w:tcBorders>
              <w:top w:val="nil"/>
              <w:left w:val="nil"/>
              <w:bottom w:val="nil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 w:cs="Times New Roman"/>
                <w:b w:val="0"/>
                <w:i w:val="0"/>
                <w:sz w:val="16"/>
                <w:u w:val="none"/>
              </w:rPr>
              <w:t>ERKEK:1</w:t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222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6"/>
                <w:u w:val="none"/>
              </w:rPr>
            </w:r>
          </w:p>
        </w:tc>
        <w:tc>
          <w:tcPr>
            <w:tcW w:w="1568" w:type="dxa"/>
            <w:gridSpan w:val="4"/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221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/>
            <w:r>
              <w:rPr>
                <w:rFonts w:ascii="Times New Roman" w:hAnsi="Times New Roman" w:eastAsia="Times New Roman" w:cs="Times New Roman"/>
                <w:b w:val="0"/>
                <w:i w:val="0"/>
                <w:sz w:val="16"/>
                <w:u w:val="none"/>
              </w:rPr>
            </w:r>
          </w:p>
        </w:tc>
        <w:tc>
          <w:tcPr>
            <w:tcW w:w="1960" w:type="dxa"/>
            <w:gridSpan w:val="5"/>
            <w:vAlign w:val="center"/>
            <w:tcBorders>
              <w:top w:val="nil"/>
              <w:left w:val="nil"/>
              <w:bottom w:val="nil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 w:cs="Times New Roman"/>
                <w:b w:val="0"/>
                <w:i w:val="0"/>
                <w:sz w:val="16"/>
                <w:u w:val="none"/>
              </w:rPr>
              <w:t>KADIN:2</w:t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220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6"/>
                <w:u w:val="none"/>
              </w:rPr>
            </w:r>
          </w:p>
        </w:tc>
        <w:tc>
          <w:tcPr>
            <w:tcW w:w="1568" w:type="dxa"/>
            <w:gridSpan w:val="4"/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219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/>
            <w:r>
              <w:rPr>
                <w:rFonts w:ascii="Times New Roman" w:hAnsi="Times New Roman" w:eastAsia="Times New Roman" w:cs="Times New Roman"/>
                <w:b w:val="0"/>
                <w:i w:val="0"/>
                <w:sz w:val="16"/>
                <w:u w:val="none"/>
              </w:rPr>
            </w:r>
          </w:p>
        </w:tc>
      </w:tr>
      <w:tr>
        <w:trPr>
          <w:trHeight w:val="340" w:hRule="atLeast"/>
        </w:trPr>
        <w:tc>
          <w:tcPr>
            <w:tcW w:w="1974" w:type="dxa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6"/>
                <w:u w:val="none"/>
              </w:rPr>
              <w:t>ÖĞRENİM</w:t>
            </w:r>
          </w:p>
        </w:tc>
        <w:tc>
          <w:tcPr>
            <w:tcW w:w="1960" w:type="dxa"/>
            <w:gridSpan w:val="5"/>
            <w:vAlign w:val="center"/>
            <w:tcBorders>
              <w:top w:val="nil"/>
              <w:left w:val="nil"/>
              <w:bottom w:val="nil"/>
            </w:tcBorders>
          </w:tcPr>
          <w:p>
            <w:pPr>
              <w:spacing w:before="0" w:after="0" w:line="240" w:lineRule="auto"/>
              <w:jc w:val="right"/>
            </w:pPr>
            <w:r/>
            <w:r>
              <w:rPr>
                <w:rFonts w:ascii="Times New Roman" w:hAnsi="Times New Roman" w:eastAsia="Times New Roman" w:cs="Times New Roman"/>
                <w:b w:val="0"/>
                <w:i w:val="0"/>
                <w:sz w:val="16"/>
                <w:u w:val="none"/>
              </w:rPr>
              <w:t>İLKÖĞRETİM:1</w:t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218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6"/>
                <w:u w:val="none"/>
              </w:rPr>
            </w:r>
          </w:p>
        </w:tc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</w:tcPr>
          <w:p>
            <w:sdt>
              <w:sdtPr>
                <w:rPr/>
                <w:alias w:val="Alan"/>
                <w:tag w:val="alan"/>
                <w:id w:val="800000217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</w:p>
        </w:tc>
        <w:tc>
          <w:tcPr>
            <w:tcW w:w="1568" w:type="dxa"/>
            <w:gridSpan w:val="4"/>
            <w:vAlign w:val="center"/>
            <w:tcBorders>
              <w:top w:val="nil"/>
              <w:left w:val="nil"/>
              <w:bottom w:val="nil"/>
            </w:tcBorders>
          </w:tcPr>
          <w:p>
            <w:pPr>
              <w:spacing w:before="0" w:after="0" w:line="240" w:lineRule="auto"/>
              <w:jc w:val="right"/>
            </w:pPr>
            <w:r/>
            <w:r>
              <w:rPr>
                <w:rFonts w:ascii="Times New Roman" w:hAnsi="Times New Roman" w:eastAsia="Times New Roman" w:cs="Times New Roman"/>
                <w:b w:val="0"/>
                <w:i w:val="0"/>
                <w:sz w:val="16"/>
                <w:u w:val="none"/>
              </w:rPr>
              <w:t>LİSE:2</w:t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216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6"/>
                <w:u w:val="none"/>
              </w:rPr>
            </w:r>
          </w:p>
        </w:tc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</w:tcPr>
          <w:p>
            <w:sdt>
              <w:sdtPr>
                <w:rPr/>
                <w:alias w:val="Alan"/>
                <w:tag w:val="alan"/>
                <w:id w:val="800000215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</w:p>
        </w:tc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</w:tcPr>
          <w:p>
            <w:sdt>
              <w:sdtPr>
                <w:rPr/>
                <w:alias w:val="Alan"/>
                <w:tag w:val="alan"/>
                <w:id w:val="800000214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</w:p>
        </w:tc>
        <w:tc>
          <w:tcPr>
            <w:tcW w:w="1960" w:type="dxa"/>
            <w:gridSpan w:val="5"/>
            <w:vAlign w:val="center"/>
            <w:tcBorders>
              <w:top w:val="nil"/>
              <w:left w:val="nil"/>
              <w:bottom w:val="nil"/>
            </w:tcBorders>
          </w:tcPr>
          <w:p>
            <w:pPr>
              <w:spacing w:before="0" w:after="0" w:line="240" w:lineRule="auto"/>
              <w:jc w:val="right"/>
            </w:pPr>
            <w:r/>
            <w:r>
              <w:rPr>
                <w:rFonts w:ascii="Times New Roman" w:hAnsi="Times New Roman" w:eastAsia="Times New Roman" w:cs="Times New Roman"/>
                <w:b w:val="0"/>
                <w:i w:val="0"/>
                <w:sz w:val="16"/>
                <w:u w:val="none"/>
              </w:rPr>
              <w:t>YÜKSEK OKUL:3</w:t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213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6"/>
                <w:u w:val="none"/>
              </w:rPr>
            </w:r>
          </w:p>
        </w:tc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</w:tcPr>
          <w:p>
            <w:sdt>
              <w:sdtPr>
                <w:rPr/>
                <w:alias w:val="Alan"/>
                <w:tag w:val="alan"/>
                <w:id w:val="800000212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</w:p>
        </w:tc>
      </w:tr>
      <w:tr>
        <w:trPr>
          <w:trHeight w:val="320" w:hRule="atLeast"/>
        </w:trPr>
        <w:tc>
          <w:tcPr>
            <w:tcW w:w="1974" w:type="dxa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6"/>
                <w:u w:val="none"/>
              </w:rPr>
              <w:t>KURUM SİCİL</w:t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211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210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209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208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207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206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205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204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203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202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201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200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199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198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197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196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195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194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193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192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191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</w:tr>
      <w:tr>
        <w:trPr>
          <w:trHeight w:val="320" w:hRule="atLeast"/>
        </w:trPr>
        <w:tc>
          <w:tcPr>
            <w:tcW w:w="1974" w:type="dxa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6"/>
                <w:u w:val="none"/>
              </w:rPr>
              <w:t>KADRO ÜNVANI</w:t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190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189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188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187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186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185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184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183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182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181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2352" w:type="dxa"/>
            <w:gridSpan w:val="6"/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 w:cs="Times New Roman"/>
                <w:b w:val="0"/>
                <w:i w:val="0"/>
                <w:sz w:val="16"/>
                <w:u w:val="none"/>
              </w:rPr>
              <w:t>KADRO ÜNVAN KODU</w:t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180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179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178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177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2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176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</w:tr>
    </w:tbl>
    <w:p>
      <w:pPr>
        <w:spacing w:before="0" w:after="0" w:line="240" w:lineRule="auto"/>
        <w:jc w:val="left"/>
      </w:pPr>
      <w:r>
        <w:rPr>
          <w:rFonts w:ascii="Times New Roman" w:hAnsi="Times New Roman" w:eastAsia="Times New Roman" w:cs="Times New Roman"/>
          <w:b w:val="0"/>
          <w:i w:val="0"/>
          <w:sz w:val="12"/>
          <w:u w:val="none"/>
        </w:rPr>
      </w:r>
    </w:p>
    <w:tbl>
      <w:tblPr>
        <w:tblW w:w="0" w:type="auto"/>
        <w:jc w:val="center"/>
        <w:tblLook w:val="04A0" w:firstRow="1" w:lastRow="0" w:firstColumn="1" w:lastColumn="0" w:noHBand="0" w:noVBand="1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20" w:type="dxa"/>
          <w:bottom w:w="0" w:type="dxa"/>
          <w:right w:w="20" w:type="dxa"/>
        </w:tblCellMar>
      </w:tblPr>
      <w:tblGrid>
        <w:gridCol w:w="3918"/>
        <w:gridCol w:w="393"/>
        <w:gridCol w:w="393"/>
        <w:gridCol w:w="393"/>
        <w:gridCol w:w="393"/>
        <w:gridCol w:w="393"/>
        <w:gridCol w:w="393"/>
        <w:gridCol w:w="393"/>
        <w:gridCol w:w="393"/>
        <w:gridCol w:w="393"/>
        <w:gridCol w:w="393"/>
        <w:gridCol w:w="393"/>
        <w:gridCol w:w="393"/>
        <w:gridCol w:w="393"/>
        <w:gridCol w:w="393"/>
        <w:gridCol w:w="393"/>
        <w:gridCol w:w="393"/>
      </w:tblGrid>
      <w:tr>
        <w:trPr>
          <w:trHeight w:val="300" w:hRule="atLeast"/>
        </w:trPr>
        <w:tc>
          <w:tcPr>
            <w:tcW w:w="3918" w:type="dxa"/>
            <w:vAlign w:val="center"/>
            <w:shd w:val="clear" w:color="auto" w:fill="D9D9D9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0"/>
                <w:u w:val="none"/>
              </w:rPr>
              <w:t>SOSYAL GÜVENLİK KURUMU</w:t>
            </w:r>
          </w:p>
        </w:tc>
        <w:tc>
          <w:tcPr>
            <w:tcW w:w="6288" w:type="dxa"/>
            <w:gridSpan w:val="16"/>
            <w:vAlign w:val="center"/>
            <w:shd w:val="clear" w:color="auto" w:fill="D9D9D9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 w:cs="Times New Roman"/>
                <w:b/>
                <w:i w:val="0"/>
                <w:sz w:val="20"/>
                <w:u w:val="none"/>
              </w:rPr>
              <w:t>SOSYAL GÜVENLİK SİCİL NUMARASI</w:t>
            </w:r>
          </w:p>
        </w:tc>
      </w:tr>
      <w:tr>
        <w:trPr>
          <w:trHeight w:val="320" w:hRule="atLeast"/>
        </w:trPr>
        <w:tc>
          <w:tcPr>
            <w:tcW w:w="3918" w:type="dxa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6"/>
                <w:u w:val="none"/>
              </w:rPr>
              <w:t xml:space="preserve">  1: T.C. EMEKLİ SANDIĞI</w:t>
            </w:r>
          </w:p>
        </w:tc>
        <w:tc>
          <w:tcPr>
            <w:tcW w:w="393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175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3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174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3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173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3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172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3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171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3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170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3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169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3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168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3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167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3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166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3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165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3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164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3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163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3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162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3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161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3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160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</w:tr>
      <w:tr>
        <w:trPr>
          <w:trHeight w:val="320" w:hRule="atLeast"/>
        </w:trPr>
        <w:tc>
          <w:tcPr>
            <w:tcW w:w="3918" w:type="dxa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6"/>
                <w:u w:val="none"/>
              </w:rPr>
              <w:t xml:space="preserve">  2: SOSYAL SİGORTALAR KURUMU</w:t>
            </w:r>
          </w:p>
        </w:tc>
        <w:tc>
          <w:tcPr>
            <w:tcW w:w="393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159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3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158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3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157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3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156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3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155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3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154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3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153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3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152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3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151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3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150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3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149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3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148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3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147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3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146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3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145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  <w:tc>
          <w:tcPr>
            <w:tcW w:w="393" w:type="dxa"/>
            <w:vAlign w:val="center"/>
          </w:tcPr>
          <w:p>
            <w:pPr>
              <w:spacing w:before="0" w:after="0" w:line="240" w:lineRule="auto"/>
              <w:jc w:val="left"/>
            </w:pPr>
            <w:sdt>
              <w:sdtPr>
                <w:rPr/>
                <w:alias w:val="Alan"/>
                <w:tag w:val="alan"/>
                <w:id w:val="800000144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4"/>
                <w:u w:val="none"/>
              </w:rPr>
            </w:r>
          </w:p>
        </w:tc>
      </w:tr>
    </w:tbl>
    <w:p>
      <w:pPr>
        <w:spacing w:before="0" w:after="0" w:line="240" w:lineRule="auto"/>
        <w:jc w:val="left"/>
      </w:pPr>
      <w:r>
        <w:rPr>
          <w:rFonts w:ascii="Times New Roman" w:hAnsi="Times New Roman" w:eastAsia="Times New Roman" w:cs="Times New Roman"/>
          <w:b w:val="0"/>
          <w:i w:val="0"/>
          <w:sz w:val="12"/>
          <w:u w:val="none"/>
        </w:rPr>
      </w:r>
    </w:p>
    <w:tbl>
      <w:tblPr>
        <w:tblW w:w="0" w:type="auto"/>
        <w:jc w:val="center"/>
        <w:tblLook w:val="04A0" w:firstRow="1" w:lastRow="0" w:firstColumn="1" w:lastColumn="0" w:noHBand="0" w:noVBand="1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80" w:type="dxa"/>
          <w:bottom w:w="0" w:type="dxa"/>
          <w:right w:w="80" w:type="dxa"/>
        </w:tblCellMar>
      </w:tblPr>
      <w:tblGrid>
        <w:gridCol w:w="3918"/>
        <w:gridCol w:w="6288"/>
      </w:tblGrid>
      <w:tr>
        <w:trPr>
          <w:trHeight w:val="300" w:hRule="atLeast"/>
        </w:trPr>
        <w:tc>
          <w:tcPr>
            <w:tcW w:w="3918" w:type="dxa"/>
            <w:vAlign w:val="center"/>
            <w:shd w:val="clear" w:color="auto" w:fill="D9D9D9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0"/>
                <w:u w:val="none"/>
              </w:rPr>
              <w:t>ÜYELİKTEN ÇEKİLME</w:t>
            </w:r>
          </w:p>
        </w:tc>
        <w:tc>
          <w:tcPr>
            <w:tcW w:w="6288" w:type="dxa"/>
            <w:vAlign w:val="center"/>
            <w:shd w:val="clear" w:color="auto" w:fill="D9D9D9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0"/>
                <w:u w:val="none"/>
              </w:rPr>
              <w:t>ÜYELİKTEN ÇEKİLME TARİH VE NO</w:t>
            </w:r>
          </w:p>
        </w:tc>
      </w:tr>
      <w:tr>
        <w:trPr>
          <w:trHeight w:val="400" w:hRule="atLeast"/>
        </w:trPr>
        <w:tc>
          <w:tcPr>
            <w:tcW w:w="3918" w:type="dxa"/>
            <w:vMerge w:val="restart"/>
            <w:vAlign w:val="top"/>
          </w:tcPr>
          <w:p>
            <w:pPr>
              <w:spacing w:after="6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6"/>
                <w:u w:val="none"/>
              </w:rPr>
              <w:t>Yukarıda belirttiğim Kamu Görevlileri Sendikası Üyeliğinden çekiliyorum Gereğini arz ederim.</w:t>
            </w:r>
          </w:p>
          <w:p>
            <w:pPr>
              <w:spacing w:after="60"/>
              <w:jc w:val="left"/>
            </w:pPr>
          </w:p>
          <w:p>
            <w:pPr>
              <w:spacing w:after="6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6"/>
                <w:u w:val="none"/>
              </w:rPr>
              <w:t xml:space="preserve">Tarih: </w:t>
            </w:r>
            <w:sdt>
              <w:sdtPr>
                <w:rPr>
                  <w:rFonts w:ascii="Times New Roman" w:hAnsi="Times New Roman" w:eastAsia="Times New Roman" w:cs="Times New Roman"/>
                  <w:b w:val="0"/>
                  <w:i w:val="0"/>
                  <w:sz w:val="16"/>
                  <w:u w:val="none"/>
                </w:rPr>
                <w:alias w:val="Tarih"/>
                <w:tag w:val="alan"/>
                <w:id w:val="800000137"/>
                <w15:appearance w15:val="boundingBox"/>
                <w:text/>
              </w:sdtPr>
              <w:sdtContent>
                <w:r>
                  <w:rPr>
                    <w:rFonts w:ascii="Times New Roman" w:hAnsi="Times New Roman" w:eastAsia="Times New Roman" w:cs="Times New Roman"/>
                    <w:b w:val="0"/>
                    <w:i w:val="0"/>
                    <w:sz w:val="16"/>
                    <w:u w:val="none"/>
                  </w:rPr>
                  <w:t xml:space="preserve">...........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6"/>
                <w:u w:val="none"/>
              </w:rPr>
              <w:t xml:space="preserve"> / </w:t>
            </w:r>
            <w:sdt>
              <w:sdtPr>
                <w:rPr>
                  <w:rFonts w:ascii="Times New Roman" w:hAnsi="Times New Roman" w:eastAsia="Times New Roman" w:cs="Times New Roman"/>
                  <w:b w:val="0"/>
                  <w:i w:val="0"/>
                  <w:sz w:val="16"/>
                  <w:u w:val="none"/>
                </w:rPr>
                <w:alias w:val="/"/>
                <w:tag w:val="alan"/>
                <w:id w:val="800000138"/>
                <w15:appearance w15:val="boundingBox"/>
                <w:text/>
              </w:sdtPr>
              <w:sdtContent>
                <w:r>
                  <w:rPr>
                    <w:rFonts w:ascii="Times New Roman" w:hAnsi="Times New Roman" w:eastAsia="Times New Roman" w:cs="Times New Roman"/>
                    <w:b w:val="0"/>
                    <w:i w:val="0"/>
                    <w:sz w:val="16"/>
                    <w:u w:val="none"/>
                  </w:rPr>
                  <w:t xml:space="preserve">.......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6"/>
                <w:u w:val="none"/>
              </w:rPr>
              <w:t xml:space="preserve"> / 20</w:t>
            </w:r>
            <w:sdt>
              <w:sdtPr>
                <w:rPr>
                  <w:rFonts w:ascii="Times New Roman" w:hAnsi="Times New Roman" w:eastAsia="Times New Roman" w:cs="Times New Roman"/>
                  <w:b w:val="0"/>
                  <w:i w:val="0"/>
                  <w:sz w:val="16"/>
                  <w:u w:val="none"/>
                </w:rPr>
                <w:alias w:val="/ 20"/>
                <w:tag w:val="alan"/>
                <w:id w:val="800000139"/>
                <w15:appearance w15:val="boundingBox"/>
                <w:text/>
              </w:sdtPr>
              <w:sdtContent>
                <w:r>
                  <w:rPr>
                    <w:rFonts w:ascii="Times New Roman" w:hAnsi="Times New Roman" w:eastAsia="Times New Roman" w:cs="Times New Roman"/>
                    <w:b w:val="0"/>
                    <w:i w:val="0"/>
                    <w:sz w:val="16"/>
                    <w:u w:val="none"/>
                  </w:rPr>
                  <w:t xml:space="preserve">.......</w:t>
                </w:r>
              </w:sdtContent>
            </w:sdt>
          </w:p>
          <w:p>
            <w:pPr>
              <w:spacing w:after="60"/>
              <w:jc w:val="left"/>
            </w:pPr>
          </w:p>
          <w:p>
            <w:pPr>
              <w:spacing w:after="6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6"/>
                <w:u w:val="single"/>
              </w:rPr>
              <w:t>Kamu Görevlisinin İmzası</w:t>
            </w:r>
          </w:p>
        </w:tc>
        <w:tc>
          <w:tcPr>
            <w:tcW w:w="6288" w:type="dxa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6"/>
                <w:u w:val="none"/>
              </w:rPr>
              <w:t xml:space="preserve">FORMUN KURUMA VERİLİŞ TARİHİ : </w:t>
            </w:r>
            <w:sdt>
              <w:sdtPr>
                <w:rPr>
                  <w:rFonts w:ascii="Times New Roman" w:hAnsi="Times New Roman" w:eastAsia="Times New Roman" w:cs="Times New Roman"/>
                  <w:b w:val="0"/>
                  <w:i w:val="0"/>
                  <w:sz w:val="16"/>
                  <w:u w:val="none"/>
                </w:rPr>
                <w:alias w:val="FORMUN KURUMA VERİLİŞ TARİHİ"/>
                <w:tag w:val="alan"/>
                <w:id w:val="800000140"/>
                <w15:appearance w15:val="boundingBox"/>
                <w:text/>
              </w:sdtPr>
              <w:sdtContent>
                <w:r>
                  <w:rPr>
                    <w:rFonts w:ascii="Times New Roman" w:hAnsi="Times New Roman" w:eastAsia="Times New Roman" w:cs="Times New Roman"/>
                    <w:b w:val="0"/>
                    <w:i w:val="0"/>
                    <w:sz w:val="16"/>
                    <w:u w:val="none"/>
                  </w:rPr>
                  <w:t xml:space="preserve">...........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6"/>
                <w:u w:val="none"/>
              </w:rPr>
              <w:t xml:space="preserve"> / </w:t>
            </w:r>
            <w:sdt>
              <w:sdtPr>
                <w:rPr>
                  <w:rFonts w:ascii="Times New Roman" w:hAnsi="Times New Roman" w:eastAsia="Times New Roman" w:cs="Times New Roman"/>
                  <w:b w:val="0"/>
                  <w:i w:val="0"/>
                  <w:sz w:val="16"/>
                  <w:u w:val="none"/>
                </w:rPr>
                <w:alias w:val="/"/>
                <w:tag w:val="alan"/>
                <w:id w:val="800000141"/>
                <w15:appearance w15:val="boundingBox"/>
                <w:text/>
              </w:sdtPr>
              <w:sdtContent>
                <w:r>
                  <w:rPr>
                    <w:rFonts w:ascii="Times New Roman" w:hAnsi="Times New Roman" w:eastAsia="Times New Roman" w:cs="Times New Roman"/>
                    <w:b w:val="0"/>
                    <w:i w:val="0"/>
                    <w:sz w:val="16"/>
                    <w:u w:val="none"/>
                  </w:rPr>
                  <w:t xml:space="preserve">......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z w:val="16"/>
                <w:u w:val="none"/>
              </w:rPr>
              <w:t xml:space="preserve"> / 20</w:t>
            </w:r>
            <w:sdt>
              <w:sdtPr>
                <w:rPr>
                  <w:rFonts w:ascii="Times New Roman" w:hAnsi="Times New Roman" w:eastAsia="Times New Roman" w:cs="Times New Roman"/>
                  <w:b w:val="0"/>
                  <w:i w:val="0"/>
                  <w:sz w:val="16"/>
                  <w:u w:val="none"/>
                </w:rPr>
                <w:alias w:val="/ 20"/>
                <w:tag w:val="alan"/>
                <w:id w:val="800000142"/>
                <w15:appearance w15:val="boundingBox"/>
                <w:text/>
              </w:sdtPr>
              <w:sdtContent>
                <w:r>
                  <w:rPr>
                    <w:rFonts w:ascii="Times New Roman" w:hAnsi="Times New Roman" w:eastAsia="Times New Roman" w:cs="Times New Roman"/>
                    <w:b w:val="0"/>
                    <w:i w:val="0"/>
                    <w:sz w:val="16"/>
                    <w:u w:val="none"/>
                  </w:rPr>
                  <w:t xml:space="preserve">.........</w:t>
                </w:r>
              </w:sdtContent>
            </w:sdt>
          </w:p>
        </w:tc>
      </w:tr>
      <w:tr>
        <w:trPr>
          <w:trHeight w:val="1000" w:hRule="atLeast"/>
        </w:trPr>
        <w:tc>
          <w:tcPr>
            <w:tcW w:w="3918" w:type="dxa"/>
            <w:vMerge/>
          </w:tcPr>
          <w:p>
            <w:sdt>
              <w:sdtPr>
                <w:rPr/>
                <w:alias w:val="Alan"/>
                <w:tag w:val="alan"/>
                <w:id w:val="800000143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</w:p>
        </w:tc>
        <w:tc>
          <w:tcPr>
            <w:tcW w:w="6288" w:type="dxa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6"/>
                <w:u w:val="none"/>
              </w:rPr>
              <w:t>FORMA KURUMCA</w:t>
            </w:r>
            <w:r>
              <w:rPr>
                <w:b/>
              </w:rPr>
              <w:br/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16"/>
                <w:u w:val="none"/>
              </w:rPr>
              <w:t>VERİLEN EVRAK NUMARASI :</w:t>
            </w:r>
          </w:p>
        </w:tc>
      </w:tr>
    </w:tbl>
    <w:p>
      <w:pPr>
        <w:spacing w:before="120" w:after="0" w:line="240" w:lineRule="auto"/>
        <w:jc w:val="left"/>
      </w:pPr>
      <w:r>
        <w:rPr>
          <w:rFonts w:ascii="Times New Roman" w:hAnsi="Times New Roman" w:eastAsia="Times New Roman" w:cs="Times New Roman"/>
          <w:b/>
          <w:i w:val="0"/>
          <w:sz w:val="16"/>
          <w:u w:val="none"/>
        </w:rPr>
        <w:t>NOT: Form arka sayfadaki açıklamalara göre doldurulacaktır.</w:t>
      </w:r>
    </w:p>
    <w:p>
      <w:pPr>
        <w:spacing w:before="0" w:after="0"/>
      </w:pPr>
      <w:r>
        <w:br w:type="page"/>
      </w:r>
    </w:p>
    <w:p>
      <w:pPr>
        <w:spacing w:before="0" w:after="40" w:line="240" w:lineRule="auto"/>
        <w:jc w:val="left"/>
      </w:pPr>
      <w:r>
        <w:rPr>
          <w:rFonts w:ascii="Times New Roman" w:hAnsi="Times New Roman" w:eastAsia="Times New Roman" w:cs="Times New Roman"/>
          <w:b/>
          <w:i w:val="0"/>
          <w:sz w:val="20"/>
          <w:u w:val="none"/>
        </w:rPr>
        <w:t>EK -3</w:t>
      </w:r>
    </w:p>
    <w:p>
      <w:pPr>
        <w:spacing w:before="0" w:after="200" w:line="240" w:lineRule="auto"/>
        <w:jc w:val="left"/>
      </w:pPr>
      <w:r>
        <w:rPr>
          <w:rFonts w:ascii="Times New Roman" w:hAnsi="Times New Roman" w:eastAsia="Times New Roman" w:cs="Times New Roman"/>
          <w:b/>
          <w:i w:val="0"/>
          <w:sz w:val="20"/>
          <w:u w:val="single"/>
        </w:rPr>
        <w:t>AÇIKLAMALAR</w:t>
      </w:r>
    </w:p>
    <w:p>
      <w:pPr>
        <w:spacing w:before="0" w:after="0" w:line="240" w:lineRule="auto"/>
        <w:jc w:val="left"/>
      </w:pPr>
      <w:r>
        <w:rPr>
          <w:rFonts w:ascii="Times New Roman" w:hAnsi="Times New Roman" w:eastAsia="Times New Roman" w:cs="Times New Roman"/>
          <w:b w:val="0"/>
          <w:i w:val="0"/>
          <w:sz w:val="20"/>
          <w:u w:val="none"/>
        </w:rPr>
      </w:r>
    </w:p>
    <w:tbl>
      <w:tblPr>
        <w:tblW w:w="0" w:type="auto"/>
        <w:jc w:val="center"/>
        <w:tblLook w:val="04A0" w:firstRow="1" w:lastRow="0" w:firstColumn="1" w:lastColumn="0" w:noHBand="0" w:noVBand="1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2600"/>
        <w:gridCol w:w="7606"/>
      </w:tblGrid>
      <w:tr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before="0" w:after="12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0"/>
                <w:u w:val="none"/>
              </w:rPr>
              <w:t>DOLDURMA ŞEKLİ  :</w:t>
            </w:r>
          </w:p>
        </w:tc>
        <w:tc>
          <w:tcPr>
            <w:tcW w:w="760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before="0" w:after="12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  <w:u w:val="none"/>
              </w:rPr>
              <w:t>Yazı karakteri alfebenin büyük harfleri ile yazılacak.</w:t>
            </w:r>
          </w:p>
        </w:tc>
      </w:tr>
    </w:tbl>
    <w:p>
      <w:pPr>
        <w:spacing w:before="0" w:after="0" w:line="240" w:lineRule="auto"/>
        <w:jc w:val="left"/>
      </w:pPr>
      <w:r>
        <w:rPr>
          <w:rFonts w:ascii="Times New Roman" w:hAnsi="Times New Roman" w:eastAsia="Times New Roman" w:cs="Times New Roman"/>
          <w:b w:val="0"/>
          <w:i w:val="0"/>
          <w:sz w:val="20"/>
          <w:u w:val="none"/>
        </w:rPr>
      </w:r>
    </w:p>
    <w:p>
      <w:pPr>
        <w:spacing w:before="160" w:after="80" w:line="240" w:lineRule="auto"/>
        <w:jc w:val="left"/>
      </w:pPr>
      <w:r>
        <w:rPr>
          <w:rFonts w:ascii="Times New Roman" w:hAnsi="Times New Roman" w:eastAsia="Times New Roman" w:cs="Times New Roman"/>
          <w:b/>
          <w:i w:val="0"/>
          <w:sz w:val="20"/>
          <w:u w:val="single"/>
        </w:rPr>
        <w:t>SENDİKA BİLGİLERİ  :</w:t>
      </w:r>
    </w:p>
    <w:tbl>
      <w:tblPr>
        <w:tblW w:w="0" w:type="auto"/>
        <w:jc w:val="center"/>
        <w:tblLook w:val="04A0" w:firstRow="1" w:lastRow="0" w:firstColumn="1" w:lastColumn="0" w:noHBand="0" w:noVBand="1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2600"/>
        <w:gridCol w:w="7606"/>
      </w:tblGrid>
      <w:tr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before="0" w:after="12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0"/>
                <w:u w:val="none"/>
              </w:rPr>
              <w:t>Hizmet Kolu</w:t>
            </w:r>
          </w:p>
        </w:tc>
        <w:tc>
          <w:tcPr>
            <w:tcW w:w="760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before="0" w:after="12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  <w:u w:val="none"/>
              </w:rPr>
              <w:t>: Bu bölüme sendikanın faaliyet gösterdiği hizmet kolu sıra numarası yazılır.</w:t>
            </w:r>
          </w:p>
        </w:tc>
      </w:tr>
      <w:tr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before="0" w:after="12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0"/>
                <w:u w:val="none"/>
              </w:rPr>
              <w:t>Sendika Adı</w:t>
            </w:r>
          </w:p>
        </w:tc>
        <w:tc>
          <w:tcPr>
            <w:tcW w:w="760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before="0" w:after="12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  <w:u w:val="none"/>
              </w:rPr>
              <w:t>: Üye tarafından doldurulacak.</w:t>
            </w:r>
          </w:p>
        </w:tc>
      </w:tr>
      <w:tr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before="0" w:after="12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0"/>
                <w:u w:val="none"/>
              </w:rPr>
              <w:t>Sendika Adresi</w:t>
            </w:r>
          </w:p>
        </w:tc>
        <w:tc>
          <w:tcPr>
            <w:tcW w:w="760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before="0" w:after="12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  <w:u w:val="none"/>
              </w:rPr>
              <w:t>: Üye tarafından doldurulacak.</w:t>
            </w:r>
          </w:p>
        </w:tc>
      </w:tr>
      <w:tr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before="0" w:after="12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0"/>
                <w:u w:val="none"/>
              </w:rPr>
              <w:t>Dosya No</w:t>
            </w:r>
          </w:p>
        </w:tc>
        <w:tc>
          <w:tcPr>
            <w:tcW w:w="760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before="0" w:after="12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  <w:u w:val="none"/>
              </w:rPr>
              <w:t>: Çalışma ve Sosyal Güvenlik Bakanlığınca İlgili sendikaya verilen dosya numarası yazılır.</w:t>
            </w:r>
          </w:p>
        </w:tc>
      </w:tr>
    </w:tbl>
    <w:p>
      <w:pPr>
        <w:spacing w:before="160" w:after="80" w:line="240" w:lineRule="auto"/>
        <w:jc w:val="left"/>
      </w:pPr>
      <w:r>
        <w:rPr>
          <w:rFonts w:ascii="Times New Roman" w:hAnsi="Times New Roman" w:eastAsia="Times New Roman" w:cs="Times New Roman"/>
          <w:b/>
          <w:i w:val="0"/>
          <w:sz w:val="20"/>
          <w:u w:val="single"/>
        </w:rPr>
        <w:t>KURUM BİLGİLERİ  :</w:t>
      </w:r>
    </w:p>
    <w:p>
      <w:pPr>
        <w:spacing w:before="0" w:after="80" w:line="240" w:lineRule="auto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0"/>
          <w:u w:val="none"/>
        </w:rPr>
      </w:r>
      <w:r>
        <w:rPr>
          <w:rFonts w:ascii="Times New Roman" w:hAnsi="Times New Roman" w:eastAsia="Times New Roman" w:cs="Times New Roman"/>
          <w:b/>
          <w:i w:val="0"/>
          <w:sz w:val="20"/>
          <w:u w:val="none"/>
        </w:rPr>
        <w:t>Kurumun adı, görev yapılan birimin adı / adresi, kurum hizmet kolu, kurum kodu, il adı, il kodu, ilçe adı</w:t>
      </w:r>
      <w:r>
        <w:rPr>
          <w:rFonts w:ascii="Times New Roman" w:hAnsi="Times New Roman" w:eastAsia="Times New Roman" w:cs="Times New Roman"/>
          <w:b w:val="0"/>
          <w:i w:val="0"/>
          <w:sz w:val="20"/>
          <w:u w:val="none"/>
        </w:rPr>
        <w:t>: Bu bilgiler üyelikten çekilen kamu görevlisi tarafından doldurulur.</w:t>
      </w:r>
    </w:p>
    <w:p>
      <w:pPr>
        <w:spacing w:before="160" w:after="80" w:line="240" w:lineRule="auto"/>
        <w:jc w:val="left"/>
      </w:pPr>
      <w:r>
        <w:rPr>
          <w:rFonts w:ascii="Times New Roman" w:hAnsi="Times New Roman" w:eastAsia="Times New Roman" w:cs="Times New Roman"/>
          <w:b/>
          <w:i w:val="0"/>
          <w:sz w:val="20"/>
          <w:u w:val="single"/>
        </w:rPr>
        <w:t>ÜYELİK BİLGİLERİ  :</w:t>
      </w:r>
    </w:p>
    <w:tbl>
      <w:tblPr>
        <w:tblW w:w="0" w:type="auto"/>
        <w:jc w:val="center"/>
        <w:tblLook w:val="04A0" w:firstRow="1" w:lastRow="0" w:firstColumn="1" w:lastColumn="0" w:noHBand="0" w:noVBand="1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2600"/>
        <w:gridCol w:w="7606"/>
      </w:tblGrid>
      <w:tr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before="0" w:after="12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0"/>
                <w:u w:val="none"/>
              </w:rPr>
              <w:t>T.C. Kimlik No</w:t>
            </w:r>
          </w:p>
        </w:tc>
        <w:tc>
          <w:tcPr>
            <w:tcW w:w="760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before="0" w:after="12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  <w:u w:val="none"/>
              </w:rPr>
              <w:t>: Bu bölüme MERNİS tarafından verilen 11 rakamlı T.C. Kimlik numarası yazılır.</w:t>
            </w:r>
          </w:p>
        </w:tc>
      </w:tr>
      <w:tr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before="0" w:after="12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0"/>
                <w:u w:val="none"/>
              </w:rPr>
              <w:t>Öğrenim Durumu</w:t>
            </w:r>
          </w:p>
        </w:tc>
        <w:tc>
          <w:tcPr>
            <w:tcW w:w="760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before="0" w:after="12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  <w:u w:val="none"/>
              </w:rPr>
              <w:t>: En son bitirilen okul yazılacak. (İlkokul ve orta okul mezunları ilköğretimi işaretleyecektir.)</w:t>
            </w:r>
          </w:p>
        </w:tc>
      </w:tr>
      <w:tr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before="0" w:after="12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0"/>
                <w:u w:val="none"/>
              </w:rPr>
              <w:t>Kurum Sicil No</w:t>
            </w:r>
          </w:p>
        </w:tc>
        <w:tc>
          <w:tcPr>
            <w:tcW w:w="760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before="0" w:after="12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  <w:u w:val="none"/>
              </w:rPr>
              <w:t>: Çalışılan kurumca verilmiş bulunan Kurum Sicil Numarası yazılır</w:t>
            </w:r>
          </w:p>
        </w:tc>
      </w:tr>
      <w:tr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before="0" w:after="12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0"/>
                <w:u w:val="none"/>
              </w:rPr>
              <w:t>Kadro Unvanı</w:t>
            </w:r>
          </w:p>
        </w:tc>
        <w:tc>
          <w:tcPr>
            <w:tcW w:w="760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before="0" w:after="12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  <w:u w:val="none"/>
              </w:rPr>
              <w:t>: Kamu görevlisinin bulunduğu unvan yazılacaktır.</w:t>
            </w:r>
          </w:p>
        </w:tc>
      </w:tr>
      <w:tr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before="0" w:after="12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0"/>
                <w:u w:val="none"/>
              </w:rPr>
              <w:t>Kadro Unvan Kodu</w:t>
            </w:r>
          </w:p>
        </w:tc>
        <w:tc>
          <w:tcPr>
            <w:tcW w:w="760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before="0" w:after="12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  <w:u w:val="none"/>
              </w:rPr>
              <w:t>: Devlet Personel Başkanlığınca belirlenen kodlar kullanılacaktır.</w:t>
            </w:r>
          </w:p>
        </w:tc>
      </w:tr>
    </w:tbl>
    <w:p>
      <w:pPr>
        <w:spacing w:before="160" w:after="80" w:line="240" w:lineRule="auto"/>
        <w:jc w:val="left"/>
      </w:pPr>
      <w:r>
        <w:rPr>
          <w:rFonts w:ascii="Times New Roman" w:hAnsi="Times New Roman" w:eastAsia="Times New Roman" w:cs="Times New Roman"/>
          <w:b/>
          <w:i w:val="0"/>
          <w:sz w:val="20"/>
          <w:u w:val="single"/>
        </w:rPr>
        <w:t>SOSYAL GÜVENLİK KURUMU  :</w:t>
      </w:r>
    </w:p>
    <w:p>
      <w:pPr>
        <w:spacing w:before="0" w:after="80" w:line="240" w:lineRule="auto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0"/>
          <w:u w:val="none"/>
        </w:rPr>
      </w:r>
      <w:r>
        <w:rPr>
          <w:rFonts w:ascii="Times New Roman" w:hAnsi="Times New Roman" w:eastAsia="Times New Roman" w:cs="Times New Roman"/>
          <w:b/>
          <w:i w:val="0"/>
          <w:sz w:val="20"/>
          <w:u w:val="none"/>
        </w:rPr>
        <w:t xml:space="preserve">Sosyal Güvenlik Sicil Numarası  : </w:t>
      </w:r>
      <w:r>
        <w:rPr>
          <w:rFonts w:ascii="Times New Roman" w:hAnsi="Times New Roman" w:eastAsia="Times New Roman" w:cs="Times New Roman"/>
          <w:b w:val="0"/>
          <w:i w:val="0"/>
          <w:sz w:val="20"/>
          <w:u w:val="none"/>
        </w:rPr>
        <w:t>Kamu görevlisi hangi Sosyal Güvenlik Kurumuna bağlı ise ilgili Sosyal Güvenlik Kuruluşunun karşısına sicil numarasını yazacak.</w:t>
      </w:r>
    </w:p>
    <w:p>
      <w:pPr>
        <w:spacing w:before="160" w:after="80" w:line="240" w:lineRule="auto"/>
        <w:jc w:val="left"/>
      </w:pPr>
      <w:r>
        <w:rPr>
          <w:rFonts w:ascii="Times New Roman" w:hAnsi="Times New Roman" w:eastAsia="Times New Roman" w:cs="Times New Roman"/>
          <w:b/>
          <w:i w:val="0"/>
          <w:sz w:val="20"/>
          <w:u w:val="single"/>
        </w:rPr>
        <w:t>ÜYELİKTEN ÇEKİLME NO ve TARİHİ :</w:t>
      </w:r>
    </w:p>
    <w:p>
      <w:pPr>
        <w:spacing w:before="0" w:after="80" w:line="240" w:lineRule="auto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0"/>
          <w:u w:val="none"/>
        </w:rPr>
      </w:r>
      <w:r>
        <w:rPr>
          <w:rFonts w:ascii="Times New Roman" w:hAnsi="Times New Roman" w:eastAsia="Times New Roman" w:cs="Times New Roman"/>
          <w:b/>
          <w:i w:val="0"/>
          <w:sz w:val="20"/>
          <w:u w:val="none"/>
        </w:rPr>
        <w:t xml:space="preserve">Üyelikten Çekilme No: </w:t>
      </w:r>
      <w:r>
        <w:rPr>
          <w:rFonts w:ascii="Times New Roman" w:hAnsi="Times New Roman" w:eastAsia="Times New Roman" w:cs="Times New Roman"/>
          <w:b w:val="0"/>
          <w:i w:val="0"/>
          <w:sz w:val="20"/>
          <w:u w:val="none"/>
        </w:rPr>
        <w:t>İlginin çalıştığı kurumun evrak kayıt defterine işlendiği sıra numarası kurum tarafından yazılır.</w:t>
      </w:r>
    </w:p>
    <w:p>
      <w:pPr>
        <w:spacing w:before="0" w:after="80" w:line="240" w:lineRule="auto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0"/>
          <w:u w:val="none"/>
        </w:rPr>
      </w:r>
      <w:r>
        <w:rPr>
          <w:rFonts w:ascii="Times New Roman" w:hAnsi="Times New Roman" w:eastAsia="Times New Roman" w:cs="Times New Roman"/>
          <w:b/>
          <w:i w:val="0"/>
          <w:sz w:val="20"/>
          <w:u w:val="none"/>
        </w:rPr>
        <w:t xml:space="preserve">Üyelikten Çekilme Tarihi: </w:t>
      </w:r>
      <w:r>
        <w:rPr>
          <w:rFonts w:ascii="Times New Roman" w:hAnsi="Times New Roman" w:eastAsia="Times New Roman" w:cs="Times New Roman"/>
          <w:b w:val="0"/>
          <w:i w:val="0"/>
          <w:sz w:val="20"/>
          <w:u w:val="none"/>
        </w:rPr>
        <w:t>İlginin çalıştığı kuruma veriliş tarihi kurum tarafından yazılacak.</w:t>
      </w:r>
    </w:p>
    <w:sectPr w:rsidRPr="0006063C" w:rsidR="00FC693F" w:rsidSect="00034616">
      <w:headerReference w:type="default" r:id="R8bc795cc298b4304"/>
      <w:headerReference w:type="first" r:id="R8bc795cc298b4304"/>
      <w:headerReference w:type="even" r:id="R8bc795cc298b4304"/>
      <w:footerReference w:type="default" r:id="R8a84af82564e4518"/>
      <w:footerReference w:type="first" r:id="R8a84af82564e4518"/>
      <w:footerReference w:type="even" r:id="R8a84af82564e4518"/>
      <w:pgSz w:w="11906" w:h="16838"/>
      <w:pgMar w:top="2155" w:right="850" w:bottom="1588" w:left="850" w:header="720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2.xml><?xml version="1.0" encoding="utf-8"?>
<w:ftr xmlns:w="http://schemas.openxmlformats.org/wordprocessingml/2006/main">
  <w:tbl>
    <w:tblPr>
      <w:tblW w:w="5000" w:type="pct"/>
      <w:tblBorders>
        <w:top w:val="none"/>
        <w:bottom w:val="none"/>
        <w:left w:val="none"/>
        <w:right w:val="none"/>
        <w:insideH w:val="none"/>
        <w:insideV w:val="none"/>
      </w:tblBorders>
      <w:tblLayout w:type="fixed"/>
    </w:tblPr>
    <w:tblGrid>
      <w:gridCol w:w="8369"/>
      <w:gridCol w:w="1021"/>
      <w:gridCol w:w="816"/>
    </w:tblGrid>
    <w:tr>
      <w:tc>
        <w:tcPr>
          <w:tcW w:w="4100" w:type="pct"/>
          <w:tcMar>
            <w:top w:w="0" w:type="dxa"/>
            <w:left w:w="0" w:type="dxa"/>
            <w:bottom w:w="0" w:type="dxa"/>
            <w:right w:w="57" w:type="dxa"/>
          </w:tcMar>
          <w:vAlign w:val="top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7"/>
              <w:szCs w:val="17"/>
              <w:i/>
              <w:color w:val="FF0000"/>
            </w:rPr>
            <w:t xml:space="preserve">Bu dokümanın basılı hali kontrolsüz doküman kabul edilmektedir. Lütfen web sitesinden en son versiyonuna ulaşınız.</w:t>
          </w:r>
        </w:p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6"/>
              <w:szCs w:val="16"/>
            </w:rPr>
            <w:t>KYS-FR.280, R00, 08.09.2026</w:t>
          </w:r>
        </w:p>
        <w:p>
          <w:pPr>
            <w:spacing w:before="0" w:after="0" w:line="240" w:lineRule="auto"/>
          </w:pPr>
          <w:hyperlink xmlns:r="http://schemas.openxmlformats.org/officeDocument/2006/relationships" w:history="true" r:id="R2bd55d3663ed4c77">
            <w:r>
              <w:rPr>
                <w:rFonts w:ascii="Times New Roman" w:hAnsi="Times New Roman" w:eastAsia="Century Gothic"/>
                <w:sz w:val="16"/>
                <w:szCs w:val="16"/>
                <w:color w:val="0563C1"/>
                <w:u w:val="single"/>
              </w:rPr>
              <w:t>kvys.giresun.edu.tr/dg/837</w:t>
            </w:r>
          </w:hyperlink>
        </w:p>
      </w:tc>
      <w:tc>
        <w:tcPr>
          <w:tcW w:w="500" w:type="pct"/>
          <w:tcMar>
            <w:top w:w="0" w:type="dxa"/>
            <w:left w:w="0" w:type="dxa"/>
            <w:bottom w:w="0" w:type="dxa"/>
            <w:right w:w="85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Times New Roman" w:hAnsi="Times New Roman" w:eastAsia="Century Gothic"/>
              <w:sz w:val="16"/>
              <w:szCs w:val="16"/>
            </w:rPr>
            <w:t xml:space="preserve">Sayfa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PAGE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  <w:r>
            <w:rPr>
              <w:rFonts w:ascii="Times New Roman" w:hAnsi="Times New Roman" w:eastAsia="Century Gothic"/>
              <w:sz w:val="16"/>
              <w:szCs w:val="16"/>
            </w:rPr>
            <w:t> /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NUMPAGES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</w:p>
      </w:tc>
      <w:tc>
        <w:tcPr>
          <w:tcW w:w="400" w:type="pct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Arial" w:hAnsi="Arial" w:cs="Arial"/>
              <w:noProof/>
            </w:rPr>
            <w:drawing>
              <wp:inline xmlns:wp="http://schemas.openxmlformats.org/drawingml/2006/wordprocessingDrawing" distT="0" distB="0" distL="0" distR="0">
                <wp:extent cx="432000" cy="432000"/>
                <wp:effectExtent l="0" t="0" r="0" b="0"/>
                <wp:docPr id="2" name="Q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QR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a5b685b7521740df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2000" cy="43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 w:line="240" w:lineRule="auto"/>
      <w:rPr>
        <w:sz w:val="2"/>
        <w:szCs w:val="2"/>
      </w:rPr>
    </w:pPr>
  </w:p>
</w:ftr>
</file>

<file path=word/header2.xml><?xml version="1.0" encoding="utf-8"?>
<w:hdr xmlns:w="http://schemas.openxmlformats.org/wordprocessingml/2006/main">
  <w:tbl>
    <w:tblPr>
      <w:tblStyle w:val="TabloKlavuzu"/>
      <w:jc w:val="center"/>
      <w:tblW w:w="5000" w:type="pct"/>
      <w:tblBorders>
        <w:top w:val="single" w:sz="4"/>
        <w:bottom w:val="single" w:sz="4"/>
        <w:left w:val="single" w:sz="4"/>
        <w:right w:val="single" w:sz="4"/>
        <w:insideH w:val="single" w:sz="4"/>
        <w:insideV w:val="single" w:sz="4"/>
      </w:tblBorders>
      <w:tblLook w:val="04A0" w:firstRow="true" w:lastRow="false" w:firstColumn="true" w:lastColumn="false" w:noHBand="false" w:noVBand="true"/>
    </w:tblPr>
    <w:tblGrid>
      <w:gridCol w:w="1566"/>
      <w:gridCol w:w="5411"/>
      <w:gridCol w:w="1541"/>
      <w:gridCol w:w="1491"/>
    </w:tblGrid>
    <w:tr>
      <w:trPr>
        <w:trHeight w:val="272"/>
      </w:trPr>
      <w:tc>
        <w:tcPr>
          <w:tcW w:w="1566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Arial" w:hAnsi="Arial" w:eastAsia="Century Gothic" w:cs="Arial"/>
              <w:noProof/>
              <w:sz w:val="29"/>
              <w:szCs w:val="29"/>
              <w:lang w:eastAsia="tr-TR"/>
            </w:rPr>
            <w:drawing>
              <wp:inline xmlns:wp="http://schemas.openxmlformats.org/drawingml/2006/wordprocessingDrawing" distT="0" distB="0" distL="0" distR="0">
                <wp:extent cx="854000" cy="854000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03c27887b70d435d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4000" cy="8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11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T.C.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GİRESUN ÜNİVERSİTESİ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Sendika Üyeliğinden Çekilme Bildirimi Formu</w:t>
          </w:r>
        </w:p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Doküman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KYS-FR.280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İlk Yayın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08.09.2026</w:t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/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00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Sayfa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PAGE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  <w:r>
            <w:rPr>
              <w:rFonts w:ascii="Times New Roman" w:hAnsi="Times New Roman" w:eastAsia="Century Gothic"/>
              <w:sz w:val="20"/>
              <w:szCs w:val="20"/>
            </w:rPr>
            <w:t>/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NUMPAGES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</w:p>
      </w:tc>
    </w:tr>
  </w:tbl>
  <w:p>
    <w:pPr>
      <w:spacing w:before="0" w:after="0" w:line="240" w:lineRule="auto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hAnsi="Times New Roman" w:cs="Times New Roman" w:eastAsia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40" w:lineRule="auto" w:before="0" w:after="0"/>
      <w:jc w:val="both"/>
    </w:pPr>
    <w:rPr>
      <w:rFonts w:ascii="Times New Roman" w:hAnsi="Times New Roman" w:cs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Times New Roman" w:hAnsi="Times New Roman" w:cs="Times New Roman" w:eastAsia="Times New Roman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Times New Roman" w:hAnsi="Times New Roman" w:cs="Times New Roman" w:eastAsia="Times New Roman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Times New Roman" w:hAnsi="Times New Roman" w:cs="Times New Roman" w:eastAsia="Times New Roman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Times New Roman" w:hAnsi="Times New Roman" w:cs="Times New Roman" w:eastAsia="Times New Roman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Times New Roman" w:hAnsi="Times New Roman" w:cs="Times New Roman" w:eastAsia="Times New Roman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Times New Roman" w:hAnsi="Times New Roman" w:cs="Times New Roman" w:eastAsia="Times New Roman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Times New Roman" w:hAnsi="Times New Roman" w:cs="Times New Roman" w:eastAsia="Times New Roman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Times New Roman" w:hAnsi="Times New Roman" w:cs="Times New Roman" w:eastAsia="Times New Roman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Times New Roman" w:hAnsi="Times New Roman" w:cs="Times New Roman" w:eastAsia="Times New Roman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Times New Roman" w:hAnsi="Times New Roman" w:cs="Times New Roman" w:eastAsia="Times New Roman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Times New Roman" w:hAnsi="Times New Roman" w:cs="Times New Roman" w:eastAsia="Times New Roman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Times New Roman" w:hAnsi="Times New Roman" w:cs="Times New Roman" w:eastAsia="Times New Roman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="Times New Roman" w:hAnsi="Times New Roman" w:cs="Times New Roman" w:eastAsia="Times New Roman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Times New Roman" w:hAnsi="Times New Roman" w:cs="Times New Roman" w:eastAsia="Times New Roman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cs="Times New Roman" w:eastAsia="Times New Roman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Times New Roman" w:hAnsi="Times New Roman" w:cs="Times New Roman" w:eastAsia="Times New Roman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imes New Roman" w:hAnsi="Times New Roman" w:cs="Times New Roman" w:eastAsia="Times New Roman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Times New Roman" w:hAnsi="Times New Roman" w:cs="Times New Roman" w:eastAsia="Times New Roman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Times New Roman" w:hAnsi="Times New Roman" w:cs="Times New Roman" w:eastAsia="Times New Roman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Times New Roman" w:hAnsi="Times New Roman" w:cs="Times New Roman" w:eastAsia="Times New Roman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Times New Roman" w:hAnsi="Times New Roman" w:cs="Times New Roman" w:eastAsia="Times New Roman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Times New Roman" w:hAnsi="Times New Roman" w:cs="Times New Roman" w:eastAsia="Times New Roman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Times New Roman" w:hAnsi="Times New Roman" w:cs="Times New Roman" w:eastAsia="Times New Roman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Times New Roman" w:hAnsi="Times New Roman" w:cs="Times New Roman" w:eastAsia="Times New Roman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hAnsi="Times New Roman" w:cs="Times New Roman" w:eastAsia="Times New Roman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Times New Roman" w:hAnsi="Times New Roman" w:cs="Times New Roman" w:eastAsia="Times New Roman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="Times New Roman" w:hAnsi="Times New Roman" w:cs="Times New Roman" w:eastAsia="Times New Roman"/>
        <w:b/>
        <w:bCs/>
      </w:rPr>
    </w:tblStylePr>
    <w:tblStylePr w:type="lastCol">
      <w:rPr>
        <w:rFonts w:ascii="Times New Roman" w:hAnsi="Times New Roman" w:cs="Times New Roman" w:eastAsia="Times New Roman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hAnsi="Times New Roman" w:cs="Times New Roman" w:eastAsia="Times New Roman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="Times New Roman" w:hAnsi="Times New Roman" w:cs="Times New Roman" w:eastAsia="Times New Roman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="Times New Roman" w:hAnsi="Times New Roman" w:cs="Times New Roman" w:eastAsia="Times New Roman"/>
        <w:b/>
        <w:bCs/>
      </w:rPr>
    </w:tblStylePr>
    <w:tblStylePr w:type="lastCol">
      <w:rPr>
        <w:rFonts w:ascii="Times New Roman" w:hAnsi="Times New Roman" w:cs="Times New Roman" w:eastAsia="Times New Roman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hAnsi="Times New Roman" w:cs="Times New Roman" w:eastAsia="Times New Roman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="Times New Roman" w:hAnsi="Times New Roman" w:cs="Times New Roman" w:eastAsia="Times New Roman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="Times New Roman" w:hAnsi="Times New Roman" w:cs="Times New Roman" w:eastAsia="Times New Roman"/>
        <w:b/>
        <w:bCs/>
      </w:rPr>
    </w:tblStylePr>
    <w:tblStylePr w:type="lastCol">
      <w:rPr>
        <w:rFonts w:ascii="Times New Roman" w:hAnsi="Times New Roman" w:cs="Times New Roman" w:eastAsia="Times New Roman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hAnsi="Times New Roman" w:cs="Times New Roman" w:eastAsia="Times New Roman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="Times New Roman" w:hAnsi="Times New Roman" w:cs="Times New Roman" w:eastAsia="Times New Roman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="Times New Roman" w:hAnsi="Times New Roman" w:cs="Times New Roman" w:eastAsia="Times New Roman"/>
        <w:b/>
        <w:bCs/>
      </w:rPr>
    </w:tblStylePr>
    <w:tblStylePr w:type="lastCol">
      <w:rPr>
        <w:rFonts w:ascii="Times New Roman" w:hAnsi="Times New Roman" w:cs="Times New Roman" w:eastAsia="Times New Roman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hAnsi="Times New Roman" w:cs="Times New Roman" w:eastAsia="Times New Roman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="Times New Roman" w:hAnsi="Times New Roman" w:cs="Times New Roman" w:eastAsia="Times New Roman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="Times New Roman" w:hAnsi="Times New Roman" w:cs="Times New Roman" w:eastAsia="Times New Roman"/>
        <w:b/>
        <w:bCs/>
      </w:rPr>
    </w:tblStylePr>
    <w:tblStylePr w:type="lastCol">
      <w:rPr>
        <w:rFonts w:ascii="Times New Roman" w:hAnsi="Times New Roman" w:cs="Times New Roman" w:eastAsia="Times New Roman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hAnsi="Times New Roman" w:cs="Times New Roman" w:eastAsia="Times New Roman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="Times New Roman" w:hAnsi="Times New Roman" w:cs="Times New Roman" w:eastAsia="Times New Roman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="Times New Roman" w:hAnsi="Times New Roman" w:cs="Times New Roman" w:eastAsia="Times New Roman"/>
        <w:b/>
        <w:bCs/>
      </w:rPr>
    </w:tblStylePr>
    <w:tblStylePr w:type="lastCol">
      <w:rPr>
        <w:rFonts w:ascii="Times New Roman" w:hAnsi="Times New Roman" w:cs="Times New Roman" w:eastAsia="Times New Roman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hAnsi="Times New Roman" w:cs="Times New Roman" w:eastAsia="Times New Roman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="Times New Roman" w:hAnsi="Times New Roman" w:cs="Times New Roman" w:eastAsia="Times New Roman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="Times New Roman" w:hAnsi="Times New Roman" w:cs="Times New Roman" w:eastAsia="Times New Roman"/>
        <w:b/>
        <w:bCs/>
      </w:rPr>
    </w:tblStylePr>
    <w:tblStylePr w:type="lastCol">
      <w:rPr>
        <w:rFonts w:ascii="Times New Roman" w:hAnsi="Times New Roman" w:cs="Times New Roman" w:eastAsia="Times New Roman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hAnsi="Times New Roman" w:cs="Times New Roman" w:eastAsia="Times New Roman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hAnsi="Times New Roman" w:cs="Times New Roman" w:eastAsia="Times New Roman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hAnsi="Times New Roman" w:cs="Times New Roman" w:eastAsia="Times New Roman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hAnsi="Times New Roman" w:cs="Times New Roman" w:eastAsia="Times New Roman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hAnsi="Times New Roman" w:cs="Times New Roman" w:eastAsia="Times New Roman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hAnsi="Times New Roman" w:cs="Times New Roman" w:eastAsia="Times New Roman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hAnsi="Times New Roman" w:cs="Times New Roman" w:eastAsia="Times New Roman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="Times New Roman" w:hAnsi="Times New Roman" w:cs="Times New Roman" w:eastAsia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="Times New Roman" w:hAnsi="Times New Roman" w:cs="Times New Roman" w:eastAsia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="Times New Roman" w:hAnsi="Times New Roman" w:cs="Times New Roman" w:eastAsia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="Times New Roman" w:hAnsi="Times New Roman" w:cs="Times New Roman" w:eastAsia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="Times New Roman" w:hAnsi="Times New Roman" w:cs="Times New Roman" w:eastAsia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="Times New Roman" w:hAnsi="Times New Roman" w:cs="Times New Roman" w:eastAsia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="Times New Roman" w:hAnsi="Times New Roman" w:cs="Times New Roman" w:eastAsia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="Times New Roman" w:hAnsi="Times New Roman" w:cs="Times New Roman" w:eastAsia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="Times New Roman" w:hAnsi="Times New Roman" w:cs="Times New Roman" w:eastAsia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="Times New Roman" w:hAnsi="Times New Roman" w:cs="Times New Roman" w:eastAsia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="Times New Roman" w:hAnsi="Times New Roman" w:cs="Times New Roman" w:eastAsia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="Times New Roman" w:hAnsi="Times New Roman" w:cs="Times New Roman" w:eastAsia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="Times New Roman" w:hAnsi="Times New Roman" w:cs="Times New Roman" w:eastAsia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="Times New Roman" w:hAnsi="Times New Roman" w:cs="Times New Roman" w:eastAsia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3" /><Relationship Type="http://schemas.microsoft.com/office/2007/relationships/stylesWithEffects" Target="stylesWithEffects.xml" Id="rId4" /><Relationship Type="http://schemas.openxmlformats.org/officeDocument/2006/relationships/settings" Target="settings.xml" Id="rId5" /><Relationship Type="http://schemas.openxmlformats.org/officeDocument/2006/relationships/webSettings" Target="webSettings.xml" Id="rId6" /><Relationship Type="http://schemas.openxmlformats.org/officeDocument/2006/relationships/fontTable" Target="fontTable.xml" Id="rId7" /><Relationship Type="http://schemas.openxmlformats.org/officeDocument/2006/relationships/theme" Target="theme/theme1.xml" Id="rId8" /><Relationship Type="http://schemas.openxmlformats.org/officeDocument/2006/relationships/customXml" Target="../customXml/item1.xml" Id="rId1" /><Relationship Type="http://schemas.openxmlformats.org/officeDocument/2006/relationships/numbering" Target="numbering.xml" Id="rId2" /><Relationship Type="http://schemas.openxmlformats.org/officeDocument/2006/relationships/header" Target="/word/header2.xml" Id="R8bc795cc298b4304" /><Relationship Type="http://schemas.openxmlformats.org/officeDocument/2006/relationships/footer" Target="/word/footer2.xml" Id="R8a84af82564e4518" /></Relationships>
</file>

<file path=word/_rels/footer2.xml.rels>&#65279;<?xml version="1.0" encoding="utf-8"?><Relationships xmlns="http://schemas.openxmlformats.org/package/2006/relationships"><Relationship Type="http://schemas.openxmlformats.org/officeDocument/2006/relationships/image" Target="/media/image2.png" Id="Ra5b685b7521740df" /><Relationship Type="http://schemas.openxmlformats.org/officeDocument/2006/relationships/hyperlink" Target="https://kvys.giresun.edu.tr/dg/837" TargetMode="External" Id="R2bd55d3663ed4c7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image" Target="/media/image.png" Id="R03c27887b70d435d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