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rPr>
          <w:rFonts w:ascii="Times New Roman" w:hAnsi="Times New Roman" w:eastAsia="Times New Roman" w:cs="Times New Roman"/>
          <w:sz w:val="22"/>
        </w:rPr>
        <w:t>KURUM ADI:......................................................................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551"/>
        <w:gridCol w:w="2551"/>
        <w:gridCol w:w="2551"/>
        <w:gridCol w:w="2551"/>
      </w:tblGrid>
      <w:tr>
        <w:tc>
          <w:tcPr>
            <w:tcW w:w="2551" w:type="dxa"/>
            <w:vMerge w:val="restart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BİRİMİ :</w:t>
            </w:r>
          </w:p>
        </w:tc>
        <w:tc>
          <w:tcPr>
            <w:tcW w:w="5102" w:type="dxa"/>
            <w:gridSpan w:val="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Çalışma Tarihleri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Stajyer Öğrencinin Adı Soyadı :</w:t>
            </w:r>
          </w:p>
        </w:tc>
      </w:tr>
      <w:tr>
        <w:tc>
          <w:tcPr>
            <w:tcW w:w="2551" w:type="dxa"/>
            <w:vMerge/>
          </w:tcPr>
          <w:p/>
        </w:tc>
        <w:tc>
          <w:tcPr>
            <w:tcW w:w="2551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…../…../20...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…../…../20...</w:t>
            </w:r>
          </w:p>
        </w:tc>
        <w:tc>
          <w:tcPr>
            <w:tcW w:w="2551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</w:tbl>
    <w:p/>
    <w:tbl>
      <w:tblPr>
        <w:tblW w:w="0" w:type="auto"/>
        <w:tblInd w:w="-1" w:type="dxa"/>
        <w:tblLook w:val="04A0" w:firstRow="1" w:lastRow="0" w:firstColumn="1" w:lastColumn="0" w:noHBand="0" w:noVBand="1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w="1276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GÜN</w:t>
            </w:r>
          </w:p>
        </w:tc>
        <w:tc>
          <w:tcPr>
            <w:tcW w:w="1276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GİRİŞ</w:t>
            </w:r>
          </w:p>
        </w:tc>
        <w:tc>
          <w:tcPr>
            <w:tcW w:w="1276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ÇIKIŞ</w:t>
            </w:r>
          </w:p>
        </w:tc>
        <w:tc>
          <w:tcPr>
            <w:tcW w:w="1276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KONTROL EDEN (İMZA)</w:t>
            </w:r>
          </w:p>
        </w:tc>
        <w:tc>
          <w:tcPr>
            <w:tcW w:w="1276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GÜN</w:t>
            </w:r>
          </w:p>
        </w:tc>
        <w:tc>
          <w:tcPr>
            <w:tcW w:w="1276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GİRİŞ</w:t>
            </w:r>
          </w:p>
        </w:tc>
        <w:tc>
          <w:tcPr>
            <w:tcW w:w="1276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ÇIKIŞ</w:t>
            </w:r>
          </w:p>
        </w:tc>
        <w:tc>
          <w:tcPr>
            <w:tcW w:w="1276" w:type="dxa"/>
            <w:shd w:val="clear" w:color="auto"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KONTROL EDEN (İMZA)</w:t>
            </w: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İmza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İmza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İmza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İmza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17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18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3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19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4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20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5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21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6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22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7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23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8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24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9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25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10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26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11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27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12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28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13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29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14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30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15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31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  <w:tr>
        <w:tc>
          <w:tcPr>
            <w:tcW w:w="127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16</w:t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  <w:tc>
          <w:tcPr>
            <w:tcW w:w="1276" w:type="dxa"/>
          </w:tcPr>
          <w:p>
            <w:pPr>
              <w:spacing w:before="0" w:after="0" w:line="240" w:lineRule="auto"/>
            </w:pPr>
          </w:p>
        </w:tc>
      </w:tr>
    </w:tbl>
    <w:p/>
    <w:tbl>
      <w:tblPr>
        <w:tblW w:w="0" w:type="auto"/>
        <w:tblLook w:val="04A0" w:firstRow="1" w:lastRow="0" w:firstColumn="1" w:lastColumn="0" w:noHBand="0" w:noVBand="1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103"/>
        <w:gridCol w:w="5103"/>
      </w:tblGrid>
      <w:tr>
        <w:tc>
          <w:tcPr>
            <w:tcW w:w="10206" w:type="dxa"/>
            <w:gridSpan w:val="2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KONTROL EDEN :</w:t>
            </w:r>
          </w:p>
        </w:tc>
      </w:tr>
      <w:tr>
        <w:tc>
          <w:tcPr>
            <w:tcW w:w="5103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ADI SOYADI</w:t>
            </w:r>
          </w:p>
        </w:tc>
        <w:tc>
          <w:tcPr>
            <w:tcW w:w="5103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</w:tr>
      <w:tr>
        <w:tc>
          <w:tcPr>
            <w:tcW w:w="5103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TARİH</w:t>
            </w:r>
          </w:p>
        </w:tc>
        <w:tc>
          <w:tcPr>
            <w:tcW w:w="5103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</w:tr>
      <w:tr>
        <w:tc>
          <w:tcPr>
            <w:tcW w:w="5103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İMZASI</w:t>
            </w:r>
          </w:p>
        </w:tc>
        <w:tc>
          <w:tcPr>
            <w:tcW w:w="5103" w:type="dxa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:</w:t>
            </w:r>
          </w:p>
        </w:tc>
      </w:tr>
    </w:tbl>
    <w:sectPr w:rsidRPr="0006063C" w:rsidR="00FC693F" w:rsidSect="00034616">
      <w:headerReference w:type="default" r:id="R467d9c2ed38f486c"/>
      <w:headerReference w:type="first" r:id="R467d9c2ed38f486c"/>
      <w:headerReference w:type="even" r:id="R467d9c2ed38f486c"/>
      <w:footerReference w:type="default" r:id="R722cc9e20d584e63"/>
      <w:footerReference w:type="first" r:id="R722cc9e20d584e63"/>
      <w:footerReference w:type="even" r:id="R722cc9e20d584e63"/>
      <w:pgSz w:w="11906" w:h="16838"/>
      <w:pgMar w:top="2155" w:right="850" w:bottom="1588" w:left="850" w:header="56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KYS-FR.292,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721740b9e714c1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kvys.giresun.edu.tr/dg/849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fe752de9a2a468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f86e0e413a748d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Stajyer Öğrenci Günlük Devam Çizelgesi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KYS-FR.292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jc w:val="both"/>
    </w:pPr>
    <w:rPr>
      <w:rFonts w:ascii="Times New Roman" w:hAnsi="Times New Roman" w:cs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cs="Times New Roman" w:eastAsia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cs="Times New Roman" w:eastAsia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cs="Times New Roman" w:eastAsia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cs="Times New Roman" w:eastAsia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cs="Times New Roman" w:eastAsia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/word/header2.xml" Id="R467d9c2ed38f486c" /><Relationship Type="http://schemas.openxmlformats.org/officeDocument/2006/relationships/footer" Target="/word/footer2.xml" Id="R722cc9e20d584e63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6fe752de9a2a4684" /><Relationship Type="http://schemas.openxmlformats.org/officeDocument/2006/relationships/hyperlink" Target="https://kvys.giresun.edu.tr/dg/849" TargetMode="External" Id="R5721740b9e714c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ff86e0e413a748d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