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967"/>
        <w:gridCol w:w="7974"/>
      </w:tblGrid>
      <w:tr w:rsidRPr="00367D37" w:rsidR="007B2782" w:rsidTr="00A43E70" w14:paraId="6F24638B" w14:textId="77777777">
        <w:trPr>
          <w:jc w:val="center"/>
        </w:trPr>
        <w:tc>
          <w:tcPr>
            <w:tcW w:w="1967" w:type="dxa"/>
            <w:vAlign w:val="center"/>
          </w:tcPr>
          <w:p w:rsidRPr="00367D37" w:rsidR="007B2782" w:rsidP="003C372C" w:rsidRDefault="007B2782" w14:paraId="540D3819" w14:textId="77777777">
            <w:pPr>
              <w:rPr>
                <w:sz w:val="24"/>
                <w:szCs w:val="24"/>
              </w:rPr>
            </w:pPr>
            <w:r w:rsidRPr="00367D37">
              <w:rPr>
                <w:b/>
                <w:sz w:val="24"/>
                <w:szCs w:val="24"/>
              </w:rPr>
              <w:t>Birim</w:t>
            </w:r>
          </w:p>
        </w:tc>
        <w:tc>
          <w:tcPr>
            <w:tcW w:w="7974" w:type="dxa"/>
            <w:vAlign w:val="center"/>
          </w:tcPr>
          <w:p w:rsidRPr="00367D37" w:rsidR="007B2782" w:rsidP="003C372C" w:rsidRDefault="007B2782" w14:paraId="1A2DEE87" w14:textId="77777777">
            <w:pPr>
              <w:jc w:val="center"/>
              <w:rPr>
                <w:sz w:val="24"/>
                <w:szCs w:val="24"/>
              </w:rPr>
            </w:pPr>
          </w:p>
        </w:tc>
      </w:tr>
    </w:tbl>
    <w:p w:rsidRPr="00367D37" w:rsidR="00EE28F4" w:rsidP="003F3058" w:rsidRDefault="00EE28F4" w14:paraId="620BB5AB" w14:textId="77777777">
      <w:pPr>
        <w:spacing w:before="80"/>
        <w:rPr>
          <w:b/>
          <w:sz w:val="24"/>
          <w:szCs w:val="24"/>
        </w:rPr>
      </w:pPr>
    </w:p>
    <w:p w:rsidRPr="00367D37" w:rsidR="00891F02" w:rsidP="003F3058" w:rsidRDefault="00054676" w14:paraId="764549CB" w14:textId="77777777">
      <w:pPr>
        <w:spacing w:before="80"/>
        <w:jc w:val="center"/>
        <w:rPr>
          <w:sz w:val="24"/>
          <w:szCs w:val="24"/>
        </w:rPr>
      </w:pPr>
      <w:r w:rsidRPr="00367D37">
        <w:rPr>
          <w:b/>
          <w:sz w:val="24"/>
          <w:szCs w:val="24"/>
        </w:rPr>
        <w:t>GİRESUN ÜNİVERSİTESİ DİŞ HEKİMLİĞİ FAKÜLTESİ DEKANLIĞI’NA</w:t>
      </w:r>
    </w:p>
    <w:p w:rsidR="00367D37" w:rsidP="003F3058" w:rsidRDefault="00367D37" w14:paraId="5B2CE76E" w14:textId="77777777">
      <w:pPr>
        <w:spacing w:before="80"/>
        <w:rPr>
          <w:b/>
          <w:sz w:val="24"/>
          <w:szCs w:val="24"/>
        </w:rPr>
      </w:pPr>
    </w:p>
    <w:p w:rsidRPr="00367D37" w:rsidR="00891F02" w:rsidP="003F3058" w:rsidRDefault="00054676" w14:paraId="64B75C5F" w14:textId="77777777">
      <w:pPr>
        <w:spacing w:before="80"/>
        <w:rPr>
          <w:sz w:val="24"/>
          <w:szCs w:val="24"/>
        </w:rPr>
      </w:pPr>
      <w:r w:rsidRPr="00367D37">
        <w:rPr>
          <w:b/>
          <w:sz w:val="24"/>
          <w:szCs w:val="24"/>
        </w:rPr>
        <w:t>Öğrenci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948"/>
        <w:gridCol w:w="2154"/>
        <w:gridCol w:w="2948"/>
      </w:tblGrid>
      <w:tr w:rsidRPr="00367D37" w:rsidR="00891F02" w14:paraId="59EFAC5C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695F9A8D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Adı Soyadı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13B8FE99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B0BF239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Öğrenci No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545848DA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7CD7682D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AB4251B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T.C. Kimlik No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4C0054ED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43C6D2F3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Sınıf / Dönem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3D979FBA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7B012E5D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6EC47CBB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2F211D7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Diş Hekimliği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1BA31AFB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5B4ED9AA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4091C08A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775C9D4B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E-posta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370B3BA9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44FC8E26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27E613C9" w14:textId="77777777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367D37" w:rsidP="003F3058" w:rsidRDefault="00367D37" w14:paraId="329442A7" w14:textId="77777777">
      <w:pPr>
        <w:spacing w:before="80"/>
        <w:rPr>
          <w:b/>
          <w:sz w:val="24"/>
          <w:szCs w:val="24"/>
        </w:rPr>
      </w:pPr>
    </w:p>
    <w:p w:rsidRPr="00367D37" w:rsidR="00891F02" w:rsidP="003F3058" w:rsidRDefault="00054676" w14:paraId="7CCDD64F" w14:textId="77777777">
      <w:pPr>
        <w:spacing w:before="80"/>
        <w:rPr>
          <w:sz w:val="24"/>
          <w:szCs w:val="24"/>
        </w:rPr>
      </w:pPr>
      <w:r w:rsidRPr="00367D37">
        <w:rPr>
          <w:b/>
          <w:sz w:val="24"/>
          <w:szCs w:val="24"/>
        </w:rPr>
        <w:t>Sınav ve Ders Bilgileri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2948"/>
        <w:gridCol w:w="2154"/>
        <w:gridCol w:w="2948"/>
      </w:tblGrid>
      <w:tr w:rsidRPr="00367D37" w:rsidR="00891F02" w14:paraId="39431EE4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7FA38623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Eğitim-Öğretim Yılı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F5DED38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20.. - 20..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1162449B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Yarıyıl / Dönem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1EE97D3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7BBD7E94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F04F53C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Dersin / Bloğun Kodu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5C40D88F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EC0D704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Dersin / Bloğun Adı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70591F8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2583458C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2FADE968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Dersi Veren Öğretim Elemanı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3DDFF527" w14:textId="7777777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3CC9FC0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Anabilim Dalı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6C1966A2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5D3BE155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80FC687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Sınav Türü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0400B80" w14:textId="77777777">
            <w:pPr>
              <w:spacing w:after="0"/>
              <w:rPr>
                <w:sz w:val="24"/>
                <w:szCs w:val="24"/>
                <w:lang w:val="pt-BR"/>
              </w:rPr>
            </w:pPr>
            <w:r w:rsidRPr="00367D37">
              <w:rPr>
                <w:color w:val="000000"/>
                <w:sz w:val="24"/>
                <w:szCs w:val="24"/>
                <w:lang w:val="pt-BR"/>
              </w:rPr>
              <w:t>( ) Ara  ( ) Final  ( ) Büt.  ( ) Mazeret  ( ) Diğer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4405FAE7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Sınav Tarihi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4773BBF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../../20..</w:t>
            </w:r>
          </w:p>
        </w:tc>
      </w:tr>
      <w:tr w:rsidRPr="00367D37" w:rsidR="00891F02" w14:paraId="39087F4F" w14:textId="77777777">
        <w:trPr>
          <w:jc w:val="center"/>
        </w:trPr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D4056A3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Sonuç İlan Tarihi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848A67A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../../20..</w:t>
            </w:r>
          </w:p>
        </w:tc>
        <w:tc>
          <w:tcPr>
            <w:tcW w:w="215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66274214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İlan Edilen Not/Puan</w:t>
            </w:r>
          </w:p>
        </w:tc>
        <w:tc>
          <w:tcPr>
            <w:tcW w:w="2948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B1ED61B" w14:textId="77777777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367D37" w:rsidP="003F3058" w:rsidRDefault="00367D37" w14:paraId="1608C7B4" w14:textId="77777777">
      <w:pPr>
        <w:spacing w:before="80"/>
        <w:rPr>
          <w:b/>
          <w:color w:val="1F4E79"/>
          <w:sz w:val="24"/>
          <w:szCs w:val="24"/>
        </w:rPr>
      </w:pPr>
    </w:p>
    <w:p w:rsidRPr="00367D37" w:rsidR="00891F02" w:rsidP="003F3058" w:rsidRDefault="00054676" w14:paraId="69E1FB3C" w14:textId="77777777">
      <w:pPr>
        <w:spacing w:before="80"/>
        <w:rPr>
          <w:sz w:val="24"/>
          <w:szCs w:val="24"/>
        </w:rPr>
      </w:pPr>
      <w:r w:rsidRPr="00367D37">
        <w:rPr>
          <w:b/>
          <w:sz w:val="24"/>
          <w:szCs w:val="24"/>
        </w:rPr>
        <w:t>İtirazın Konusu</w:t>
      </w:r>
    </w:p>
    <w:p w:rsidRPr="00367D37" w:rsidR="00891F02" w:rsidP="00367D37" w:rsidRDefault="00054676" w14:paraId="1D702B81" w14:textId="77777777">
      <w:pPr>
        <w:jc w:val="both"/>
        <w:rPr>
          <w:sz w:val="24"/>
          <w:szCs w:val="24"/>
        </w:rPr>
      </w:pPr>
      <w:r w:rsidRPr="00367D37">
        <w:rPr>
          <w:sz w:val="24"/>
          <w:szCs w:val="24"/>
        </w:rPr>
        <w:t>Aşağıda bilgileri verilen sınav kâğıdımın maddi hata yönünden incelenmesini ve sonucun tarafıma bildirilmesini arz ederim. Bu form, sınav sorusunun bilimsel içeriğine yönelik soru itirazı için kullanılmaz.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1700"/>
        <w:gridCol w:w="3911"/>
      </w:tblGrid>
      <w:tr w:rsidRPr="00367D37" w:rsidR="00891F02" w14:paraId="66761830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7341AD41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Maddi Hata Türü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39A09C10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İşaret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D9EAF7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618FD89E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Açıklama / Gerekçe</w:t>
            </w:r>
          </w:p>
        </w:tc>
      </w:tr>
      <w:tr w:rsidRPr="00367D37" w:rsidR="00891F02" w14:paraId="1DB36074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B8ACDC4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Puan toplama hatası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7704BA5B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( )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B6E3351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444883D5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587F432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Cevap/alt soru puanının eksik veya yanlış aktarılması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4BAFE287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( )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35923002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4DB93FD4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2CF66AAE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Değerlendirildiği halde not çizelgesine/otomasyona yanlış girilmesi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467690F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( )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E3621BE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3B6C6429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6D27EA2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Cevap kâğıdında değerlendirilmeyen bölüm/sayfa bulunduğu iddiası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6450E5CA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( )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0E8C6787" w14:textId="77777777">
            <w:pPr>
              <w:spacing w:after="0"/>
              <w:rPr>
                <w:sz w:val="24"/>
                <w:szCs w:val="24"/>
              </w:rPr>
            </w:pPr>
          </w:p>
        </w:tc>
      </w:tr>
      <w:tr w:rsidRPr="00367D37" w:rsidR="00891F02" w14:paraId="54255DAD" w14:textId="77777777">
        <w:trPr>
          <w:jc w:val="center"/>
        </w:trPr>
        <w:tc>
          <w:tcPr>
            <w:tcW w:w="4592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shd w:val="clear" w:color="auto" w:fill="EAF1F8"/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484B42A0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b/>
                <w:color w:val="000000"/>
                <w:sz w:val="24"/>
                <w:szCs w:val="24"/>
              </w:rPr>
              <w:t>Diğer maddi hata iddiası</w:t>
            </w:r>
          </w:p>
        </w:tc>
        <w:tc>
          <w:tcPr>
            <w:tcW w:w="17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A47C3C7" w14:textId="77777777">
            <w:pPr>
              <w:spacing w:after="0"/>
              <w:jc w:val="center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( )</w:t>
            </w:r>
          </w:p>
        </w:tc>
        <w:tc>
          <w:tcPr>
            <w:tcW w:w="3911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891F02" w14:paraId="7E2E5FFD" w14:textId="77777777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367D37" w:rsidP="003F3058" w:rsidRDefault="00367D37" w14:paraId="38879DED" w14:textId="77777777">
      <w:pPr>
        <w:spacing w:before="80"/>
        <w:rPr>
          <w:b/>
          <w:color w:val="1F4E79"/>
          <w:sz w:val="24"/>
          <w:szCs w:val="24"/>
        </w:rPr>
      </w:pPr>
    </w:p>
    <w:p w:rsidR="00367D37" w:rsidP="003F3058" w:rsidRDefault="00367D37" w14:paraId="45C24C0A" w14:textId="77777777">
      <w:pPr>
        <w:spacing w:before="80"/>
        <w:rPr>
          <w:b/>
          <w:color w:val="1F4E79"/>
          <w:sz w:val="24"/>
          <w:szCs w:val="24"/>
        </w:rPr>
      </w:pPr>
    </w:p>
    <w:p w:rsidRPr="00367D37" w:rsidR="00891F02" w:rsidP="003F3058" w:rsidRDefault="00054676" w14:paraId="49EBE549" w14:textId="77777777">
      <w:pPr>
        <w:spacing w:before="80"/>
        <w:rPr>
          <w:sz w:val="24"/>
          <w:szCs w:val="24"/>
        </w:rPr>
      </w:pPr>
      <w:r w:rsidRPr="00367D37">
        <w:rPr>
          <w:b/>
          <w:sz w:val="24"/>
          <w:szCs w:val="24"/>
        </w:rPr>
        <w:t>Öğrencinin Açıklaması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4"/>
      </w:tblGrid>
      <w:tr w:rsidRPr="00367D37" w:rsidR="00891F02" w:rsidTr="003F3058" w14:paraId="2143B0D9" w14:textId="77777777">
        <w:trPr>
          <w:trHeight w:val="3400"/>
          <w:jc w:val="center"/>
        </w:trPr>
        <w:tc>
          <w:tcPr>
            <w:tcW w:w="102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="00367D37" w:rsidRDefault="00054676" w14:paraId="79C8108F" w14:textId="77777777">
            <w:pPr>
              <w:spacing w:after="0"/>
              <w:rPr>
                <w:color w:val="000000"/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br/>
            </w:r>
            <w:r w:rsidRPr="00367D37">
              <w:rPr>
                <w:color w:val="000000"/>
                <w:sz w:val="24"/>
                <w:szCs w:val="24"/>
              </w:rPr>
              <w:br/>
            </w:r>
            <w:r w:rsidRPr="00367D37">
              <w:rPr>
                <w:color w:val="000000"/>
                <w:sz w:val="24"/>
                <w:szCs w:val="24"/>
              </w:rPr>
              <w:br/>
            </w:r>
          </w:p>
          <w:p w:rsidR="00367D37" w:rsidRDefault="00367D37" w14:paraId="0B304580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55E6E33D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15A88DA7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7E4F081F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38F77FE7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09F29777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3AA95BD7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="00367D37" w:rsidRDefault="00367D37" w14:paraId="0E351602" w14:textId="77777777">
            <w:pPr>
              <w:spacing w:after="0"/>
              <w:rPr>
                <w:color w:val="000000"/>
                <w:sz w:val="24"/>
                <w:szCs w:val="24"/>
              </w:rPr>
            </w:pPr>
          </w:p>
          <w:p w:rsidRPr="00367D37" w:rsidR="00891F02" w:rsidRDefault="00054676" w14:paraId="259A0878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br/>
            </w:r>
          </w:p>
        </w:tc>
      </w:tr>
    </w:tbl>
    <w:p w:rsidRPr="006825F1" w:rsidR="00891F02" w:rsidP="003F3058" w:rsidRDefault="00054676" w14:paraId="3CE432B9" w14:textId="77777777">
      <w:pPr>
        <w:spacing w:before="80"/>
        <w:rPr>
          <w:sz w:val="24"/>
          <w:szCs w:val="24"/>
        </w:rPr>
      </w:pPr>
      <w:r w:rsidRPr="006825F1">
        <w:rPr>
          <w:b/>
          <w:sz w:val="24"/>
          <w:szCs w:val="24"/>
        </w:rPr>
        <w:lastRenderedPageBreak/>
        <w:t>Öğrenci Beyanı ve İmza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3004"/>
      </w:tblGrid>
      <w:tr w:rsidRPr="00367D37" w:rsidR="00891F02" w14:paraId="7DAC4953" w14:textId="77777777">
        <w:trPr>
          <w:jc w:val="center"/>
        </w:trPr>
        <w:tc>
          <w:tcPr>
            <w:tcW w:w="72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197ABE66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Bu başvurunun sınav kâğıdının maddi hata yönünden incelenmesine ilişkin olduğunu; sınav sorusunun bilimsel içeriğine yönelik itirazların ayrıca Sınav Soru İtiraz Formu ile yapılması gerektiğini bildiğimi beyan ederim.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14E704B5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Tarih: ../../20..</w:t>
            </w:r>
            <w:r w:rsidRPr="00367D37">
              <w:rPr>
                <w:color w:val="000000"/>
                <w:sz w:val="24"/>
                <w:szCs w:val="24"/>
              </w:rPr>
              <w:br/>
              <w:t>İmza:</w:t>
            </w:r>
          </w:p>
        </w:tc>
      </w:tr>
      <w:tr w:rsidRPr="00367D37" w:rsidR="00891F02" w14:paraId="38303D2C" w14:textId="77777777">
        <w:trPr>
          <w:jc w:val="center"/>
        </w:trPr>
        <w:tc>
          <w:tcPr>
            <w:tcW w:w="7200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5585F07C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Ekler: ( )</w:t>
            </w:r>
            <w:r w:rsidRPr="00367D37">
              <w:rPr>
                <w:color w:val="000000"/>
                <w:sz w:val="24"/>
                <w:szCs w:val="24"/>
              </w:rPr>
              <w:t xml:space="preserve"> Sınav sonucu ekran çıktısı  ( ) Açıklayıcı belge  ( ) Diğer: ........................................</w:t>
            </w:r>
          </w:p>
        </w:tc>
        <w:tc>
          <w:tcPr>
            <w:tcW w:w="3004" w:type="dxa"/>
            <w:tcBorders>
              <w:top w:val="single" w:color="A6A6A6" w:sz="5" w:space="0"/>
              <w:left w:val="single" w:color="A6A6A6" w:sz="5" w:space="0"/>
              <w:bottom w:val="single" w:color="A6A6A6" w:sz="5" w:space="0"/>
              <w:right w:val="single" w:color="A6A6A6" w:sz="5" w:space="0"/>
            </w:tcBorders>
            <w:tcMar>
              <w:top w:w="55" w:type="dxa"/>
              <w:left w:w="85" w:type="dxa"/>
              <w:bottom w:w="55" w:type="dxa"/>
              <w:right w:w="85" w:type="dxa"/>
            </w:tcMar>
            <w:vAlign w:val="center"/>
          </w:tcPr>
          <w:p w:rsidRPr="00367D37" w:rsidR="00891F02" w:rsidRDefault="00054676" w14:paraId="0E679E4A" w14:textId="77777777">
            <w:pPr>
              <w:spacing w:after="0"/>
              <w:rPr>
                <w:sz w:val="24"/>
                <w:szCs w:val="24"/>
              </w:rPr>
            </w:pPr>
            <w:r w:rsidRPr="00367D37">
              <w:rPr>
                <w:color w:val="000000"/>
                <w:sz w:val="24"/>
                <w:szCs w:val="24"/>
              </w:rPr>
              <w:t>Adı Soyadı:</w:t>
            </w:r>
          </w:p>
        </w:tc>
      </w:tr>
    </w:tbl>
    <w:p w:rsidRPr="00367D37" w:rsidR="00891F02" w:rsidRDefault="00891F02" w14:paraId="2DA794FB" w14:textId="77777777">
      <w:pPr>
        <w:rPr>
          <w:sz w:val="24"/>
          <w:szCs w:val="24"/>
        </w:rPr>
      </w:pPr>
    </w:p>
    <w:sectPr w:rsidRPr="00367D37" w:rsidR="00891F02" w:rsidSect="00034616">
      <w:headerReference w:type="default" r:id="R7ebe7054791d4bc8"/>
      <w:headerReference w:type="first" r:id="R7ebe7054791d4bc8"/>
      <w:headerReference w:type="even" r:id="R7ebe7054791d4bc8"/>
      <w:footerReference w:type="default" r:id="R5241c772fef04e91"/>
      <w:footerReference w:type="first" r:id="R5241c772fef04e91"/>
      <w:footerReference w:type="even" r:id="R5241c772fef04e91"/>
      <w:pgSz w:w="11906" w:h="16838"/>
      <w:pgMar w:top="2155" w:right="850" w:bottom="1588" w:left="850" w:header="720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03D0" w14:textId="77777777" w:rsidR="00054676" w:rsidRDefault="00054676">
      <w:pPr>
        <w:spacing w:after="0"/>
      </w:pPr>
      <w:r>
        <w:separator/>
      </w:r>
    </w:p>
  </w:endnote>
  <w:endnote w:type="continuationSeparator" w:id="0">
    <w:p w14:paraId="29059DB8" w14:textId="77777777" w:rsidR="00054676" w:rsidRDefault="000546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KYS-FR.365, R00, 28.09.2026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fd55ae254c34f6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kvys.giresun.edu.tr/dg/1027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f6444a119fd403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1771" w14:textId="77777777" w:rsidR="00054676" w:rsidRDefault="00054676">
      <w:pPr>
        <w:spacing w:after="0"/>
      </w:pPr>
      <w:r>
        <w:separator/>
      </w:r>
    </w:p>
  </w:footnote>
  <w:footnote w:type="continuationSeparator" w:id="0">
    <w:p w14:paraId="26753D72" w14:textId="77777777" w:rsidR="00054676" w:rsidRDefault="00054676">
      <w:pPr>
        <w:spacing w:after="0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b95fe092175426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Sınav Kâğıdı Maddi Hata İtiraz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KYS-FR.365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28.09.2026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6167758">
    <w:abstractNumId w:val="8"/>
  </w:num>
  <w:num w:numId="2" w16cid:durableId="1691057514">
    <w:abstractNumId w:val="6"/>
  </w:num>
  <w:num w:numId="3" w16cid:durableId="1803958396">
    <w:abstractNumId w:val="5"/>
  </w:num>
  <w:num w:numId="4" w16cid:durableId="1901015081">
    <w:abstractNumId w:val="4"/>
  </w:num>
  <w:num w:numId="5" w16cid:durableId="825827130">
    <w:abstractNumId w:val="7"/>
  </w:num>
  <w:num w:numId="6" w16cid:durableId="1779376537">
    <w:abstractNumId w:val="3"/>
  </w:num>
  <w:num w:numId="7" w16cid:durableId="1300064687">
    <w:abstractNumId w:val="2"/>
  </w:num>
  <w:num w:numId="8" w16cid:durableId="43601879">
    <w:abstractNumId w:val="1"/>
  </w:num>
  <w:num w:numId="9" w16cid:durableId="8527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F8D"/>
    <w:rsid w:val="00054676"/>
    <w:rsid w:val="0006063C"/>
    <w:rsid w:val="0015074B"/>
    <w:rsid w:val="0029639D"/>
    <w:rsid w:val="00326F90"/>
    <w:rsid w:val="00367D37"/>
    <w:rsid w:val="003C4708"/>
    <w:rsid w:val="003F3058"/>
    <w:rsid w:val="00505D57"/>
    <w:rsid w:val="006825F1"/>
    <w:rsid w:val="007B2782"/>
    <w:rsid w:val="00891F02"/>
    <w:rsid w:val="00AA1D8D"/>
    <w:rsid w:val="00B374D5"/>
    <w:rsid w:val="00B47730"/>
    <w:rsid w:val="00BD4F9E"/>
    <w:rsid w:val="00CB0664"/>
    <w:rsid w:val="00EE28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D37A89"/>
  <w14:defaultImageDpi w14:val="300"/>
  <w15:docId w15:val="{E8C0C03A-2E93-A24D-8B63-FF1EFF15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="Times New Roman" w:eastAsia="Times New Roman" w:hAnsi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="Times New Roman" w:eastAsia="Times New Roman" w:hAnsi="Times New Roman" w:cs="Times New Roman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="Times New Roman" w:eastAsia="Times New Roman" w:hAnsi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="Times New Roman" w:eastAsia="Times New Roman" w:hAnsi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Times New Roman" w:eastAsia="Times New Roman" w:hAnsi="Times New Roman" w:cs="Times New Roman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="Times New Roman" w:eastAsia="Times New Roman" w:hAnsi="Times New Roman" w:cs="Times New Roman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="Times New Roman" w:eastAsia="Times New Roman" w:hAnsi="Times New Roman" w:cs="Times New Roman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="Times New Roman" w:eastAsia="Times New Roman" w:hAnsi="Times New Roman" w:cs="Times New Roman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7ebe7054791d4bc8" /><Relationship Type="http://schemas.openxmlformats.org/officeDocument/2006/relationships/footer" Target="/word/footer2.xml" Id="R5241c772fef04e91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df6444a119fd4033" /><Relationship Type="http://schemas.openxmlformats.org/officeDocument/2006/relationships/hyperlink" Target="https://kvys.giresun.edu.tr/dg/1027" TargetMode="External" Id="Refd55ae254c34f6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9b95fe092175426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206</Words>
  <Characters>1251</Characters>
  <Application>Microsoft Office Word</Application>
  <DocSecurity>0</DocSecurity>
  <Lines>104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serdal karapinar</cp:lastModifiedBy>
  <cp:revision>6</cp:revision>
  <dcterms:created xsi:type="dcterms:W3CDTF">2013-12-23T23:15:00Z</dcterms:created>
  <dcterms:modified xsi:type="dcterms:W3CDTF">2026-09-28T12:17:00Z</dcterms:modified>
  <cp:category/>
</cp:coreProperties>
</file>