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967"/>
        <w:gridCol w:w="7974"/>
      </w:tblGrid>
      <w:tr w:rsidRPr="00C8295A" w:rsidR="00C8295A" w:rsidTr="003C372C" w14:paraId="515784B2" w14:textId="77777777">
        <w:trPr>
          <w:jc w:val="center"/>
        </w:trPr>
        <w:tc>
          <w:tcPr>
            <w:tcW w:w="1967" w:type="dxa"/>
            <w:vAlign w:val="center"/>
          </w:tcPr>
          <w:p w:rsidRPr="00C8295A" w:rsidR="00C8295A" w:rsidP="003C372C" w:rsidRDefault="00C8295A" w14:paraId="39CC4AF8" w14:textId="77777777">
            <w:pPr>
              <w:rPr>
                <w:sz w:val="24"/>
                <w:szCs w:val="24"/>
              </w:rPr>
            </w:pPr>
            <w:r w:rsidRPr="00C8295A">
              <w:rPr>
                <w:b/>
                <w:sz w:val="24"/>
                <w:szCs w:val="24"/>
              </w:rPr>
              <w:t>Birim</w:t>
            </w:r>
          </w:p>
        </w:tc>
        <w:tc>
          <w:tcPr>
            <w:tcW w:w="7974" w:type="dxa"/>
            <w:vAlign w:val="center"/>
          </w:tcPr>
          <w:p w:rsidRPr="00C8295A" w:rsidR="00C8295A" w:rsidP="003C372C" w:rsidRDefault="00C8295A" w14:paraId="6D64DBF7" w14:textId="77777777">
            <w:pPr>
              <w:jc w:val="center"/>
              <w:rPr>
                <w:sz w:val="24"/>
                <w:szCs w:val="24"/>
              </w:rPr>
            </w:pPr>
          </w:p>
        </w:tc>
      </w:tr>
    </w:tbl>
    <w:p w:rsidRPr="00C8295A" w:rsidR="00C8295A" w:rsidP="000006F3" w:rsidRDefault="00C8295A" w14:paraId="258A8525" w14:textId="77777777">
      <w:pPr>
        <w:spacing w:before="80" w:after="40"/>
        <w:rPr>
          <w:b/>
          <w:sz w:val="24"/>
          <w:szCs w:val="24"/>
        </w:rPr>
      </w:pPr>
    </w:p>
    <w:p w:rsidRPr="00C8295A" w:rsidR="003D32EB" w:rsidP="000006F3" w:rsidRDefault="0018647A" w14:paraId="4E22A62C" w14:textId="77777777">
      <w:pPr>
        <w:spacing w:before="80" w:after="40"/>
        <w:jc w:val="center"/>
        <w:rPr>
          <w:b/>
          <w:sz w:val="24"/>
          <w:szCs w:val="24"/>
        </w:rPr>
      </w:pPr>
      <w:r w:rsidRPr="00C8295A">
        <w:rPr>
          <w:b/>
          <w:sz w:val="24"/>
          <w:szCs w:val="24"/>
        </w:rPr>
        <w:t>GİRESUN ÜNİVERSİTESİ DİŞ HEKİMLİĞİ FAKÜLTESİ DEKANLIĞI’NA</w:t>
      </w:r>
    </w:p>
    <w:p w:rsidRPr="00C8295A" w:rsidR="00C8295A" w:rsidP="000006F3" w:rsidRDefault="00C8295A" w14:paraId="224DB5A3" w14:textId="77777777">
      <w:pPr>
        <w:spacing w:before="80" w:after="40"/>
        <w:jc w:val="center"/>
        <w:rPr>
          <w:b/>
          <w:sz w:val="24"/>
          <w:szCs w:val="24"/>
        </w:rPr>
      </w:pPr>
    </w:p>
    <w:p w:rsidRPr="00C8295A" w:rsidR="003D32EB" w:rsidRDefault="0018647A" w14:paraId="1A3DE4EA" w14:textId="77777777">
      <w:pPr>
        <w:spacing w:before="80" w:after="40"/>
        <w:rPr>
          <w:sz w:val="24"/>
          <w:szCs w:val="24"/>
        </w:rPr>
      </w:pPr>
      <w:r w:rsidRPr="00C8295A">
        <w:rPr>
          <w:b/>
          <w:color w:val="1F4E79"/>
          <w:sz w:val="24"/>
          <w:szCs w:val="24"/>
        </w:rPr>
        <w:t>Öğrenci Bilgileri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004"/>
        <w:gridCol w:w="2154"/>
        <w:gridCol w:w="3004"/>
      </w:tblGrid>
      <w:tr w:rsidRPr="00C8295A" w:rsidR="003D32EB" w14:paraId="1AE1FEB8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5383AF69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Adı Soyadı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7DED3724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106964C8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Öğrenci No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364BF425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C8295A" w:rsidR="003D32EB" w14:paraId="760C92DA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6AF59310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T.C. Kimlik No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6A17ABD2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29277D6B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Sınıf / Dönem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6B033B73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C8295A" w:rsidR="003D32EB" w14:paraId="5F8D9313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5B6A9A92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Program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23B8CA1A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Diş Hekimliği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032E12FA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199AB7E5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C8295A" w:rsidR="003D32EB" w14:paraId="20B4711B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55502A4D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E-posta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7F73A31C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124572E5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0D556947" w14:textId="77777777">
            <w:pPr>
              <w:spacing w:after="0"/>
              <w:rPr>
                <w:sz w:val="24"/>
                <w:szCs w:val="24"/>
              </w:rPr>
            </w:pPr>
          </w:p>
        </w:tc>
      </w:tr>
    </w:tbl>
    <w:p w:rsidRPr="00C8295A" w:rsidR="003D32EB" w:rsidRDefault="0018647A" w14:paraId="4563E802" w14:textId="77777777">
      <w:pPr>
        <w:spacing w:before="80" w:after="40"/>
        <w:rPr>
          <w:sz w:val="24"/>
          <w:szCs w:val="24"/>
        </w:rPr>
      </w:pPr>
      <w:r w:rsidRPr="00C8295A">
        <w:rPr>
          <w:b/>
          <w:color w:val="1F4E79"/>
          <w:sz w:val="24"/>
          <w:szCs w:val="24"/>
        </w:rPr>
        <w:t>Sınav ve Ders Bilgileri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004"/>
        <w:gridCol w:w="2154"/>
        <w:gridCol w:w="3004"/>
      </w:tblGrid>
      <w:tr w:rsidRPr="00C8295A" w:rsidR="003D32EB" w14:paraId="6B3063F8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24C86E58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Eğitim-Öğretim Yılı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383DE2BD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20.. - 20..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39302C0D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Yarıyıl / Dönem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0816BBD4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C8295A" w:rsidR="003D32EB" w14:paraId="33565441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3A780486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Dersin Kodu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29526405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58D3D767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Dersin Adı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51FB5E1D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C8295A" w:rsidR="003D32EB" w14:paraId="3079FD1B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11EB13AA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Dersi Veren Öğretim Elemanı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025E1044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6DA2BA52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Anabilim Dalı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16D2CFC9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C8295A" w:rsidR="003D32EB" w14:paraId="28F10A0F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52EFB94B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Sınav Türü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51A44CD5" w14:textId="77777777">
            <w:pPr>
              <w:spacing w:after="0"/>
              <w:rPr>
                <w:sz w:val="24"/>
                <w:szCs w:val="24"/>
                <w:lang w:val="pt-BR"/>
              </w:rPr>
            </w:pPr>
            <w:r w:rsidRPr="00C8295A">
              <w:rPr>
                <w:color w:val="000000"/>
                <w:sz w:val="24"/>
                <w:szCs w:val="24"/>
                <w:lang w:val="pt-BR"/>
              </w:rPr>
              <w:t>( ) Ara  ( ) Final  ( ) Büt.  ( ) Mazeret  ( ) Diğer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2724785F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Sınav Tarihi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3D2AAB0E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../../20..</w:t>
            </w:r>
          </w:p>
        </w:tc>
      </w:tr>
      <w:tr w:rsidRPr="00C8295A" w:rsidR="003D32EB" w14:paraId="77D8283D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421BB059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Sonuç İlan Tarihi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3B492A70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../../20..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00EDD7F1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Kitapçık / Grup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3F81F671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( )</w:t>
            </w:r>
            <w:r w:rsidRPr="00C8295A">
              <w:rPr>
                <w:color w:val="000000"/>
                <w:sz w:val="24"/>
                <w:szCs w:val="24"/>
              </w:rPr>
              <w:t xml:space="preserve"> A ( ) B ( ) C ( ) Diğer</w:t>
            </w:r>
          </w:p>
        </w:tc>
      </w:tr>
    </w:tbl>
    <w:p w:rsidR="00C8295A" w:rsidRDefault="00C8295A" w14:paraId="3A8C93A3" w14:textId="77777777">
      <w:pPr>
        <w:spacing w:before="80" w:after="40"/>
        <w:rPr>
          <w:b/>
          <w:color w:val="1F4E79"/>
          <w:sz w:val="24"/>
          <w:szCs w:val="24"/>
        </w:rPr>
      </w:pPr>
    </w:p>
    <w:p w:rsidRPr="00C8295A" w:rsidR="003D32EB" w:rsidRDefault="0018647A" w14:paraId="3E08A836" w14:textId="77777777">
      <w:pPr>
        <w:spacing w:before="80" w:after="40"/>
        <w:rPr>
          <w:sz w:val="24"/>
          <w:szCs w:val="24"/>
        </w:rPr>
      </w:pPr>
      <w:r w:rsidRPr="00C8295A">
        <w:rPr>
          <w:b/>
          <w:color w:val="1F4E79"/>
          <w:sz w:val="24"/>
          <w:szCs w:val="24"/>
        </w:rPr>
        <w:t>İtiraz Edilen Soru(lar) ve Gerekçe</w:t>
      </w:r>
    </w:p>
    <w:p w:rsidRPr="00C8295A" w:rsidR="003D32EB" w:rsidRDefault="0018647A" w14:paraId="6D29EAD8" w14:textId="77777777">
      <w:pPr>
        <w:spacing w:after="40"/>
        <w:rPr>
          <w:sz w:val="24"/>
          <w:szCs w:val="24"/>
        </w:rPr>
      </w:pPr>
      <w:r w:rsidRPr="00C8295A">
        <w:rPr>
          <w:sz w:val="24"/>
          <w:szCs w:val="24"/>
        </w:rPr>
        <w:t>Aşağıda belirttiğim soru/soruların bilimsel doğruluk, cevap anahtarı, soru kökü, seçenekler, ölçme-değerlendirme tekniği veya ders kazanımları yönünden yeniden incelenmesini arz ederim. Üçten fazla soru için ek sayfa kullanılabilir.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1162"/>
        <w:gridCol w:w="5187"/>
        <w:gridCol w:w="2976"/>
      </w:tblGrid>
      <w:tr w:rsidRPr="00C8295A" w:rsidR="003D32EB" w14:paraId="4EA07587" w14:textId="77777777">
        <w:trPr>
          <w:jc w:val="center"/>
        </w:trPr>
        <w:tc>
          <w:tcPr>
            <w:tcW w:w="87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D9EA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7C234864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Sıra</w:t>
            </w:r>
          </w:p>
        </w:tc>
        <w:tc>
          <w:tcPr>
            <w:tcW w:w="116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D9EA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709D2221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Soru No</w:t>
            </w:r>
          </w:p>
        </w:tc>
        <w:tc>
          <w:tcPr>
            <w:tcW w:w="5187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D9EA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57334B4A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>İtiraz Gerekçesi</w:t>
            </w:r>
          </w:p>
        </w:tc>
        <w:tc>
          <w:tcPr>
            <w:tcW w:w="2976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D9EA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65DC4719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C8295A">
              <w:rPr>
                <w:b/>
                <w:color w:val="000000"/>
                <w:sz w:val="24"/>
                <w:szCs w:val="24"/>
              </w:rPr>
              <w:t xml:space="preserve">Talep </w:t>
            </w:r>
          </w:p>
        </w:tc>
      </w:tr>
      <w:tr w:rsidRPr="00C8295A" w:rsidR="003D32EB" w14:paraId="3D813181" w14:textId="77777777">
        <w:trPr>
          <w:jc w:val="center"/>
        </w:trPr>
        <w:tc>
          <w:tcPr>
            <w:tcW w:w="87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7CC9A803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5F3F717A" w14:textId="7777777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187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1FF12EDD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br/>
            </w:r>
            <w:r w:rsidRPr="00C8295A">
              <w:rPr>
                <w:color w:val="000000"/>
                <w:sz w:val="24"/>
                <w:szCs w:val="24"/>
              </w:rPr>
              <w:br/>
            </w:r>
            <w:r w:rsidRPr="00C8295A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976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029F8A16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( ) Cevap anahtarı</w:t>
            </w:r>
            <w:r w:rsidRPr="00C8295A" w:rsidR="004B46AD">
              <w:rPr>
                <w:color w:val="000000"/>
                <w:sz w:val="24"/>
                <w:szCs w:val="24"/>
              </w:rPr>
              <w:t>nın güncellenmesi,</w:t>
            </w:r>
            <w:r w:rsidRPr="00C8295A">
              <w:rPr>
                <w:color w:val="000000"/>
                <w:sz w:val="24"/>
                <w:szCs w:val="24"/>
              </w:rPr>
              <w:br/>
              <w:t>( ) Soru</w:t>
            </w:r>
            <w:r w:rsidRPr="00C8295A" w:rsidR="004B46AD">
              <w:rPr>
                <w:color w:val="000000"/>
                <w:sz w:val="24"/>
                <w:szCs w:val="24"/>
              </w:rPr>
              <w:t xml:space="preserve">nun iptale edilmesi, </w:t>
            </w:r>
            <w:r w:rsidRPr="00C8295A">
              <w:rPr>
                <w:color w:val="000000"/>
                <w:sz w:val="24"/>
                <w:szCs w:val="24"/>
              </w:rPr>
              <w:br/>
              <w:t>( ) Diğer</w:t>
            </w:r>
          </w:p>
        </w:tc>
      </w:tr>
      <w:tr w:rsidRPr="00C8295A" w:rsidR="003D32EB" w14:paraId="540F0D32" w14:textId="77777777">
        <w:trPr>
          <w:jc w:val="center"/>
        </w:trPr>
        <w:tc>
          <w:tcPr>
            <w:tcW w:w="87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2054EE98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755207B2" w14:textId="7777777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187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66FE26A1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br/>
            </w:r>
            <w:r w:rsidRPr="00C8295A">
              <w:rPr>
                <w:color w:val="000000"/>
                <w:sz w:val="24"/>
                <w:szCs w:val="24"/>
              </w:rPr>
              <w:br/>
            </w:r>
            <w:r w:rsidRPr="00C8295A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976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4B46AD" w14:paraId="3F1CEF24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( ) Cevap anahtarının güncellenmesi,</w:t>
            </w:r>
            <w:r w:rsidRPr="00C8295A">
              <w:rPr>
                <w:color w:val="000000"/>
                <w:sz w:val="24"/>
                <w:szCs w:val="24"/>
              </w:rPr>
              <w:br/>
              <w:t xml:space="preserve">( ) Sorunun iptale edilmesi, </w:t>
            </w:r>
            <w:r w:rsidRPr="00C8295A">
              <w:rPr>
                <w:color w:val="000000"/>
                <w:sz w:val="24"/>
                <w:szCs w:val="24"/>
              </w:rPr>
              <w:br/>
              <w:t>( ) Diğer</w:t>
            </w:r>
          </w:p>
        </w:tc>
      </w:tr>
      <w:tr w:rsidRPr="00C8295A" w:rsidR="003D32EB" w14:paraId="4807A875" w14:textId="77777777">
        <w:trPr>
          <w:jc w:val="center"/>
        </w:trPr>
        <w:tc>
          <w:tcPr>
            <w:tcW w:w="87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607A1E30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6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3D32EB" w14:paraId="47E50E46" w14:textId="7777777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187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3961706B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br/>
            </w:r>
            <w:r w:rsidRPr="00C8295A">
              <w:rPr>
                <w:color w:val="000000"/>
                <w:sz w:val="24"/>
                <w:szCs w:val="24"/>
              </w:rPr>
              <w:br/>
            </w:r>
            <w:r w:rsidRPr="00C8295A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976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4B46AD" w14:paraId="6A227C4E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( ) Cevap anahtarının güncellenmesi,</w:t>
            </w:r>
            <w:r w:rsidRPr="00C8295A">
              <w:rPr>
                <w:color w:val="000000"/>
                <w:sz w:val="24"/>
                <w:szCs w:val="24"/>
              </w:rPr>
              <w:br/>
              <w:t xml:space="preserve">( ) Sorunun iptale edilmesi, </w:t>
            </w:r>
            <w:r w:rsidRPr="00C8295A">
              <w:rPr>
                <w:color w:val="000000"/>
                <w:sz w:val="24"/>
                <w:szCs w:val="24"/>
              </w:rPr>
              <w:br/>
              <w:t>( ) Diğer</w:t>
            </w:r>
          </w:p>
        </w:tc>
      </w:tr>
    </w:tbl>
    <w:p w:rsidR="00C8295A" w:rsidRDefault="00C8295A" w14:paraId="68D66E76" w14:textId="77777777">
      <w:pPr>
        <w:spacing w:before="80" w:after="40"/>
        <w:rPr>
          <w:b/>
          <w:color w:val="1F4E79"/>
          <w:sz w:val="24"/>
          <w:szCs w:val="24"/>
        </w:rPr>
      </w:pPr>
    </w:p>
    <w:p w:rsidR="00C8295A" w:rsidRDefault="00C8295A" w14:paraId="05589C88" w14:textId="77777777">
      <w:pPr>
        <w:spacing w:before="80" w:after="40"/>
        <w:rPr>
          <w:b/>
          <w:color w:val="1F4E79"/>
          <w:sz w:val="24"/>
          <w:szCs w:val="24"/>
        </w:rPr>
      </w:pPr>
    </w:p>
    <w:p w:rsidR="00C8295A" w:rsidRDefault="00C8295A" w14:paraId="3379C3F5" w14:textId="77777777">
      <w:pPr>
        <w:spacing w:before="80" w:after="40"/>
        <w:rPr>
          <w:b/>
          <w:color w:val="1F4E79"/>
          <w:sz w:val="24"/>
          <w:szCs w:val="24"/>
        </w:rPr>
      </w:pPr>
    </w:p>
    <w:p w:rsidRPr="00367D37" w:rsidR="00C8295A" w:rsidP="000006F3" w:rsidRDefault="00C8295A" w14:paraId="615F4A78" w14:textId="77777777">
      <w:pPr>
        <w:spacing w:before="80"/>
        <w:rPr>
          <w:sz w:val="24"/>
          <w:szCs w:val="24"/>
        </w:rPr>
      </w:pPr>
      <w:r w:rsidRPr="00367D37">
        <w:rPr>
          <w:b/>
          <w:sz w:val="24"/>
          <w:szCs w:val="24"/>
        </w:rPr>
        <w:t>Öğrencinin Açıklaması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4"/>
      </w:tblGrid>
      <w:tr w:rsidRPr="00367D37" w:rsidR="00C8295A" w:rsidTr="000006F3" w14:paraId="2F5CDFA3" w14:textId="77777777">
        <w:trPr>
          <w:trHeight w:val="3400"/>
          <w:jc w:val="center"/>
        </w:trPr>
        <w:tc>
          <w:tcPr>
            <w:tcW w:w="102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C8295A" w:rsidP="003C372C" w:rsidRDefault="00C8295A" w14:paraId="1FB8CDD7" w14:textId="77777777">
            <w:pPr>
              <w:spacing w:after="0"/>
              <w:rPr>
                <w:color w:val="000000"/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br/>
            </w:r>
            <w:r w:rsidRPr="00367D37">
              <w:rPr>
                <w:color w:val="000000"/>
                <w:sz w:val="24"/>
                <w:szCs w:val="24"/>
              </w:rPr>
              <w:br/>
            </w:r>
            <w:r w:rsidRPr="00367D37">
              <w:rPr>
                <w:color w:val="000000"/>
                <w:sz w:val="24"/>
                <w:szCs w:val="24"/>
              </w:rPr>
              <w:br/>
            </w:r>
          </w:p>
          <w:p w:rsidR="00C8295A" w:rsidP="003C372C" w:rsidRDefault="00C8295A" w14:paraId="0FBD6855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8295A" w:rsidP="003C372C" w:rsidRDefault="00C8295A" w14:paraId="70583355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8295A" w:rsidP="003C372C" w:rsidRDefault="00C8295A" w14:paraId="02B63566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8295A" w:rsidP="003C372C" w:rsidRDefault="00C8295A" w14:paraId="232B44BA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8295A" w:rsidP="003C372C" w:rsidRDefault="00C8295A" w14:paraId="4DF84FAA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8295A" w:rsidP="003C372C" w:rsidRDefault="00C8295A" w14:paraId="4A151129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8295A" w:rsidP="003C372C" w:rsidRDefault="00C8295A" w14:paraId="25403B05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8295A" w:rsidP="003C372C" w:rsidRDefault="00C8295A" w14:paraId="2C250296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Pr="00367D37" w:rsidR="00C8295A" w:rsidP="003C372C" w:rsidRDefault="00C8295A" w14:paraId="22E1112E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br/>
            </w:r>
          </w:p>
        </w:tc>
      </w:tr>
    </w:tbl>
    <w:p w:rsidR="00C8295A" w:rsidRDefault="00C8295A" w14:paraId="18FC4676" w14:textId="77777777">
      <w:pPr>
        <w:spacing w:before="80" w:after="40"/>
        <w:rPr>
          <w:b/>
          <w:color w:val="1F4E79"/>
          <w:sz w:val="24"/>
          <w:szCs w:val="24"/>
        </w:rPr>
      </w:pPr>
    </w:p>
    <w:p w:rsidRPr="00C8295A" w:rsidR="003D32EB" w:rsidRDefault="0018647A" w14:paraId="2127D2F8" w14:textId="77777777">
      <w:pPr>
        <w:spacing w:before="80" w:after="40"/>
        <w:rPr>
          <w:sz w:val="24"/>
          <w:szCs w:val="24"/>
        </w:rPr>
      </w:pPr>
      <w:r w:rsidRPr="00C8295A">
        <w:rPr>
          <w:b/>
          <w:color w:val="1F4E79"/>
          <w:sz w:val="24"/>
          <w:szCs w:val="24"/>
        </w:rPr>
        <w:t>Öğrenci Beyanı ve İmza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3004"/>
      </w:tblGrid>
      <w:tr w:rsidRPr="00C8295A" w:rsidR="003D32EB" w14:paraId="62B0046A" w14:textId="77777777">
        <w:trPr>
          <w:jc w:val="center"/>
        </w:trPr>
        <w:tc>
          <w:tcPr>
            <w:tcW w:w="72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0FD52D1E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Bu başvurunun yalnızca yukarıda belirtilen soru/sorulara ilişkin olduğunu; itiraz gerekçemi açık, somut ve mümkünse kaynak/kazanım bilgisiyle sunduğumu beyan ederim.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00309425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Tarih: ../../20..</w:t>
            </w:r>
            <w:r w:rsidRPr="00C8295A">
              <w:rPr>
                <w:color w:val="000000"/>
                <w:sz w:val="24"/>
                <w:szCs w:val="24"/>
              </w:rPr>
              <w:br/>
              <w:t>İmza:</w:t>
            </w:r>
          </w:p>
        </w:tc>
      </w:tr>
      <w:tr w:rsidRPr="00C8295A" w:rsidR="003D32EB" w14:paraId="75B40D69" w14:textId="77777777">
        <w:trPr>
          <w:jc w:val="center"/>
        </w:trPr>
        <w:tc>
          <w:tcPr>
            <w:tcW w:w="72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15A64076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Ekler: ( ) Ders notu/kaynak  ( ) Bilimsel kaynak  ( ) Diğer: ........................................................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Pr="00C8295A" w:rsidR="003D32EB" w:rsidRDefault="0018647A" w14:paraId="2603AA96" w14:textId="77777777">
            <w:pPr>
              <w:spacing w:after="0"/>
              <w:rPr>
                <w:sz w:val="24"/>
                <w:szCs w:val="24"/>
              </w:rPr>
            </w:pPr>
            <w:r w:rsidRPr="00C8295A">
              <w:rPr>
                <w:color w:val="000000"/>
                <w:sz w:val="24"/>
                <w:szCs w:val="24"/>
              </w:rPr>
              <w:t>Adı Soyadı:</w:t>
            </w:r>
          </w:p>
        </w:tc>
      </w:tr>
    </w:tbl>
    <w:p w:rsidRPr="00C8295A" w:rsidR="003D32EB" w:rsidRDefault="003D32EB" w14:paraId="17737BF1" w14:textId="77777777">
      <w:pPr>
        <w:rPr>
          <w:sz w:val="24"/>
          <w:szCs w:val="24"/>
        </w:rPr>
      </w:pPr>
    </w:p>
    <w:sectPr w:rsidRPr="00C8295A" w:rsidR="003D32EB" w:rsidSect="00034616">
      <w:headerReference w:type="default" r:id="R217271263fe546a6"/>
      <w:headerReference w:type="first" r:id="R217271263fe546a6"/>
      <w:headerReference w:type="even" r:id="R217271263fe546a6"/>
      <w:footerReference w:type="default" r:id="Rc13f731598444820"/>
      <w:footerReference w:type="first" r:id="Rc13f731598444820"/>
      <w:footerReference w:type="even" r:id="Rc13f731598444820"/>
      <w:pgSz w:w="11906" w:h="16838"/>
      <w:pgMar w:top="2155" w:right="850" w:bottom="1588" w:left="85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90E65" w14:textId="77777777" w:rsidR="0018647A" w:rsidRDefault="0018647A">
      <w:pPr>
        <w:spacing w:after="0"/>
      </w:pPr>
      <w:r>
        <w:separator/>
      </w:r>
    </w:p>
  </w:endnote>
  <w:endnote w:type="continuationSeparator" w:id="0">
    <w:p w14:paraId="6B5B6803" w14:textId="77777777" w:rsidR="0018647A" w:rsidRDefault="001864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KYS-FR.366, R00, 28.09.2026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569a45d54fd417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kvys.giresun.edu.tr/dg/1028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225d05528d04bb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B0D99" w14:textId="77777777" w:rsidR="0018647A" w:rsidRDefault="0018647A">
      <w:pPr>
        <w:spacing w:after="0"/>
      </w:pPr>
      <w:r>
        <w:separator/>
      </w:r>
    </w:p>
  </w:footnote>
  <w:footnote w:type="continuationSeparator" w:id="0">
    <w:p w14:paraId="177177A7" w14:textId="77777777" w:rsidR="0018647A" w:rsidRDefault="0018647A">
      <w:pPr>
        <w:spacing w:after="0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7fad1e4c550458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Sınav Soru İtiraz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KYS-FR.366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28.09.2026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099925">
    <w:abstractNumId w:val="8"/>
  </w:num>
  <w:num w:numId="2" w16cid:durableId="881595391">
    <w:abstractNumId w:val="6"/>
  </w:num>
  <w:num w:numId="3" w16cid:durableId="376900924">
    <w:abstractNumId w:val="5"/>
  </w:num>
  <w:num w:numId="4" w16cid:durableId="849753719">
    <w:abstractNumId w:val="4"/>
  </w:num>
  <w:num w:numId="5" w16cid:durableId="1257446942">
    <w:abstractNumId w:val="7"/>
  </w:num>
  <w:num w:numId="6" w16cid:durableId="474220294">
    <w:abstractNumId w:val="3"/>
  </w:num>
  <w:num w:numId="7" w16cid:durableId="907230636">
    <w:abstractNumId w:val="2"/>
  </w:num>
  <w:num w:numId="8" w16cid:durableId="1725332348">
    <w:abstractNumId w:val="1"/>
  </w:num>
  <w:num w:numId="9" w16cid:durableId="160970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6F3"/>
    <w:rsid w:val="00007EA0"/>
    <w:rsid w:val="00034616"/>
    <w:rsid w:val="00045F8D"/>
    <w:rsid w:val="0006063C"/>
    <w:rsid w:val="0015074B"/>
    <w:rsid w:val="0018647A"/>
    <w:rsid w:val="00257771"/>
    <w:rsid w:val="00277D8C"/>
    <w:rsid w:val="0029639D"/>
    <w:rsid w:val="0031214A"/>
    <w:rsid w:val="00326F90"/>
    <w:rsid w:val="003D32EB"/>
    <w:rsid w:val="004B46AD"/>
    <w:rsid w:val="009D468B"/>
    <w:rsid w:val="00AA1D8D"/>
    <w:rsid w:val="00AA3E98"/>
    <w:rsid w:val="00AB1A63"/>
    <w:rsid w:val="00B2207B"/>
    <w:rsid w:val="00B47730"/>
    <w:rsid w:val="00BD4F9E"/>
    <w:rsid w:val="00C8295A"/>
    <w:rsid w:val="00CB0664"/>
    <w:rsid w:val="00CF05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7006D4"/>
  <w14:defaultImageDpi w14:val="300"/>
  <w15:docId w15:val="{E8C0C03A-2E93-A24D-8B63-FF1EFF15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 w:line="240" w:lineRule="auto"/>
    </w:pPr>
    <w:rPr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="Times New Roman" w:eastAsia="Times New Roman" w:hAnsi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="Times New Roman" w:eastAsia="Times New Roman" w:hAnsi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="Times New Roman" w:eastAsia="Times New Roman" w:hAnsi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Times New Roman" w:eastAsia="Times New Roman" w:hAnsi="Times New Roman" w:cs="Times New Roman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="Times New Roman" w:eastAsia="Times New Roman" w:hAnsi="Times New Roman" w:cs="Times New Roman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="Times New Roman" w:eastAsia="Times New Roman" w:hAnsi="Times New Roman" w:cs="Times New Roman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="Times New Roman" w:eastAsia="Times New Roman" w:hAnsi="Times New Roman" w:cs="Times New Roman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217271263fe546a6" /><Relationship Type="http://schemas.openxmlformats.org/officeDocument/2006/relationships/footer" Target="/word/footer2.xml" Id="Rc13f731598444820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0225d05528d04bb4" /><Relationship Type="http://schemas.openxmlformats.org/officeDocument/2006/relationships/hyperlink" Target="https://kvys.giresun.edu.tr/dg/1028" TargetMode="External" Id="R3569a45d54fd417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77fad1e4c550458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210</Words>
  <Characters>1239</Characters>
  <Application>Microsoft Office Word</Application>
  <DocSecurity>0</DocSecurity>
  <Lines>112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serdal karapinar</cp:lastModifiedBy>
  <cp:revision>11</cp:revision>
  <dcterms:created xsi:type="dcterms:W3CDTF">2013-12-23T23:15:00Z</dcterms:created>
  <dcterms:modified xsi:type="dcterms:W3CDTF">2026-09-28T12:17:00Z</dcterms:modified>
  <cp:category/>
</cp:coreProperties>
</file>