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C5D82" w:rsidR="006372A4" w:rsidP="00DC5D82" w:rsidRDefault="003757F8" w14:paraId="1EFCE615" w14:textId="77777777">
      <w:pPr>
        <w:spacing w:after="80" w:line="240" w:lineRule="auto"/>
        <w:ind w:firstLine="709"/>
        <w:rPr>
          <w:sz w:val="20"/>
        </w:rPr>
      </w:pPr>
      <w:r w:rsidRPr="00DC5D82">
        <w:rPr>
          <w:sz w:val="20"/>
        </w:rPr>
        <w:t>Aşağıda açık kimliğim ve öğrenim bilgilerim yazılı olup, Üniversitenizden “mezuniyet / başarısızlık / kendi isteğim ile / disiplin / harç /yatay geçiş/ diğer” nedeni ile ilişiğim kesilmiştir. Konuya ilişkin belgelerimin hazırlanarak tarafıma verilmesini istiyorum. Aşağıda yetkililerin imzası ile belirlenenlerin dışında Üniversitenizin Diğer Birimleri ile ilişiğim olmadığını beyan ederim.</w:t>
      </w:r>
    </w:p>
    <w:p w:rsidRPr="00DC5D82" w:rsidR="006372A4" w:rsidP="00DC5D82" w:rsidRDefault="003757F8" w14:paraId="67136DD9" w14:textId="77777777">
      <w:pPr>
        <w:spacing w:after="80" w:line="240" w:lineRule="auto"/>
        <w:ind w:firstLine="709"/>
        <w:rPr>
          <w:sz w:val="20"/>
        </w:rPr>
      </w:pPr>
      <w:r w:rsidRPr="00DC5D82">
        <w:rPr>
          <w:sz w:val="20"/>
        </w:rPr>
        <w:t>Bilgilerinize ve gereğini arz ederim.</w:t>
      </w:r>
    </w:p>
    <w:p w:rsidRPr="00DC5D82" w:rsidR="006372A4" w:rsidP="00DC5D82" w:rsidRDefault="003757F8" w14:paraId="6F69FCD7" w14:textId="77777777">
      <w:pPr>
        <w:spacing w:after="0" w:line="240" w:lineRule="auto"/>
        <w:jc w:val="right"/>
        <w:rPr>
          <w:sz w:val="20"/>
        </w:rPr>
      </w:pPr>
      <w:r w:rsidRPr="00DC5D82">
        <w:rPr>
          <w:sz w:val="20"/>
        </w:rPr>
        <w:t>…../…../20..</w:t>
      </w:r>
    </w:p>
    <w:p w:rsidRPr="00DC5D82" w:rsidR="006372A4" w:rsidP="00DC5D82" w:rsidRDefault="003757F8" w14:paraId="5015AA3B" w14:textId="77777777">
      <w:pPr>
        <w:spacing w:after="0" w:line="240" w:lineRule="auto"/>
        <w:jc w:val="right"/>
        <w:rPr>
          <w:sz w:val="20"/>
        </w:rPr>
      </w:pPr>
      <w:r w:rsidRPr="00DC5D82">
        <w:rPr>
          <w:sz w:val="20"/>
        </w:rPr>
        <w:t>Ad-Soyad</w:t>
      </w:r>
    </w:p>
    <w:p w:rsidRPr="00DC5D82" w:rsidR="006372A4" w:rsidP="00DC5D82" w:rsidRDefault="003757F8" w14:paraId="6A308973" w14:textId="77777777">
      <w:pPr>
        <w:spacing w:after="80" w:line="240" w:lineRule="auto"/>
        <w:jc w:val="right"/>
        <w:rPr>
          <w:sz w:val="20"/>
        </w:rPr>
      </w:pPr>
      <w:r w:rsidRPr="00DC5D82">
        <w:rPr>
          <w:sz w:val="20"/>
        </w:rPr>
        <w:t>İmza</w:t>
      </w:r>
    </w:p>
    <w:p w:rsidRPr="00DC5D82" w:rsidR="006372A4" w:rsidP="00DC5D82" w:rsidRDefault="006372A4" w14:paraId="6315EFD2" w14:textId="77777777">
      <w:pPr>
        <w:spacing w:after="0" w:line="240" w:lineRule="auto"/>
        <w:rPr>
          <w:sz w:val="12"/>
        </w:rPr>
      </w:pPr>
    </w:p>
    <w:p w:rsidRPr="00DC5D82" w:rsidR="006372A4" w:rsidP="00DC5D82" w:rsidRDefault="003757F8" w14:paraId="5B9E2C78" w14:textId="77777777">
      <w:pPr>
        <w:spacing w:after="80" w:line="240" w:lineRule="auto"/>
        <w:jc w:val="left"/>
        <w:rPr>
          <w:sz w:val="20"/>
        </w:rPr>
      </w:pPr>
      <w:r w:rsidRPr="00DC5D82">
        <w:rPr>
          <w:sz w:val="20"/>
        </w:rPr>
        <w:t>POSTA ADRESİ:</w:t>
      </w:r>
    </w:p>
    <w:p w:rsidRPr="00DC5D82" w:rsidR="006372A4" w:rsidP="00DC5D82" w:rsidRDefault="006372A4" w14:paraId="5E1CE7FC" w14:textId="77777777">
      <w:pPr>
        <w:spacing w:after="0" w:line="240" w:lineRule="auto"/>
        <w:rPr>
          <w:sz w:val="12"/>
        </w:rPr>
      </w:pPr>
    </w:p>
    <w:p w:rsidRPr="00DC5D82" w:rsidR="006372A4" w:rsidP="00DC5D82" w:rsidRDefault="003757F8" w14:paraId="15FC9A12" w14:textId="77777777">
      <w:pPr>
        <w:spacing w:after="80" w:line="240" w:lineRule="auto"/>
        <w:ind w:firstLine="709"/>
        <w:rPr>
          <w:sz w:val="20"/>
        </w:rPr>
      </w:pPr>
      <w:r w:rsidRPr="00DC5D82">
        <w:rPr>
          <w:sz w:val="20"/>
        </w:rPr>
        <w:t>Yukarıda bilgileri bulunan öğrencinin transkripti incelenmiştir. …./…./…... tarihinde mezun olması için alması gereken tüm ders ve klinik uygulamaları başarı ile tamamlamıştır. Mezun olması uygundur.</w:t>
      </w:r>
    </w:p>
    <w:p w:rsidRPr="00DC5D82" w:rsidR="006372A4" w:rsidP="00DC5D82" w:rsidRDefault="003757F8" w14:paraId="16AF711E" w14:textId="77777777">
      <w:pPr>
        <w:spacing w:after="0" w:line="240" w:lineRule="auto"/>
        <w:jc w:val="right"/>
        <w:rPr>
          <w:sz w:val="20"/>
        </w:rPr>
      </w:pPr>
      <w:r w:rsidRPr="00DC5D82">
        <w:rPr>
          <w:sz w:val="20"/>
        </w:rPr>
        <w:t>Danışman</w:t>
      </w:r>
    </w:p>
    <w:p w:rsidRPr="00DC5D82" w:rsidR="006372A4" w:rsidP="00DC5D82" w:rsidRDefault="003757F8" w14:paraId="639357CD" w14:textId="77777777">
      <w:pPr>
        <w:spacing w:after="0" w:line="240" w:lineRule="auto"/>
        <w:jc w:val="right"/>
        <w:rPr>
          <w:sz w:val="20"/>
        </w:rPr>
      </w:pPr>
      <w:r w:rsidRPr="00DC5D82">
        <w:rPr>
          <w:sz w:val="20"/>
        </w:rPr>
        <w:t>Ad-Soyad</w:t>
      </w:r>
    </w:p>
    <w:p w:rsidRPr="00DC5D82" w:rsidR="006372A4" w:rsidP="00DC5D82" w:rsidRDefault="003757F8" w14:paraId="269C2D63" w14:textId="77777777">
      <w:pPr>
        <w:spacing w:after="80" w:line="240" w:lineRule="auto"/>
        <w:jc w:val="right"/>
        <w:rPr>
          <w:sz w:val="20"/>
        </w:rPr>
      </w:pPr>
      <w:r w:rsidRPr="00DC5D82">
        <w:rPr>
          <w:sz w:val="20"/>
        </w:rPr>
        <w:t>İmza</w:t>
      </w:r>
    </w:p>
    <w:p w:rsidRPr="00DC5D82" w:rsidR="006372A4" w:rsidP="00DC5D82" w:rsidRDefault="006372A4" w14:paraId="5086079B" w14:textId="77777777">
      <w:pPr>
        <w:spacing w:after="0" w:line="240" w:lineRule="auto"/>
        <w:rPr>
          <w:sz w:val="12"/>
        </w:rPr>
      </w:pPr>
    </w:p>
    <w:p w:rsidRPr="00DC5D82" w:rsidR="006372A4" w:rsidP="00DC5D82" w:rsidRDefault="003757F8" w14:paraId="40DE9A94" w14:textId="77777777">
      <w:pPr>
        <w:spacing w:after="80" w:line="240" w:lineRule="auto"/>
        <w:jc w:val="center"/>
        <w:rPr>
          <w:sz w:val="20"/>
        </w:rPr>
      </w:pPr>
      <w:r w:rsidRPr="00DC5D82">
        <w:rPr>
          <w:sz w:val="20"/>
        </w:rPr>
        <w:t>İLİŞİĞİNİ KESEN ÖĞRENCİNİN KİMLİK VE ÖĞRENİM BİLGİLERİ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236"/>
        <w:gridCol w:w="2155"/>
        <w:gridCol w:w="2608"/>
        <w:gridCol w:w="236"/>
        <w:gridCol w:w="2381"/>
      </w:tblGrid>
      <w:tr w:rsidRPr="00DC5D82" w:rsidR="006372A4" w14:paraId="2593C137" w14:textId="77777777">
        <w:trPr>
          <w:cantSplit/>
          <w:jc w:val="center"/>
        </w:trPr>
        <w:tc>
          <w:tcPr>
            <w:tcW w:w="2608" w:type="dxa"/>
          </w:tcPr>
          <w:p w:rsidRPr="00DC5D82" w:rsidR="006372A4" w:rsidP="00DC5D82" w:rsidRDefault="003757F8" w14:paraId="36DCEE5E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ADI VE SOYADI</w:t>
            </w:r>
          </w:p>
        </w:tc>
        <w:tc>
          <w:tcPr>
            <w:tcW w:w="227" w:type="dxa"/>
          </w:tcPr>
          <w:p w:rsidRPr="00DC5D82" w:rsidR="006372A4" w:rsidP="00DC5D82" w:rsidRDefault="003757F8" w14:paraId="54B15461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:</w:t>
            </w:r>
          </w:p>
        </w:tc>
        <w:tc>
          <w:tcPr>
            <w:tcW w:w="2155" w:type="dxa"/>
          </w:tcPr>
          <w:p w:rsidRPr="00DC5D82" w:rsidR="006372A4" w:rsidP="00DC5D82" w:rsidRDefault="006372A4" w14:paraId="31FEEAFA" w14:textId="77777777">
            <w:pPr>
              <w:spacing w:line="240" w:lineRule="auto"/>
              <w:rPr>
                <w:sz w:val="12"/>
              </w:rPr>
            </w:pPr>
          </w:p>
        </w:tc>
        <w:tc>
          <w:tcPr>
            <w:tcW w:w="2608" w:type="dxa"/>
          </w:tcPr>
          <w:p w:rsidRPr="00DC5D82" w:rsidR="006372A4" w:rsidP="00DC5D82" w:rsidRDefault="003757F8" w14:paraId="1B893537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ÖĞRENCİ NUMARASI</w:t>
            </w:r>
          </w:p>
        </w:tc>
        <w:tc>
          <w:tcPr>
            <w:tcW w:w="227" w:type="dxa"/>
          </w:tcPr>
          <w:p w:rsidRPr="00DC5D82" w:rsidR="006372A4" w:rsidP="00DC5D82" w:rsidRDefault="003757F8" w14:paraId="79CB41E3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:</w:t>
            </w:r>
          </w:p>
        </w:tc>
        <w:tc>
          <w:tcPr>
            <w:tcW w:w="2381" w:type="dxa"/>
          </w:tcPr>
          <w:p w:rsidRPr="00DC5D82" w:rsidR="006372A4" w:rsidP="00DC5D82" w:rsidRDefault="006372A4" w14:paraId="05ABA98A" w14:textId="77777777">
            <w:pPr>
              <w:spacing w:line="240" w:lineRule="auto"/>
              <w:rPr>
                <w:sz w:val="12"/>
              </w:rPr>
            </w:pPr>
          </w:p>
        </w:tc>
      </w:tr>
      <w:tr w:rsidRPr="00DC5D82" w:rsidR="006372A4" w14:paraId="36F0F9BD" w14:textId="77777777">
        <w:trPr>
          <w:cantSplit/>
          <w:jc w:val="center"/>
        </w:trPr>
        <w:tc>
          <w:tcPr>
            <w:tcW w:w="2608" w:type="dxa"/>
          </w:tcPr>
          <w:p w:rsidRPr="00DC5D82" w:rsidR="006372A4" w:rsidP="00DC5D82" w:rsidRDefault="003757F8" w14:paraId="306829A8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T.C. KİMLİK NO</w:t>
            </w:r>
          </w:p>
        </w:tc>
        <w:tc>
          <w:tcPr>
            <w:tcW w:w="227" w:type="dxa"/>
          </w:tcPr>
          <w:p w:rsidRPr="00DC5D82" w:rsidR="006372A4" w:rsidP="00DC5D82" w:rsidRDefault="003757F8" w14:paraId="2712E13B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:</w:t>
            </w:r>
          </w:p>
        </w:tc>
        <w:tc>
          <w:tcPr>
            <w:tcW w:w="2155" w:type="dxa"/>
          </w:tcPr>
          <w:p w:rsidRPr="00DC5D82" w:rsidR="006372A4" w:rsidP="00DC5D82" w:rsidRDefault="006372A4" w14:paraId="1A576E0D" w14:textId="77777777">
            <w:pPr>
              <w:spacing w:line="240" w:lineRule="auto"/>
              <w:rPr>
                <w:sz w:val="12"/>
              </w:rPr>
            </w:pPr>
          </w:p>
        </w:tc>
        <w:tc>
          <w:tcPr>
            <w:tcW w:w="2608" w:type="dxa"/>
          </w:tcPr>
          <w:p w:rsidRPr="00DC5D82" w:rsidR="006372A4" w:rsidP="00DC5D82" w:rsidRDefault="003757F8" w14:paraId="2725A57E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BÖLÜMÜ/PROGRAMI</w:t>
            </w:r>
          </w:p>
        </w:tc>
        <w:tc>
          <w:tcPr>
            <w:tcW w:w="227" w:type="dxa"/>
          </w:tcPr>
          <w:p w:rsidRPr="00DC5D82" w:rsidR="006372A4" w:rsidP="00DC5D82" w:rsidRDefault="003757F8" w14:paraId="6A4A9229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:</w:t>
            </w:r>
          </w:p>
        </w:tc>
        <w:tc>
          <w:tcPr>
            <w:tcW w:w="2381" w:type="dxa"/>
          </w:tcPr>
          <w:p w:rsidRPr="00DC5D82" w:rsidR="006372A4" w:rsidP="00DC5D82" w:rsidRDefault="006372A4" w14:paraId="49D6225C" w14:textId="77777777">
            <w:pPr>
              <w:spacing w:line="240" w:lineRule="auto"/>
              <w:rPr>
                <w:sz w:val="12"/>
              </w:rPr>
            </w:pPr>
          </w:p>
        </w:tc>
      </w:tr>
      <w:tr w:rsidRPr="00DC5D82" w:rsidR="006372A4" w14:paraId="4E7BE184" w14:textId="77777777">
        <w:trPr>
          <w:cantSplit/>
          <w:jc w:val="center"/>
        </w:trPr>
        <w:tc>
          <w:tcPr>
            <w:tcW w:w="2608" w:type="dxa"/>
          </w:tcPr>
          <w:p w:rsidRPr="00DC5D82" w:rsidR="006372A4" w:rsidP="00DC5D82" w:rsidRDefault="003757F8" w14:paraId="55A9AB17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ANNE ADI</w:t>
            </w:r>
          </w:p>
        </w:tc>
        <w:tc>
          <w:tcPr>
            <w:tcW w:w="227" w:type="dxa"/>
          </w:tcPr>
          <w:p w:rsidRPr="00DC5D82" w:rsidR="006372A4" w:rsidP="00DC5D82" w:rsidRDefault="003757F8" w14:paraId="69156C9E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:</w:t>
            </w:r>
          </w:p>
        </w:tc>
        <w:tc>
          <w:tcPr>
            <w:tcW w:w="2155" w:type="dxa"/>
          </w:tcPr>
          <w:p w:rsidRPr="00DC5D82" w:rsidR="006372A4" w:rsidP="00DC5D82" w:rsidRDefault="006372A4" w14:paraId="75F4CC60" w14:textId="77777777">
            <w:pPr>
              <w:spacing w:line="240" w:lineRule="auto"/>
              <w:rPr>
                <w:sz w:val="12"/>
              </w:rPr>
            </w:pPr>
          </w:p>
        </w:tc>
        <w:tc>
          <w:tcPr>
            <w:tcW w:w="2608" w:type="dxa"/>
          </w:tcPr>
          <w:p w:rsidRPr="00DC5D82" w:rsidR="006372A4" w:rsidP="00DC5D82" w:rsidRDefault="003757F8" w14:paraId="4B517D0E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KAYIT TARİHİ</w:t>
            </w:r>
          </w:p>
        </w:tc>
        <w:tc>
          <w:tcPr>
            <w:tcW w:w="227" w:type="dxa"/>
          </w:tcPr>
          <w:p w:rsidRPr="00DC5D82" w:rsidR="006372A4" w:rsidP="00DC5D82" w:rsidRDefault="003757F8" w14:paraId="1037576F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:</w:t>
            </w:r>
          </w:p>
        </w:tc>
        <w:tc>
          <w:tcPr>
            <w:tcW w:w="2381" w:type="dxa"/>
          </w:tcPr>
          <w:p w:rsidRPr="00DC5D82" w:rsidR="006372A4" w:rsidP="00DC5D82" w:rsidRDefault="006372A4" w14:paraId="3621EC88" w14:textId="77777777">
            <w:pPr>
              <w:spacing w:line="240" w:lineRule="auto"/>
              <w:rPr>
                <w:sz w:val="12"/>
              </w:rPr>
            </w:pPr>
          </w:p>
        </w:tc>
      </w:tr>
      <w:tr w:rsidRPr="00DC5D82" w:rsidR="006372A4" w14:paraId="32C1FD66" w14:textId="77777777">
        <w:trPr>
          <w:cantSplit/>
          <w:jc w:val="center"/>
        </w:trPr>
        <w:tc>
          <w:tcPr>
            <w:tcW w:w="2608" w:type="dxa"/>
          </w:tcPr>
          <w:p w:rsidRPr="00DC5D82" w:rsidR="006372A4" w:rsidP="00DC5D82" w:rsidRDefault="003757F8" w14:paraId="01876311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BABA ADI</w:t>
            </w:r>
          </w:p>
        </w:tc>
        <w:tc>
          <w:tcPr>
            <w:tcW w:w="227" w:type="dxa"/>
          </w:tcPr>
          <w:p w:rsidRPr="00DC5D82" w:rsidR="006372A4" w:rsidP="00DC5D82" w:rsidRDefault="003757F8" w14:paraId="41F03C0C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:</w:t>
            </w:r>
          </w:p>
        </w:tc>
        <w:tc>
          <w:tcPr>
            <w:tcW w:w="2155" w:type="dxa"/>
          </w:tcPr>
          <w:p w:rsidRPr="00DC5D82" w:rsidR="006372A4" w:rsidP="00DC5D82" w:rsidRDefault="006372A4" w14:paraId="383C6D08" w14:textId="77777777">
            <w:pPr>
              <w:spacing w:line="240" w:lineRule="auto"/>
              <w:rPr>
                <w:sz w:val="12"/>
              </w:rPr>
            </w:pPr>
          </w:p>
        </w:tc>
        <w:tc>
          <w:tcPr>
            <w:tcW w:w="2608" w:type="dxa"/>
          </w:tcPr>
          <w:p w:rsidRPr="00DC5D82" w:rsidR="006372A4" w:rsidP="00DC5D82" w:rsidRDefault="003757F8" w14:paraId="012F9497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MEZUNİYET TARİHİ</w:t>
            </w:r>
          </w:p>
        </w:tc>
        <w:tc>
          <w:tcPr>
            <w:tcW w:w="227" w:type="dxa"/>
          </w:tcPr>
          <w:p w:rsidRPr="00DC5D82" w:rsidR="006372A4" w:rsidP="00DC5D82" w:rsidRDefault="003757F8" w14:paraId="19641FAD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:</w:t>
            </w:r>
          </w:p>
        </w:tc>
        <w:tc>
          <w:tcPr>
            <w:tcW w:w="2381" w:type="dxa"/>
          </w:tcPr>
          <w:p w:rsidRPr="00DC5D82" w:rsidR="006372A4" w:rsidP="00DC5D82" w:rsidRDefault="006372A4" w14:paraId="311FF9E1" w14:textId="77777777">
            <w:pPr>
              <w:spacing w:line="240" w:lineRule="auto"/>
              <w:rPr>
                <w:sz w:val="12"/>
              </w:rPr>
            </w:pPr>
          </w:p>
        </w:tc>
      </w:tr>
      <w:tr w:rsidRPr="00DC5D82" w:rsidR="006372A4" w14:paraId="287BD9FD" w14:textId="77777777">
        <w:trPr>
          <w:cantSplit/>
          <w:jc w:val="center"/>
        </w:trPr>
        <w:tc>
          <w:tcPr>
            <w:tcW w:w="2608" w:type="dxa"/>
          </w:tcPr>
          <w:p w:rsidRPr="00DC5D82" w:rsidR="006372A4" w:rsidP="00DC5D82" w:rsidRDefault="003757F8" w14:paraId="57230D47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DOĞUM YERİ</w:t>
            </w:r>
          </w:p>
        </w:tc>
        <w:tc>
          <w:tcPr>
            <w:tcW w:w="227" w:type="dxa"/>
          </w:tcPr>
          <w:p w:rsidRPr="00DC5D82" w:rsidR="006372A4" w:rsidP="00DC5D82" w:rsidRDefault="003757F8" w14:paraId="76C14F78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:</w:t>
            </w:r>
          </w:p>
        </w:tc>
        <w:tc>
          <w:tcPr>
            <w:tcW w:w="2155" w:type="dxa"/>
          </w:tcPr>
          <w:p w:rsidRPr="00DC5D82" w:rsidR="006372A4" w:rsidP="00DC5D82" w:rsidRDefault="006372A4" w14:paraId="71129BB0" w14:textId="77777777">
            <w:pPr>
              <w:spacing w:line="240" w:lineRule="auto"/>
              <w:rPr>
                <w:sz w:val="12"/>
              </w:rPr>
            </w:pPr>
          </w:p>
        </w:tc>
        <w:tc>
          <w:tcPr>
            <w:tcW w:w="2608" w:type="dxa"/>
          </w:tcPr>
          <w:p w:rsidRPr="00DC5D82" w:rsidR="006372A4" w:rsidP="00DC5D82" w:rsidRDefault="003757F8" w14:paraId="71EB9AC2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MEZUNİYET YKK SAYISI</w:t>
            </w:r>
          </w:p>
        </w:tc>
        <w:tc>
          <w:tcPr>
            <w:tcW w:w="227" w:type="dxa"/>
          </w:tcPr>
          <w:p w:rsidRPr="00DC5D82" w:rsidR="006372A4" w:rsidP="00DC5D82" w:rsidRDefault="003757F8" w14:paraId="769CED00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:</w:t>
            </w:r>
          </w:p>
        </w:tc>
        <w:tc>
          <w:tcPr>
            <w:tcW w:w="2381" w:type="dxa"/>
          </w:tcPr>
          <w:p w:rsidRPr="00DC5D82" w:rsidR="006372A4" w:rsidP="00DC5D82" w:rsidRDefault="006372A4" w14:paraId="7D3D01D2" w14:textId="77777777">
            <w:pPr>
              <w:spacing w:line="240" w:lineRule="auto"/>
              <w:rPr>
                <w:sz w:val="12"/>
              </w:rPr>
            </w:pPr>
          </w:p>
        </w:tc>
      </w:tr>
      <w:tr w:rsidRPr="00DC5D82" w:rsidR="006372A4" w14:paraId="62BBDA48" w14:textId="77777777">
        <w:trPr>
          <w:cantSplit/>
          <w:jc w:val="center"/>
        </w:trPr>
        <w:tc>
          <w:tcPr>
            <w:tcW w:w="2608" w:type="dxa"/>
          </w:tcPr>
          <w:p w:rsidRPr="00DC5D82" w:rsidR="006372A4" w:rsidP="00DC5D82" w:rsidRDefault="003757F8" w14:paraId="32668CC3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DOĞUM TARİHİ</w:t>
            </w:r>
          </w:p>
        </w:tc>
        <w:tc>
          <w:tcPr>
            <w:tcW w:w="227" w:type="dxa"/>
          </w:tcPr>
          <w:p w:rsidRPr="00DC5D82" w:rsidR="006372A4" w:rsidP="00DC5D82" w:rsidRDefault="003757F8" w14:paraId="2332E41E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:</w:t>
            </w:r>
          </w:p>
        </w:tc>
        <w:tc>
          <w:tcPr>
            <w:tcW w:w="2155" w:type="dxa"/>
          </w:tcPr>
          <w:p w:rsidRPr="00DC5D82" w:rsidR="006372A4" w:rsidP="00DC5D82" w:rsidRDefault="006372A4" w14:paraId="72660D1D" w14:textId="77777777">
            <w:pPr>
              <w:spacing w:line="240" w:lineRule="auto"/>
              <w:rPr>
                <w:sz w:val="12"/>
              </w:rPr>
            </w:pPr>
          </w:p>
        </w:tc>
        <w:tc>
          <w:tcPr>
            <w:tcW w:w="2608" w:type="dxa"/>
          </w:tcPr>
          <w:p w:rsidRPr="00DC5D82" w:rsidR="006372A4" w:rsidP="00DC5D82" w:rsidRDefault="003757F8" w14:paraId="501216E8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MEZUNİYET YKK TARİHİ</w:t>
            </w:r>
          </w:p>
        </w:tc>
        <w:tc>
          <w:tcPr>
            <w:tcW w:w="227" w:type="dxa"/>
          </w:tcPr>
          <w:p w:rsidRPr="00DC5D82" w:rsidR="006372A4" w:rsidP="00DC5D82" w:rsidRDefault="003757F8" w14:paraId="6105A868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:</w:t>
            </w:r>
          </w:p>
        </w:tc>
        <w:tc>
          <w:tcPr>
            <w:tcW w:w="2381" w:type="dxa"/>
          </w:tcPr>
          <w:p w:rsidRPr="00DC5D82" w:rsidR="006372A4" w:rsidP="00DC5D82" w:rsidRDefault="006372A4" w14:paraId="311A8DBA" w14:textId="77777777">
            <w:pPr>
              <w:spacing w:line="240" w:lineRule="auto"/>
              <w:rPr>
                <w:sz w:val="12"/>
              </w:rPr>
            </w:pPr>
          </w:p>
        </w:tc>
      </w:tr>
      <w:tr w:rsidRPr="00DC5D82" w:rsidR="006372A4" w14:paraId="2BC91E5D" w14:textId="77777777">
        <w:trPr>
          <w:cantSplit/>
          <w:jc w:val="center"/>
        </w:trPr>
        <w:tc>
          <w:tcPr>
            <w:tcW w:w="4990" w:type="dxa"/>
            <w:gridSpan w:val="3"/>
          </w:tcPr>
          <w:p w:rsidRPr="00DC5D82" w:rsidR="006372A4" w:rsidP="00DC5D82" w:rsidRDefault="003757F8" w14:paraId="5BB1E175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NOT: Bu kısım Öğrenci tarafından doldurulacaktır.</w:t>
            </w:r>
          </w:p>
        </w:tc>
        <w:tc>
          <w:tcPr>
            <w:tcW w:w="5216" w:type="dxa"/>
            <w:gridSpan w:val="3"/>
          </w:tcPr>
          <w:p w:rsidRPr="00DC5D82" w:rsidR="006372A4" w:rsidP="00DC5D82" w:rsidRDefault="003757F8" w14:paraId="52233585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NOT: Bu kısım İlgili Birimin Öğrenci İşleri tarafından doldurulacaktır.</w:t>
            </w:r>
          </w:p>
        </w:tc>
      </w:tr>
    </w:tbl>
    <w:p w:rsidRPr="00DC5D82" w:rsidR="006372A4" w:rsidP="00DC5D82" w:rsidRDefault="006372A4" w14:paraId="5D9E909A" w14:textId="77777777">
      <w:pPr>
        <w:spacing w:after="0" w:line="240" w:lineRule="auto"/>
        <w:rPr>
          <w:sz w:val="12"/>
        </w:rPr>
      </w:pPr>
    </w:p>
    <w:p w:rsidRPr="00DC5D82" w:rsidR="006372A4" w:rsidP="00DC5D82" w:rsidRDefault="003757F8" w14:paraId="271E5457" w14:textId="77777777">
      <w:pPr>
        <w:keepNext/>
        <w:spacing w:after="80" w:line="240" w:lineRule="auto"/>
        <w:jc w:val="center"/>
        <w:rPr>
          <w:sz w:val="20"/>
        </w:rPr>
      </w:pPr>
      <w:r w:rsidRPr="00DC5D82">
        <w:rPr>
          <w:sz w:val="20"/>
        </w:rPr>
        <w:lastRenderedPageBreak/>
        <w:t>Yukarıda kimliği yazılı öğrencinin birimimizle ilişiği yoktur.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3118"/>
        <w:gridCol w:w="3119"/>
      </w:tblGrid>
      <w:tr w:rsidRPr="00DC5D82" w:rsidR="006372A4" w14:paraId="736EC58E" w14:textId="77777777">
        <w:trPr>
          <w:cantSplit/>
          <w:jc w:val="center"/>
        </w:trPr>
        <w:tc>
          <w:tcPr>
            <w:tcW w:w="3969" w:type="dxa"/>
            <w:vMerge w:val="restart"/>
          </w:tcPr>
          <w:p w:rsidRPr="00DC5D82" w:rsidR="006372A4" w:rsidP="00DC5D82" w:rsidRDefault="003757F8" w14:paraId="519652C3" w14:textId="77777777">
            <w:pPr>
              <w:keepNext/>
              <w:spacing w:line="240" w:lineRule="auto"/>
              <w:jc w:val="center"/>
              <w:rPr>
                <w:sz w:val="20"/>
              </w:rPr>
            </w:pPr>
            <w:r w:rsidRPr="00DC5D82">
              <w:rPr>
                <w:sz w:val="20"/>
              </w:rPr>
              <w:t>BİRİMLER</w:t>
            </w:r>
          </w:p>
        </w:tc>
        <w:tc>
          <w:tcPr>
            <w:tcW w:w="6237" w:type="dxa"/>
            <w:gridSpan w:val="2"/>
          </w:tcPr>
          <w:p w:rsidRPr="00DC5D82" w:rsidR="006372A4" w:rsidP="00DC5D82" w:rsidRDefault="003757F8" w14:paraId="0EF1F5C8" w14:textId="77777777">
            <w:pPr>
              <w:keepNext/>
              <w:spacing w:line="240" w:lineRule="auto"/>
              <w:jc w:val="center"/>
              <w:rPr>
                <w:sz w:val="20"/>
              </w:rPr>
            </w:pPr>
            <w:r w:rsidRPr="00DC5D82">
              <w:rPr>
                <w:sz w:val="20"/>
              </w:rPr>
              <w:t>BİRİM YETKİLİSİNİN</w:t>
            </w:r>
          </w:p>
        </w:tc>
      </w:tr>
      <w:tr w:rsidRPr="00DC5D82" w:rsidR="006372A4" w14:paraId="3B6D77B2" w14:textId="77777777">
        <w:trPr>
          <w:cantSplit/>
          <w:jc w:val="center"/>
        </w:trPr>
        <w:tc>
          <w:tcPr>
            <w:tcW w:w="3969" w:type="dxa"/>
            <w:vMerge/>
          </w:tcPr>
          <w:p w:rsidRPr="00DC5D82" w:rsidR="006372A4" w:rsidP="00DC5D82" w:rsidRDefault="006372A4" w14:paraId="7B9DD8DC" w14:textId="77777777">
            <w:pPr>
              <w:spacing w:line="240" w:lineRule="auto"/>
              <w:rPr>
                <w:sz w:val="12"/>
              </w:rPr>
            </w:pPr>
          </w:p>
        </w:tc>
        <w:tc>
          <w:tcPr>
            <w:tcW w:w="3118" w:type="dxa"/>
          </w:tcPr>
          <w:p w:rsidRPr="00DC5D82" w:rsidR="006372A4" w:rsidP="00DC5D82" w:rsidRDefault="003757F8" w14:paraId="71956EEC" w14:textId="77777777">
            <w:pPr>
              <w:keepNext/>
              <w:spacing w:line="240" w:lineRule="auto"/>
              <w:jc w:val="center"/>
              <w:rPr>
                <w:sz w:val="20"/>
              </w:rPr>
            </w:pPr>
            <w:r w:rsidRPr="00DC5D82">
              <w:rPr>
                <w:sz w:val="20"/>
              </w:rPr>
              <w:t>AD-SOYAD-ÜNVAN</w:t>
            </w:r>
          </w:p>
        </w:tc>
        <w:tc>
          <w:tcPr>
            <w:tcW w:w="3118" w:type="dxa"/>
          </w:tcPr>
          <w:p w:rsidRPr="00DC5D82" w:rsidR="006372A4" w:rsidP="00DC5D82" w:rsidRDefault="003757F8" w14:paraId="0CCD4F72" w14:textId="77777777">
            <w:pPr>
              <w:keepNext/>
              <w:spacing w:line="240" w:lineRule="auto"/>
              <w:jc w:val="center"/>
              <w:rPr>
                <w:sz w:val="20"/>
              </w:rPr>
            </w:pPr>
            <w:r w:rsidRPr="00DC5D82">
              <w:rPr>
                <w:sz w:val="20"/>
              </w:rPr>
              <w:t>İMZASI-TARİH-AÇIKLAMA</w:t>
            </w:r>
          </w:p>
        </w:tc>
      </w:tr>
      <w:tr w:rsidRPr="00DC5D82" w:rsidR="006372A4" w14:paraId="0CE2F30C" w14:textId="77777777">
        <w:trPr>
          <w:cantSplit/>
          <w:jc w:val="center"/>
        </w:trPr>
        <w:tc>
          <w:tcPr>
            <w:tcW w:w="3969" w:type="dxa"/>
          </w:tcPr>
          <w:p w:rsidRPr="00DC5D82" w:rsidR="006372A4" w:rsidP="00DC5D82" w:rsidRDefault="003757F8" w14:paraId="7195B2BD" w14:textId="77777777">
            <w:pPr>
              <w:keepNext/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DEKAN</w:t>
            </w:r>
          </w:p>
        </w:tc>
        <w:tc>
          <w:tcPr>
            <w:tcW w:w="3118" w:type="dxa"/>
          </w:tcPr>
          <w:p w:rsidRPr="00DC5D82" w:rsidR="006372A4" w:rsidP="00DC5D82" w:rsidRDefault="006372A4" w14:paraId="16F6FD04" w14:textId="77777777">
            <w:pPr>
              <w:keepNext/>
              <w:spacing w:line="240" w:lineRule="auto"/>
              <w:rPr>
                <w:sz w:val="12"/>
              </w:rPr>
            </w:pPr>
          </w:p>
        </w:tc>
        <w:tc>
          <w:tcPr>
            <w:tcW w:w="3118" w:type="dxa"/>
          </w:tcPr>
          <w:p w:rsidRPr="00DC5D82" w:rsidR="006372A4" w:rsidP="00DC5D82" w:rsidRDefault="003757F8" w14:paraId="1C553BC7" w14:textId="77777777">
            <w:pPr>
              <w:keepNext/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…./…./20..</w:t>
            </w:r>
          </w:p>
        </w:tc>
      </w:tr>
      <w:tr w:rsidRPr="00DC5D82" w:rsidR="006372A4" w14:paraId="50CBCCC9" w14:textId="77777777">
        <w:trPr>
          <w:cantSplit/>
          <w:jc w:val="center"/>
        </w:trPr>
        <w:tc>
          <w:tcPr>
            <w:tcW w:w="3969" w:type="dxa"/>
          </w:tcPr>
          <w:p w:rsidRPr="00DC5D82" w:rsidR="006372A4" w:rsidP="00DC5D82" w:rsidRDefault="003757F8" w14:paraId="7992DE36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FAKÜLTE SEKRETERİ</w:t>
            </w:r>
          </w:p>
        </w:tc>
        <w:tc>
          <w:tcPr>
            <w:tcW w:w="3118" w:type="dxa"/>
          </w:tcPr>
          <w:p w:rsidRPr="00DC5D82" w:rsidR="006372A4" w:rsidP="00DC5D82" w:rsidRDefault="006372A4" w14:paraId="1263A911" w14:textId="77777777">
            <w:pPr>
              <w:spacing w:line="240" w:lineRule="auto"/>
              <w:rPr>
                <w:sz w:val="12"/>
              </w:rPr>
            </w:pPr>
          </w:p>
        </w:tc>
        <w:tc>
          <w:tcPr>
            <w:tcW w:w="3118" w:type="dxa"/>
          </w:tcPr>
          <w:p w:rsidRPr="00DC5D82" w:rsidR="006372A4" w:rsidP="00DC5D82" w:rsidRDefault="003757F8" w14:paraId="1459B6F0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…./…./20..</w:t>
            </w:r>
          </w:p>
        </w:tc>
      </w:tr>
      <w:tr w:rsidRPr="00DC5D82" w:rsidR="006372A4" w14:paraId="5B3DCCDB" w14:textId="77777777">
        <w:trPr>
          <w:cantSplit/>
          <w:jc w:val="center"/>
        </w:trPr>
        <w:tc>
          <w:tcPr>
            <w:tcW w:w="3969" w:type="dxa"/>
          </w:tcPr>
          <w:p w:rsidRPr="00DC5D82" w:rsidR="006372A4" w:rsidP="00DC5D82" w:rsidRDefault="003757F8" w14:paraId="357C0C51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KİMLİK DENETİMİ (Öğrenci İşleri Bürosu)</w:t>
            </w:r>
          </w:p>
        </w:tc>
        <w:tc>
          <w:tcPr>
            <w:tcW w:w="3118" w:type="dxa"/>
          </w:tcPr>
          <w:p w:rsidRPr="00DC5D82" w:rsidR="006372A4" w:rsidP="00DC5D82" w:rsidRDefault="006372A4" w14:paraId="72F15C56" w14:textId="77777777">
            <w:pPr>
              <w:spacing w:line="240" w:lineRule="auto"/>
              <w:rPr>
                <w:sz w:val="12"/>
              </w:rPr>
            </w:pPr>
          </w:p>
        </w:tc>
        <w:tc>
          <w:tcPr>
            <w:tcW w:w="3118" w:type="dxa"/>
          </w:tcPr>
          <w:p w:rsidRPr="00DC5D82" w:rsidR="006372A4" w:rsidP="00DC5D82" w:rsidRDefault="003757F8" w14:paraId="30703213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…./…./20..</w:t>
            </w:r>
          </w:p>
        </w:tc>
      </w:tr>
      <w:tr w:rsidRPr="00DC5D82" w:rsidR="006372A4" w14:paraId="4B367D75" w14:textId="77777777">
        <w:trPr>
          <w:cantSplit/>
          <w:jc w:val="center"/>
        </w:trPr>
        <w:tc>
          <w:tcPr>
            <w:tcW w:w="3969" w:type="dxa"/>
          </w:tcPr>
          <w:p w:rsidRPr="00DC5D82" w:rsidR="006372A4" w:rsidP="00DC5D82" w:rsidRDefault="003757F8" w14:paraId="6CE8D21C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MERKEZ KÜTÜPHANE</w:t>
            </w:r>
          </w:p>
        </w:tc>
        <w:tc>
          <w:tcPr>
            <w:tcW w:w="3118" w:type="dxa"/>
          </w:tcPr>
          <w:p w:rsidRPr="00DC5D82" w:rsidR="006372A4" w:rsidP="00DC5D82" w:rsidRDefault="006372A4" w14:paraId="3AD1733C" w14:textId="77777777">
            <w:pPr>
              <w:spacing w:line="240" w:lineRule="auto"/>
              <w:rPr>
                <w:sz w:val="12"/>
              </w:rPr>
            </w:pPr>
          </w:p>
        </w:tc>
        <w:tc>
          <w:tcPr>
            <w:tcW w:w="3118" w:type="dxa"/>
          </w:tcPr>
          <w:p w:rsidRPr="00DC5D82" w:rsidR="006372A4" w:rsidP="00DC5D82" w:rsidRDefault="003757F8" w14:paraId="103E9067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…./…./20..</w:t>
            </w:r>
          </w:p>
        </w:tc>
      </w:tr>
      <w:tr w:rsidRPr="00DC5D82" w:rsidR="006372A4" w14:paraId="5DB8DDAF" w14:textId="77777777">
        <w:trPr>
          <w:cantSplit/>
          <w:jc w:val="center"/>
        </w:trPr>
        <w:tc>
          <w:tcPr>
            <w:tcW w:w="3969" w:type="dxa"/>
          </w:tcPr>
          <w:p w:rsidRPr="00DC5D82" w:rsidR="006372A4" w:rsidP="00DC5D82" w:rsidRDefault="003757F8" w14:paraId="0477DAA2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HARÇ DENETİMİ (Öğrenci İşleri Daire Başkanlığı)</w:t>
            </w:r>
          </w:p>
        </w:tc>
        <w:tc>
          <w:tcPr>
            <w:tcW w:w="3118" w:type="dxa"/>
          </w:tcPr>
          <w:p w:rsidRPr="00DC5D82" w:rsidR="006372A4" w:rsidP="00DC5D82" w:rsidRDefault="006372A4" w14:paraId="050B2643" w14:textId="77777777">
            <w:pPr>
              <w:spacing w:line="240" w:lineRule="auto"/>
              <w:rPr>
                <w:sz w:val="12"/>
              </w:rPr>
            </w:pPr>
          </w:p>
        </w:tc>
        <w:tc>
          <w:tcPr>
            <w:tcW w:w="3118" w:type="dxa"/>
          </w:tcPr>
          <w:p w:rsidRPr="00DC5D82" w:rsidR="006372A4" w:rsidP="00DC5D82" w:rsidRDefault="003757F8" w14:paraId="17C78EAA" w14:textId="77777777">
            <w:pPr>
              <w:spacing w:line="240" w:lineRule="auto"/>
              <w:rPr>
                <w:sz w:val="20"/>
              </w:rPr>
            </w:pPr>
            <w:r w:rsidRPr="00DC5D82">
              <w:rPr>
                <w:sz w:val="20"/>
              </w:rPr>
              <w:t>…./…./20..</w:t>
            </w:r>
          </w:p>
        </w:tc>
      </w:tr>
    </w:tbl>
    <w:p w:rsidRPr="00DC5D82" w:rsidR="006372A4" w:rsidP="00DC5D82" w:rsidRDefault="006372A4" w14:paraId="181D58D2" w14:textId="77777777">
      <w:pPr>
        <w:spacing w:after="0" w:line="240" w:lineRule="auto"/>
        <w:rPr>
          <w:sz w:val="12"/>
        </w:rPr>
      </w:pPr>
    </w:p>
    <w:p w:rsidRPr="00DC5D82" w:rsidR="006372A4" w:rsidP="00DC5D82" w:rsidRDefault="003757F8" w14:paraId="38E52663" w14:textId="77777777">
      <w:pPr>
        <w:spacing w:after="80" w:line="240" w:lineRule="auto"/>
        <w:jc w:val="left"/>
        <w:rPr>
          <w:sz w:val="20"/>
        </w:rPr>
      </w:pPr>
      <w:r w:rsidRPr="00DC5D82">
        <w:rPr>
          <w:sz w:val="20"/>
        </w:rPr>
        <w:t>AÇIKLAMALAR</w:t>
      </w:r>
    </w:p>
    <w:p w:rsidRPr="00DC5D82" w:rsidR="006372A4" w:rsidP="00DC5D82" w:rsidRDefault="003757F8" w14:paraId="49FE8359" w14:textId="77777777">
      <w:pPr>
        <w:spacing w:after="40" w:line="240" w:lineRule="auto"/>
        <w:ind w:left="454"/>
        <w:rPr>
          <w:sz w:val="20"/>
        </w:rPr>
      </w:pPr>
      <w:r w:rsidRPr="00DC5D82">
        <w:rPr>
          <w:sz w:val="20"/>
        </w:rPr>
        <w:t>1. Bu form 2 adet düzenlenmiştir. Biri Fakülte Öğrenci İşlerine teslim edilir. Diğeri Çıkış Belgesini alırken Öğrenci İşleri Daire Başkanlığına verilir.</w:t>
      </w:r>
    </w:p>
    <w:p w:rsidRPr="00DC5D82" w:rsidR="006372A4" w:rsidP="00DC5D82" w:rsidRDefault="003757F8" w14:paraId="4401CFF0" w14:textId="77777777">
      <w:pPr>
        <w:spacing w:after="40" w:line="240" w:lineRule="auto"/>
        <w:ind w:left="454"/>
        <w:rPr>
          <w:sz w:val="20"/>
        </w:rPr>
      </w:pPr>
      <w:r w:rsidRPr="00DC5D82">
        <w:rPr>
          <w:sz w:val="20"/>
        </w:rPr>
        <w:t>2. Bu formu doldurup gerekli imzaları almadan Fakülteyi terk edenler, hukuki sorumluluğunu yerine getirmemiş sayılırlar; diplomalarını alamazlar, ayrıca haklarında işlem yapılır.</w:t>
      </w:r>
    </w:p>
    <w:p w:rsidRPr="00DC5D82" w:rsidR="006372A4" w:rsidP="00DC5D82" w:rsidRDefault="003757F8" w14:paraId="14930587" w14:textId="77777777">
      <w:pPr>
        <w:spacing w:after="40" w:line="240" w:lineRule="auto"/>
        <w:ind w:left="454"/>
        <w:rPr>
          <w:sz w:val="20"/>
        </w:rPr>
      </w:pPr>
      <w:r w:rsidRPr="00DC5D82">
        <w:rPr>
          <w:sz w:val="20"/>
        </w:rPr>
        <w:t>3. Bu belge yalnız Giresun Üniversitesi birimlerinde ve bürolarında geçerlidir. Başka maksatla (askerlik tecili, işe girme, öğrenim belgesi mezuniyetini belgeleme gibi konularda) kullanılamaz.</w:t>
      </w:r>
    </w:p>
    <w:p w:rsidRPr="00DC5D82" w:rsidR="006372A4" w:rsidP="00DC5D82" w:rsidRDefault="006372A4" w14:paraId="6747CFA0" w14:textId="77777777">
      <w:pPr>
        <w:spacing w:after="0" w:line="240" w:lineRule="auto"/>
        <w:rPr>
          <w:sz w:val="12"/>
        </w:rPr>
      </w:pPr>
    </w:p>
    <w:p w:rsidRPr="00DC5D82" w:rsidR="006372A4" w:rsidP="00DC5D82" w:rsidRDefault="003757F8" w14:paraId="48F5272F" w14:textId="77777777">
      <w:pPr>
        <w:spacing w:after="0" w:line="240" w:lineRule="auto"/>
        <w:jc w:val="left"/>
        <w:rPr>
          <w:sz w:val="20"/>
        </w:rPr>
      </w:pPr>
      <w:r w:rsidRPr="00DC5D82">
        <w:rPr>
          <w:sz w:val="20"/>
        </w:rPr>
        <w:t>EKLER :</w:t>
      </w:r>
    </w:p>
    <w:p w:rsidRPr="00DC5D82" w:rsidR="006372A4" w:rsidP="00DC5D82" w:rsidRDefault="003757F8" w14:paraId="7FED0BCA" w14:textId="77777777">
      <w:pPr>
        <w:spacing w:after="0" w:line="240" w:lineRule="auto"/>
        <w:jc w:val="left"/>
        <w:rPr>
          <w:sz w:val="20"/>
        </w:rPr>
      </w:pPr>
      <w:r w:rsidRPr="00DC5D82">
        <w:rPr>
          <w:sz w:val="20"/>
        </w:rPr>
        <w:t>1- Öğrenci Kimlik Kartı</w:t>
      </w:r>
    </w:p>
    <w:p w:rsidRPr="00DC5D82" w:rsidR="006372A4" w:rsidP="00DC5D82" w:rsidRDefault="003757F8" w14:paraId="43EA3CCB" w14:textId="77777777">
      <w:pPr>
        <w:spacing w:after="0" w:line="240" w:lineRule="auto"/>
        <w:jc w:val="left"/>
        <w:rPr>
          <w:sz w:val="20"/>
        </w:rPr>
      </w:pPr>
      <w:r w:rsidRPr="00DC5D82">
        <w:rPr>
          <w:sz w:val="20"/>
        </w:rPr>
        <w:t>2- Fotoğraf (Mezunlar) 2 Ad.</w:t>
      </w:r>
    </w:p>
    <w:p w:rsidRPr="00DC5D82" w:rsidR="006372A4" w:rsidP="00DC5D82" w:rsidRDefault="003757F8" w14:paraId="0C2B0DB1" w14:textId="77777777">
      <w:pPr>
        <w:spacing w:after="0" w:line="240" w:lineRule="auto"/>
        <w:jc w:val="left"/>
        <w:rPr>
          <w:sz w:val="20"/>
        </w:rPr>
      </w:pPr>
      <w:r w:rsidRPr="00DC5D82">
        <w:rPr>
          <w:sz w:val="20"/>
        </w:rPr>
        <w:t>3- Transkript</w:t>
      </w:r>
    </w:p>
    <w:sectPr w:rsidRPr="00DC5D82" w:rsidR="006372A4" w:rsidSect="00034616">
      <w:headerReference w:type="default" r:id="Rca8f9e44d05940d7"/>
      <w:headerReference w:type="first" r:id="Rca8f9e44d05940d7"/>
      <w:headerReference w:type="even" r:id="Rca8f9e44d05940d7"/>
      <w:footerReference w:type="default" r:id="R389fb5a26f52475c"/>
      <w:footerReference w:type="first" r:id="R389fb5a26f52475c"/>
      <w:footerReference w:type="even" r:id="R389fb5a26f52475c"/>
      <w:pgSz w:w="11906" w:h="16838"/>
      <w:pgMar w:top="2155" w:right="850" w:bottom="1588" w:left="850" w:header="72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5A5FF" w14:textId="77777777" w:rsidR="003757F8" w:rsidRDefault="003757F8">
      <w:pPr>
        <w:spacing w:after="0" w:line="240" w:lineRule="auto"/>
      </w:pPr>
      <w:r>
        <w:separator/>
      </w:r>
    </w:p>
  </w:endnote>
  <w:endnote w:type="continuationSeparator" w:id="0">
    <w:p w14:paraId="1806293B" w14:textId="77777777" w:rsidR="003757F8" w:rsidRDefault="00375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KYS-FR.371, R00, 28.09.2026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6648db72e04a4cb7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kvys.giresun.edu.tr/dg/1033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518ca159997c407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11996" w14:textId="77777777" w:rsidR="003757F8" w:rsidRDefault="003757F8">
      <w:pPr>
        <w:spacing w:after="0" w:line="240" w:lineRule="auto"/>
      </w:pPr>
      <w:r>
        <w:separator/>
      </w:r>
    </w:p>
  </w:footnote>
  <w:footnote w:type="continuationSeparator" w:id="0">
    <w:p w14:paraId="6D45301D" w14:textId="77777777" w:rsidR="003757F8" w:rsidRDefault="003757F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09f1091c623b403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Mezuniyet İlişik Kesme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KYS-FR.371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28.09.2026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9565179">
    <w:abstractNumId w:val="8"/>
  </w:num>
  <w:num w:numId="2" w16cid:durableId="736559663">
    <w:abstractNumId w:val="6"/>
  </w:num>
  <w:num w:numId="3" w16cid:durableId="1158183674">
    <w:abstractNumId w:val="5"/>
  </w:num>
  <w:num w:numId="4" w16cid:durableId="2092464517">
    <w:abstractNumId w:val="4"/>
  </w:num>
  <w:num w:numId="5" w16cid:durableId="1668708353">
    <w:abstractNumId w:val="7"/>
  </w:num>
  <w:num w:numId="6" w16cid:durableId="1239250515">
    <w:abstractNumId w:val="3"/>
  </w:num>
  <w:num w:numId="7" w16cid:durableId="1754664073">
    <w:abstractNumId w:val="2"/>
  </w:num>
  <w:num w:numId="8" w16cid:durableId="976957914">
    <w:abstractNumId w:val="1"/>
  </w:num>
  <w:num w:numId="9" w16cid:durableId="12613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5F8D"/>
    <w:rsid w:val="0006063C"/>
    <w:rsid w:val="0015074B"/>
    <w:rsid w:val="0029639D"/>
    <w:rsid w:val="00326F90"/>
    <w:rsid w:val="003757F8"/>
    <w:rsid w:val="006372A4"/>
    <w:rsid w:val="00AA1D8D"/>
    <w:rsid w:val="00B47730"/>
    <w:rsid w:val="00CB0664"/>
    <w:rsid w:val="00DC5D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52CFE1"/>
  <w14:defaultImageDpi w14:val="300"/>
  <w15:docId w15:val="{7586255B-871B-4232-B5CC-C7D0E6104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line="360" w:lineRule="auto"/>
      <w:jc w:val="both"/>
    </w:p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="Times New Roman" w:eastAsia="Times New Roman" w:hAnsi="Times New Roman" w:cs="Times New Roman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="Times New Roman" w:eastAsia="Times New Roman" w:hAnsi="Times New Roman" w:cs="Times New Roman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="Times New Roman" w:eastAsia="Times New Roman" w:hAnsi="Times New Roman" w:cs="Times New Roman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="Times New Roman" w:eastAsia="Times New Roman" w:hAnsi="Times New Roman" w:cs="Times New Roman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="Times New Roman" w:eastAsia="Times New Roman" w:hAnsi="Times New Roman" w:cs="Times New Roman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Times New Roman" w:eastAsia="Times New Roman" w:hAnsi="Times New Roman" w:cs="Times New Roman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="Times New Roman" w:eastAsia="Times New Roman" w:hAnsi="Times New Roman" w:cs="Times New Roman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="Times New Roman" w:eastAsia="Times New Roman" w:hAnsi="Times New Roman" w:cs="Times New Roman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="Times New Roman" w:eastAsia="Times New Roman" w:hAnsi="Times New Roman" w:cs="Times New Roman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="Times New Roman" w:eastAsia="Times New Roman" w:hAnsi="Times New Roman" w:cs="Times New Roman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="Times New Roman" w:eastAsia="Times New Roman" w:hAnsi="Times New Roman" w:cs="Times New Roman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/word/header2.xml" Id="Rca8f9e44d05940d7" /><Relationship Type="http://schemas.openxmlformats.org/officeDocument/2006/relationships/footer" Target="/word/footer2.xml" Id="R389fb5a26f52475c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518ca159997c4071" /><Relationship Type="http://schemas.openxmlformats.org/officeDocument/2006/relationships/hyperlink" Target="https://kvys.giresun.edu.tr/dg/1033" TargetMode="External" Id="R6648db72e04a4c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09f1091c623b403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1715</Characters>
  <Application>Microsoft Office Word</Application>
  <DocSecurity>0</DocSecurity>
  <Lines>131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serdal karapinar</cp:lastModifiedBy>
  <cp:revision>2</cp:revision>
  <dcterms:created xsi:type="dcterms:W3CDTF">2013-12-23T23:15:00Z</dcterms:created>
  <dcterms:modified xsi:type="dcterms:W3CDTF">2026-09-28T12:18:00Z</dcterms:modified>
  <cp:category/>
</cp:coreProperties>
</file>